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EDA" w:rsidRPr="00041EDA" w:rsidRDefault="00041EDA" w:rsidP="00041EDA">
      <w:pPr>
        <w:keepNext/>
        <w:keepLines/>
        <w:spacing w:before="200" w:after="0"/>
        <w:jc w:val="center"/>
        <w:outlineLvl w:val="1"/>
        <w:rPr>
          <w:rFonts w:ascii="Times New Roman" w:eastAsia="MS Gothic" w:hAnsi="Times New Roman" w:cs="Times New Roman"/>
          <w:b/>
          <w:bCs/>
          <w:color w:val="4F81BD"/>
          <w:sz w:val="24"/>
          <w:szCs w:val="24"/>
          <w:lang w:val="en-US"/>
        </w:rPr>
      </w:pPr>
      <w:r w:rsidRPr="00041EDA">
        <w:rPr>
          <w:rFonts w:ascii="Times New Roman" w:eastAsia="MS Gothic" w:hAnsi="Times New Roman" w:cs="Times New Roman"/>
          <w:b/>
          <w:bCs/>
          <w:color w:val="4F81BD"/>
          <w:sz w:val="24"/>
          <w:szCs w:val="24"/>
          <w:lang w:val="en-US"/>
        </w:rPr>
        <w:t>Федеральный список экстремистских материалов</w:t>
      </w:r>
      <w:bookmarkStart w:id="0" w:name="_GoBack"/>
      <w:bookmarkEnd w:id="0"/>
    </w:p>
    <w:tbl>
      <w:tblPr>
        <w:tblW w:w="0" w:type="auto"/>
        <w:tblLook w:val="04A0" w:firstRow="1" w:lastRow="0" w:firstColumn="1" w:lastColumn="0" w:noHBand="0" w:noVBand="1"/>
      </w:tblPr>
      <w:tblGrid>
        <w:gridCol w:w="409"/>
        <w:gridCol w:w="11446"/>
        <w:gridCol w:w="601"/>
      </w:tblGrid>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Музыкальный альбом "Музыка белых", автор - Музыкальная группа </w:t>
            </w:r>
            <w:r w:rsidRPr="00041EDA">
              <w:rPr>
                <w:rFonts w:ascii="Times New Roman" w:eastAsia="MS Mincho" w:hAnsi="Times New Roman" w:cs="Times New Roman"/>
                <w:sz w:val="24"/>
                <w:szCs w:val="24"/>
                <w:lang w:val="en-US"/>
              </w:rPr>
              <w:t>Order</w:t>
            </w:r>
            <w:r w:rsidRPr="00041EDA">
              <w:rPr>
                <w:rFonts w:ascii="Times New Roman" w:eastAsia="MS Mincho" w:hAnsi="Times New Roman" w:cs="Times New Roman"/>
                <w:sz w:val="24"/>
                <w:szCs w:val="24"/>
              </w:rPr>
              <w:t>, решение вынесено Первомайским районным судом г. Омска от 23.11.2006;</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Письма Рады земли Кубанской духовно-родовой державы Русь, авторы - Н.М. Лозинский, В.М. Герасев, решение вынесено Первомайским районным судом г. Краснодара от 20.03.2006;</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Печатные материалы в газете "Для русских людей" </w:t>
            </w:r>
            <w:r w:rsidRPr="00041EDA">
              <w:rPr>
                <w:rFonts w:ascii="Times New Roman" w:eastAsia="MS Mincho" w:hAnsi="Times New Roman" w:cs="Times New Roman"/>
                <w:sz w:val="24"/>
                <w:szCs w:val="24"/>
                <w:lang w:val="en-US"/>
              </w:rPr>
              <w:t>N</w:t>
            </w:r>
            <w:r w:rsidRPr="00041EDA">
              <w:rPr>
                <w:rFonts w:ascii="Times New Roman" w:eastAsia="MS Mincho" w:hAnsi="Times New Roman" w:cs="Times New Roman"/>
                <w:sz w:val="24"/>
                <w:szCs w:val="24"/>
              </w:rPr>
              <w:t xml:space="preserve"> 1(1), июнь 2002 г.; </w:t>
            </w:r>
            <w:r w:rsidRPr="00041EDA">
              <w:rPr>
                <w:rFonts w:ascii="Times New Roman" w:eastAsia="MS Mincho" w:hAnsi="Times New Roman" w:cs="Times New Roman"/>
                <w:sz w:val="24"/>
                <w:szCs w:val="24"/>
                <w:lang w:val="en-US"/>
              </w:rPr>
              <w:t>N</w:t>
            </w:r>
            <w:r w:rsidRPr="00041EDA">
              <w:rPr>
                <w:rFonts w:ascii="Times New Roman" w:eastAsia="MS Mincho" w:hAnsi="Times New Roman" w:cs="Times New Roman"/>
                <w:sz w:val="24"/>
                <w:szCs w:val="24"/>
              </w:rPr>
              <w:t xml:space="preserve"> 2 (2), август 2002 г.; </w:t>
            </w:r>
            <w:r w:rsidRPr="00041EDA">
              <w:rPr>
                <w:rFonts w:ascii="Times New Roman" w:eastAsia="MS Mincho" w:hAnsi="Times New Roman" w:cs="Times New Roman"/>
                <w:sz w:val="24"/>
                <w:szCs w:val="24"/>
                <w:lang w:val="en-US"/>
              </w:rPr>
              <w:t>N</w:t>
            </w:r>
            <w:r w:rsidRPr="00041EDA">
              <w:rPr>
                <w:rFonts w:ascii="Times New Roman" w:eastAsia="MS Mincho" w:hAnsi="Times New Roman" w:cs="Times New Roman"/>
                <w:sz w:val="24"/>
                <w:szCs w:val="24"/>
              </w:rPr>
              <w:t xml:space="preserve"> 3, октябрь 2002 г.; </w:t>
            </w:r>
            <w:r w:rsidRPr="00041EDA">
              <w:rPr>
                <w:rFonts w:ascii="Times New Roman" w:eastAsia="MS Mincho" w:hAnsi="Times New Roman" w:cs="Times New Roman"/>
                <w:sz w:val="24"/>
                <w:szCs w:val="24"/>
                <w:lang w:val="en-US"/>
              </w:rPr>
              <w:t>N</w:t>
            </w:r>
            <w:r w:rsidRPr="00041EDA">
              <w:rPr>
                <w:rFonts w:ascii="Times New Roman" w:eastAsia="MS Mincho" w:hAnsi="Times New Roman" w:cs="Times New Roman"/>
                <w:sz w:val="24"/>
                <w:szCs w:val="24"/>
              </w:rPr>
              <w:t xml:space="preserve"> 4, ноябрь 2002 г.; </w:t>
            </w:r>
            <w:r w:rsidRPr="00041EDA">
              <w:rPr>
                <w:rFonts w:ascii="Times New Roman" w:eastAsia="MS Mincho" w:hAnsi="Times New Roman" w:cs="Times New Roman"/>
                <w:sz w:val="24"/>
                <w:szCs w:val="24"/>
                <w:lang w:val="en-US"/>
              </w:rPr>
              <w:t>N</w:t>
            </w:r>
            <w:r w:rsidRPr="00041EDA">
              <w:rPr>
                <w:rFonts w:ascii="Times New Roman" w:eastAsia="MS Mincho" w:hAnsi="Times New Roman" w:cs="Times New Roman"/>
                <w:sz w:val="24"/>
                <w:szCs w:val="24"/>
              </w:rPr>
              <w:t xml:space="preserve"> 5, декабрь 2002 г.; 2003 г. </w:t>
            </w:r>
            <w:r w:rsidRPr="00041EDA">
              <w:rPr>
                <w:rFonts w:ascii="Times New Roman" w:eastAsia="MS Mincho" w:hAnsi="Times New Roman" w:cs="Times New Roman"/>
                <w:sz w:val="24"/>
                <w:szCs w:val="24"/>
                <w:lang w:val="en-US"/>
              </w:rPr>
              <w:t>N</w:t>
            </w:r>
            <w:r w:rsidRPr="00041EDA">
              <w:rPr>
                <w:rFonts w:ascii="Times New Roman" w:eastAsia="MS Mincho" w:hAnsi="Times New Roman" w:cs="Times New Roman"/>
                <w:sz w:val="24"/>
                <w:szCs w:val="24"/>
              </w:rPr>
              <w:t xml:space="preserve"> 6, 7, решение вынесено Тихвинским городским судом Ленинградской области от 25.05.2004;</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Кинофильм "Вечный жид", решение вынесено Тихвинским городским судом Ленинградской области от 25.05.2004;</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Статья "Однажды мы придем с гнилыми помидорами...", автор - А.А. Николаенко, источник публикации - газета "Беловская копейка" </w:t>
            </w:r>
            <w:r w:rsidRPr="00041EDA">
              <w:rPr>
                <w:rFonts w:ascii="Times New Roman" w:eastAsia="MS Mincho" w:hAnsi="Times New Roman" w:cs="Times New Roman"/>
                <w:sz w:val="24"/>
                <w:szCs w:val="24"/>
                <w:lang w:val="en-US"/>
              </w:rPr>
              <w:t>N</w:t>
            </w:r>
            <w:r w:rsidRPr="00041EDA">
              <w:rPr>
                <w:rFonts w:ascii="Times New Roman" w:eastAsia="MS Mincho" w:hAnsi="Times New Roman" w:cs="Times New Roman"/>
                <w:sz w:val="24"/>
                <w:szCs w:val="24"/>
              </w:rPr>
              <w:t xml:space="preserve"> 1 от 11 ноября 2002 года, решение вынесено Беловским городским судом Кемеровской области от 26.12.2005;</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Статья "СС стучится в Вашу дверь, сволочи...", автор - А.А. Николаенко, источник публикации - газета "Курс" </w:t>
            </w:r>
            <w:r w:rsidRPr="00041EDA">
              <w:rPr>
                <w:rFonts w:ascii="Times New Roman" w:eastAsia="MS Mincho" w:hAnsi="Times New Roman" w:cs="Times New Roman"/>
                <w:sz w:val="24"/>
                <w:szCs w:val="24"/>
                <w:lang w:val="en-US"/>
              </w:rPr>
              <w:t>N</w:t>
            </w:r>
            <w:r w:rsidRPr="00041EDA">
              <w:rPr>
                <w:rFonts w:ascii="Times New Roman" w:eastAsia="MS Mincho" w:hAnsi="Times New Roman" w:cs="Times New Roman"/>
                <w:sz w:val="24"/>
                <w:szCs w:val="24"/>
              </w:rPr>
              <w:t xml:space="preserve"> 49 от 6 декабря 2002 года, решение вынесено Беловским городским судом Кемеровской области от 26.12.2005;</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Статья "Исполняющий обязанности властителя дум", автор - А.А. Николаенко, источник публикации - газета "Курс" </w:t>
            </w:r>
            <w:r w:rsidRPr="00041EDA">
              <w:rPr>
                <w:rFonts w:ascii="Times New Roman" w:eastAsia="MS Mincho" w:hAnsi="Times New Roman" w:cs="Times New Roman"/>
                <w:sz w:val="24"/>
                <w:szCs w:val="24"/>
                <w:lang w:val="en-US"/>
              </w:rPr>
              <w:t>N</w:t>
            </w:r>
            <w:r w:rsidRPr="00041EDA">
              <w:rPr>
                <w:rFonts w:ascii="Times New Roman" w:eastAsia="MS Mincho" w:hAnsi="Times New Roman" w:cs="Times New Roman"/>
                <w:sz w:val="24"/>
                <w:szCs w:val="24"/>
              </w:rPr>
              <w:t xml:space="preserve"> 8 от 21 февраля 2003 года, решение вынесено Беловским городским судом Кемеровской области от 26.12.2005;</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Статья "Самая конструктивная партия", автор - А.А. Николаенко, источник публикации - газета "Курс" </w:t>
            </w:r>
            <w:r w:rsidRPr="00041EDA">
              <w:rPr>
                <w:rFonts w:ascii="Times New Roman" w:eastAsia="MS Mincho" w:hAnsi="Times New Roman" w:cs="Times New Roman"/>
                <w:sz w:val="24"/>
                <w:szCs w:val="24"/>
                <w:lang w:val="en-US"/>
              </w:rPr>
              <w:t>N</w:t>
            </w:r>
            <w:r w:rsidRPr="00041EDA">
              <w:rPr>
                <w:rFonts w:ascii="Times New Roman" w:eastAsia="MS Mincho" w:hAnsi="Times New Roman" w:cs="Times New Roman"/>
                <w:sz w:val="24"/>
                <w:szCs w:val="24"/>
              </w:rPr>
              <w:t xml:space="preserve"> 43 от 22 октября 2004 года, решение вынесено Беловским городским судом Кемеровской области от 09.09.2005.</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"Сквозь призму ислама", автор – Абд-аль Хади ибн Али (решение Нальчикского городского суда от 15.01.2004).</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Газеты "Я русский. Нижнее Поволжье" № 1 и № 2, 2005 г. (решение Знаменского городского суда Астраханской области от 03.07.2007).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«Церберы свободы» № 11, 2005г. (решение Знаменского городского суда Астраханской области от 03.07.2007).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«Вихрь. Национал-социалистическое издание Вятка № 1» (решение Шабалинского районного суда Кировской области от 19.07.2007).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Газета русского государства "Весть", автор – Вострягов В.А. Издавалась в ООО «Сандерс» (средство массовой информации). </w:t>
            </w:r>
            <w:r w:rsidRPr="00041EDA">
              <w:rPr>
                <w:rFonts w:ascii="Times New Roman" w:eastAsia="MS Mincho" w:hAnsi="Times New Roman" w:cs="Times New Roman"/>
                <w:sz w:val="24"/>
                <w:szCs w:val="24"/>
                <w:lang w:val="en-US"/>
              </w:rPr>
              <w:t>Решение Заволжского районного суда города Ульяновск от 12.07.2007.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Брошюра "Русское Государство", автор – Вострягов В.А. Издавалась в ООО «Сандерс» (средство массовой информации. </w:t>
            </w:r>
            <w:r w:rsidRPr="00041EDA">
              <w:rPr>
                <w:rFonts w:ascii="Times New Roman" w:eastAsia="MS Mincho" w:hAnsi="Times New Roman" w:cs="Times New Roman"/>
                <w:sz w:val="24"/>
                <w:szCs w:val="24"/>
                <w:lang w:val="en-US"/>
              </w:rPr>
              <w:t>Решение Заволжского районного суда города Ульяновск от 12.07.2007)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Брошюра "Государство - это Мы", автор – Вострягов В.А. Издавалась в ООО «Сандерс» (средство массовой информации). </w:t>
            </w:r>
            <w:r w:rsidRPr="00041EDA">
              <w:rPr>
                <w:rFonts w:ascii="Times New Roman" w:eastAsia="MS Mincho" w:hAnsi="Times New Roman" w:cs="Times New Roman"/>
                <w:sz w:val="24"/>
                <w:szCs w:val="24"/>
                <w:lang w:val="en-US"/>
              </w:rPr>
              <w:t>Решение Заволжского районного суда города Ульяновск от 12.07.2007.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Брошюра "Каббала", автор – Вострягов В.А. Издавалась в ООО «Сандерс» (средство массовой информации). </w:t>
            </w:r>
            <w:r w:rsidRPr="00041EDA">
              <w:rPr>
                <w:rFonts w:ascii="Times New Roman" w:eastAsia="MS Mincho" w:hAnsi="Times New Roman" w:cs="Times New Roman"/>
                <w:sz w:val="24"/>
                <w:szCs w:val="24"/>
                <w:lang w:val="en-US"/>
              </w:rPr>
              <w:t>Решение Заволжского районного суда города Ульяновск от 12.07.2007.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Брошюра "Каббала - 2", автор – Вострягов В.А. Издавалась в ООО «Сандерс» (средство массовой информации). </w:t>
            </w:r>
            <w:r w:rsidRPr="00041EDA">
              <w:rPr>
                <w:rFonts w:ascii="Times New Roman" w:eastAsia="MS Mincho" w:hAnsi="Times New Roman" w:cs="Times New Roman"/>
                <w:sz w:val="24"/>
                <w:szCs w:val="24"/>
                <w:lang w:val="en-US"/>
              </w:rPr>
              <w:t>Решение Заволжского районного суда города Ульяновск от 12.07.2007.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Брошюра "Правда о происхождении Иисуса Христа и Девы Марии", автор – Вострягов В.А. Издавалась в ООО «Сандерс» (средство массовой информации). </w:t>
            </w:r>
            <w:r w:rsidRPr="00041EDA">
              <w:rPr>
                <w:rFonts w:ascii="Times New Roman" w:eastAsia="MS Mincho" w:hAnsi="Times New Roman" w:cs="Times New Roman"/>
                <w:sz w:val="24"/>
                <w:szCs w:val="24"/>
                <w:lang w:val="en-US"/>
              </w:rPr>
              <w:t>Решение Заволжского районного суда города Ульяновск от 12.07.2007.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Брошюра "Русский народ и Конституция РФ", автор – Вострягов В.А. Издавалась в ООО «Сандерс» (средство массовой информации). </w:t>
            </w:r>
            <w:r w:rsidRPr="00041EDA">
              <w:rPr>
                <w:rFonts w:ascii="Times New Roman" w:eastAsia="MS Mincho" w:hAnsi="Times New Roman" w:cs="Times New Roman"/>
                <w:sz w:val="24"/>
                <w:szCs w:val="24"/>
                <w:lang w:val="en-US"/>
              </w:rPr>
              <w:t>Решение Заволжского районного суда города Ульяновск от 12.07.2007.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Брошюра "Это должен знать Русский», автор – Вострягов В.А. Издавалась в ООО «Сандерс» (средство массовой информации). </w:t>
            </w:r>
            <w:r w:rsidRPr="00041EDA">
              <w:rPr>
                <w:rFonts w:ascii="Times New Roman" w:eastAsia="MS Mincho" w:hAnsi="Times New Roman" w:cs="Times New Roman"/>
                <w:sz w:val="24"/>
                <w:szCs w:val="24"/>
                <w:lang w:val="en-US"/>
              </w:rPr>
              <w:t>Решение Заволжского районного суда города Ульяновск от 12.07.2007.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Брошюра "Что делать…..", автор – Вострягов В.А. Издавалась в ООО «Сандерс» (средство массовой информации). </w:t>
            </w:r>
            <w:r w:rsidRPr="00041EDA">
              <w:rPr>
                <w:rFonts w:ascii="Times New Roman" w:eastAsia="MS Mincho" w:hAnsi="Times New Roman" w:cs="Times New Roman"/>
                <w:sz w:val="24"/>
                <w:szCs w:val="24"/>
                <w:lang w:val="en-US"/>
              </w:rPr>
              <w:t>Решение Заволжского районного суда города Ульяновск от 12.07.2007.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Брошюра "Сарынь на кичку!", автор Добровольский А.А. Издавалось в ОАО «Дом печати «Вятка». </w:t>
            </w:r>
            <w:r w:rsidRPr="00041EDA">
              <w:rPr>
                <w:rFonts w:ascii="Times New Roman" w:eastAsia="MS Mincho" w:hAnsi="Times New Roman" w:cs="Times New Roman"/>
                <w:sz w:val="24"/>
                <w:szCs w:val="24"/>
                <w:lang w:val="en-US"/>
              </w:rPr>
              <w:t>Решение Ленинского районного суда Кировской области от 22.08.2007.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Брошюра "Язычество: закат и рассвет", автор Добровольский А.А. Издавалось в ОАО «Дом печати «Вятка». </w:t>
            </w:r>
            <w:r w:rsidRPr="00041EDA">
              <w:rPr>
                <w:rFonts w:ascii="Times New Roman" w:eastAsia="MS Mincho" w:hAnsi="Times New Roman" w:cs="Times New Roman"/>
                <w:sz w:val="24"/>
                <w:szCs w:val="24"/>
                <w:lang w:val="en-US"/>
              </w:rPr>
              <w:t>Решение Ленинского районного суда Кировской области от 22.08.2007.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«Дивизия» №1 - Газета Русского Прикамья, 2001 (решение Индустриального районного суда города Ижевска Удмуртской Республики от 26.07.2007).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DVD</w:t>
            </w:r>
            <w:r w:rsidRPr="00041EDA">
              <w:rPr>
                <w:rFonts w:ascii="Times New Roman" w:eastAsia="MS Mincho" w:hAnsi="Times New Roman" w:cs="Times New Roman"/>
                <w:sz w:val="24"/>
                <w:szCs w:val="24"/>
              </w:rPr>
              <w:t xml:space="preserve"> -диск «Зов к исламской умме. Как долго еще?» (решение Ленинского районного суда города Уфы от 10.10.2007).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Такиуддина ан-Набохони «Система ислама» (решение Туймазинского районного суда Республики Башкортостан от 05.09.2007).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Такиуддина ан-Набохони «Исламское государство» (решение Туймазинского районного суда Республики Башкортостан от 05.09.2007).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Такиуддина ан-Набохони «Демократия – система безверия» (решение Туймазинского районного суда Республики Башкортостан от 05.09.2007).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Книга Такиуддина ан-Набохони «Политическая концепция Хизб ут-Тахрир». </w:t>
            </w:r>
            <w:r w:rsidRPr="00041EDA">
              <w:rPr>
                <w:rFonts w:ascii="Times New Roman" w:eastAsia="MS Mincho" w:hAnsi="Times New Roman" w:cs="Times New Roman"/>
                <w:sz w:val="24"/>
                <w:szCs w:val="24"/>
                <w:lang w:val="en-US"/>
              </w:rPr>
              <w:t>(решение Туймазинского районного суда Республики Башкортостан от 05.09.2007).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215 (решение Туймазинского районного суда Республики Башкортостан от 05.09.2007).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Журнал «Аль-Ваъй» № 221 (решение Туймазинского районного суда Республики Башкортостан от </w:t>
            </w:r>
            <w:r w:rsidRPr="00041EDA">
              <w:rPr>
                <w:rFonts w:ascii="Times New Roman" w:eastAsia="MS Mincho" w:hAnsi="Times New Roman" w:cs="Times New Roman"/>
                <w:sz w:val="24"/>
                <w:szCs w:val="24"/>
              </w:rPr>
              <w:lastRenderedPageBreak/>
              <w:t>05.09.2007).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230 (решение Туймазинского районного суда Республики Башкортостан от 05.09.2007).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233 (решение Туймазинского районного суда Республики Башкортостан от 05.09.2007).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234 (решение Туймазинского районного суда Республики Башкортостан от 05.09.2007).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235 (решение Туймазинского районного суда Республики Башкортостан от 05.09.2007).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236 (решение Туймазинского районного суда Республики Башкортостан от 05.09.2007).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Книга из собраний сочинений Саида Нурси «Рисале-и Нур» «Посох Мусы», год издания не указан, перевод </w:t>
            </w:r>
            <w:r w:rsidRPr="00041EDA">
              <w:rPr>
                <w:rFonts w:ascii="Times New Roman" w:eastAsia="MS Mincho" w:hAnsi="Times New Roman" w:cs="Times New Roman"/>
                <w:sz w:val="24"/>
                <w:szCs w:val="24"/>
              </w:rPr>
              <w:lastRenderedPageBreak/>
              <w:t>Т.Н. Галимова, М.Г. Тамимдарова (решение Коптевского районного суда САО г. Москвы от 21.05.2007).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Материалы, опубликованные в газете «За Русь!» за 2005 год № 4 (49) редактор и издатель С. Путинцев (решение Ленинского суда г. Новороссийска от 21.06.2007).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Материалы, опубликованные в газете «За Русь!» за 2006 год № 1 (50) редактор и издатель С. Путинцев (решение Ленинского суда г. Новороссийска от 21.06.2007).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Материалы, опубликованные в газете «За Русь!» за 2006 год № 2 (51) редактор и издатель С. Путинцев (решение Ленинского суда г. Новороссийска от 21.06.2007).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статьи «Давайте сдохнем» газеты «</w:t>
            </w:r>
            <w:r w:rsidRPr="00041EDA">
              <w:rPr>
                <w:rFonts w:ascii="Times New Roman" w:eastAsia="MS Mincho" w:hAnsi="Times New Roman" w:cs="Times New Roman"/>
                <w:sz w:val="24"/>
                <w:szCs w:val="24"/>
                <w:lang w:val="en-US"/>
              </w:rPr>
              <w:t>PARA</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BELLUM</w:t>
            </w:r>
            <w:r w:rsidRPr="00041EDA">
              <w:rPr>
                <w:rFonts w:ascii="Times New Roman" w:eastAsia="MS Mincho" w:hAnsi="Times New Roman" w:cs="Times New Roman"/>
                <w:sz w:val="24"/>
                <w:szCs w:val="24"/>
              </w:rPr>
              <w:t>» № 9 за декабрь 2005 г. (решение Советского районного суда г. Челябинска от 25.09.2007).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статьи «Апофеоз прелюдий» газеты «</w:t>
            </w:r>
            <w:r w:rsidRPr="00041EDA">
              <w:rPr>
                <w:rFonts w:ascii="Times New Roman" w:eastAsia="MS Mincho" w:hAnsi="Times New Roman" w:cs="Times New Roman"/>
                <w:sz w:val="24"/>
                <w:szCs w:val="24"/>
                <w:lang w:val="en-US"/>
              </w:rPr>
              <w:t>PARA</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BELLUM</w:t>
            </w:r>
            <w:r w:rsidRPr="00041EDA">
              <w:rPr>
                <w:rFonts w:ascii="Times New Roman" w:eastAsia="MS Mincho" w:hAnsi="Times New Roman" w:cs="Times New Roman"/>
                <w:sz w:val="24"/>
                <w:szCs w:val="24"/>
              </w:rPr>
              <w:t>» № 9 за декабрь 2005 г. (решение Советского районного суда г. Челябинска от 25.09.2007).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w:t>
            </w:r>
            <w:r w:rsidRPr="00041EDA">
              <w:rPr>
                <w:rFonts w:ascii="Times New Roman" w:eastAsia="MS Mincho" w:hAnsi="Times New Roman" w:cs="Times New Roman"/>
                <w:sz w:val="24"/>
                <w:szCs w:val="24"/>
              </w:rPr>
              <w:lastRenderedPageBreak/>
              <w:t>от 19.10.2007).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65.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Книга «Основы ислама», Абуль Аль-Аля аль-Маудуди, Москва: ПК «Сатланда», при участии МП «Странник», 1993, 128 стр., перевод И. Мухаммеда Шейха (решение Бугурусланского городского суда Оренбургской области от 06.08.2007 и определение Бугурусланского городского суда Оренбургской области </w:t>
            </w:r>
            <w:r w:rsidRPr="00041EDA">
              <w:rPr>
                <w:rFonts w:ascii="Times New Roman" w:eastAsia="MS Mincho" w:hAnsi="Times New Roman" w:cs="Times New Roman"/>
                <w:sz w:val="24"/>
                <w:szCs w:val="24"/>
              </w:rPr>
              <w:lastRenderedPageBreak/>
              <w:t>от 19.10.2007).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Печатный материал «Русская фаланга» № 14 (42) от 25 декабря 2004 года (решение Октябрьского районного суда города Ижевска от 05.10.2007).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Печатный материал «Республика» № 4 (18-24 апреля 2004 года) (решение Октябрьского районного суда города Ижевска от 05.10.2007).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Печатный материал «Наш народный наблюдатель» № 1 (ноябрь 2003 года) (решение Октябрьского районного суда города Ижевска от 05.10.2007).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«Исламская Вера» (решение Правобережного районного суда г. Магнитогорска Челябинской области от 16.11.2007).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«Приближение к Аллаху – путь к успеху» (решение Правобережного районного суда г. Магнитогорска Челябинской области от 16.11.2007).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Брошюра «Сознание «Аль-Ваъй» № 203 (решение Правобережного районного суда г. Магнитогорска </w:t>
            </w:r>
            <w:r w:rsidRPr="00041EDA">
              <w:rPr>
                <w:rFonts w:ascii="Times New Roman" w:eastAsia="MS Mincho" w:hAnsi="Times New Roman" w:cs="Times New Roman"/>
                <w:sz w:val="24"/>
                <w:szCs w:val="24"/>
              </w:rPr>
              <w:lastRenderedPageBreak/>
              <w:t>Челябинской области от 16.11.2007).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«Сознание «Аль-Ваъй» № 204 (решение Правобережного районного суда г. Магнитогорска Челябинской области от 16.11.2007).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«Сознание «Аль-Ваъй» № 205 (решение Правобережного районного суда г. Магнитогорска Челябинской области от 16.11.2007).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«Сознание «Аль-Ваъй» № 207 (решение Правобережного районного суда г. Магнитогорска Челябинской области от 16.11.2007).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«Сознание «Аль-Ваъй» № 208 (решение Правобережного районного суда г. Магнитогорска Челябинской области от 16.11.2007).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«Вхождение в общество» (решение Правобережного районного суда г. Магнитогорска Челябинской области от 16.11.2007).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«Партийное сплочение» (решение Правобережного районного суда г. Магнитогорска Челябинской области от 16.11.2007).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«Прокламации относительно хода действий» (решение Правобережного районного суда г. Магнитогорска Челябинской области от 16.11.2007).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«Путь к Вере» (решение Правобережного районного суда г. Магнитогорска Челябинской области от 16.11.2007).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«Тафсир Аятов» (решение Правобережного районного суда г. Магнитогорска Челябинской области от 16.11.2007).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«Система Ислама» (решение Правобережного районного суда г. Магнитогорска Челябинской области от 16.11.2007).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Листовка со стихотворением «Обращение к русским мужчинам на 23 февраля» за подписью </w:t>
            </w:r>
            <w:r w:rsidRPr="00041EDA">
              <w:rPr>
                <w:rFonts w:ascii="Times New Roman" w:eastAsia="MS Mincho" w:hAnsi="Times New Roman" w:cs="Times New Roman"/>
                <w:sz w:val="24"/>
                <w:szCs w:val="24"/>
                <w:lang w:val="en-US"/>
              </w:rPr>
              <w:t>«Русские женщины» (решение Южно-Сахалинского городского суда от 14.12.2007).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Листовка с заголовком «Уважаемые земляки!», завершающаяся текстом «Вступайте в Славянский союз!» </w:t>
            </w:r>
            <w:r w:rsidRPr="00041EDA">
              <w:rPr>
                <w:rFonts w:ascii="Times New Roman" w:eastAsia="MS Mincho" w:hAnsi="Times New Roman" w:cs="Times New Roman"/>
                <w:sz w:val="24"/>
                <w:szCs w:val="24"/>
                <w:lang w:val="en-US"/>
              </w:rPr>
              <w:t>(решение Южно-Сахалинского городского суда от 14.12.2007).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Листовка «Славянский союз» с тремя изображениями и высказыванием «Скажи «нет» инородной сволочи!!! </w:t>
            </w:r>
            <w:r w:rsidRPr="00041EDA">
              <w:rPr>
                <w:rFonts w:ascii="Times New Roman" w:eastAsia="MS Mincho" w:hAnsi="Times New Roman" w:cs="Times New Roman"/>
                <w:sz w:val="24"/>
                <w:szCs w:val="24"/>
                <w:lang w:val="en-US"/>
              </w:rPr>
              <w:t>Вступайте в СС» (решение Южно-Сахалинского городского суда от 25.10.2007).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Стихотворение «Чуда-Юда» за подписью «Николай Федоров» (решение Южно-Сахалинского городского суда от 25.10.2007).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w:t>
            </w:r>
            <w:r w:rsidRPr="00041EDA">
              <w:rPr>
                <w:rFonts w:ascii="Times New Roman" w:eastAsia="MS Mincho" w:hAnsi="Times New Roman" w:cs="Times New Roman"/>
                <w:sz w:val="24"/>
                <w:szCs w:val="24"/>
              </w:rPr>
              <w:lastRenderedPageBreak/>
              <w:t>Алтай от 23.01.2008).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«Просторы Европы» музыкальной группы «Циклон Б» (решение Нагатинского суда г. Москвы от 01.10.2007).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«Хрустальная ночь» музыкальной группы «Циклон Б» (решение Нагатинского суда г. Москвы от 01.10.2007).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«В память героям» музыкальной группы «Циклон Б» (решение Нагатинского суда г. Москвы от 01.10.2007).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w:t>
            </w:r>
            <w:r w:rsidRPr="00041EDA">
              <w:rPr>
                <w:rFonts w:ascii="Times New Roman" w:eastAsia="MS Mincho" w:hAnsi="Times New Roman" w:cs="Times New Roman"/>
                <w:sz w:val="24"/>
                <w:szCs w:val="24"/>
                <w:lang w:val="en-US"/>
              </w:rPr>
              <w:t>YO</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YO</w:t>
            </w:r>
            <w:r w:rsidRPr="00041EDA">
              <w:rPr>
                <w:rFonts w:ascii="Times New Roman" w:eastAsia="MS Mincho" w:hAnsi="Times New Roman" w:cs="Times New Roman"/>
                <w:sz w:val="24"/>
                <w:szCs w:val="24"/>
              </w:rPr>
              <w:t xml:space="preserve"> – реп гнилье - </w:t>
            </w:r>
            <w:r w:rsidRPr="00041EDA">
              <w:rPr>
                <w:rFonts w:ascii="Times New Roman" w:eastAsia="MS Mincho" w:hAnsi="Times New Roman" w:cs="Times New Roman"/>
                <w:sz w:val="24"/>
                <w:szCs w:val="24"/>
                <w:lang w:val="en-US"/>
              </w:rPr>
              <w:t>YO</w:t>
            </w:r>
            <w:r w:rsidRPr="00041EDA">
              <w:rPr>
                <w:rFonts w:ascii="Times New Roman" w:eastAsia="MS Mincho" w:hAnsi="Times New Roman" w:cs="Times New Roman"/>
                <w:sz w:val="24"/>
                <w:szCs w:val="24"/>
              </w:rPr>
              <w:t>» музыкальной группы «Циклон Б» (решение Нагатинского суда г. Москвы от 01.10.2007).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«Мой выходной» музыкальной группы «Циклон Б» (решение Нагатинского суда г. Москвы от 01.10.2007).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«Это война» музыкальной группы «Циклон Б» (решение Нагатинского суда г. Москвы от 01.10.2007).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«Отряд патриотов» музыкальной группы «Циклон Б» (решение Нагатинского суда г. Москвы от 01.10.2007).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«Смерть врагам!» музыкальной группы «Циклон Б» (решение Нагатинского суда г. Москвы от 01.10.2007).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«Каждый день под флагом смерти» музыкальной группы «Циклон Б» (решение Нагатинского суда г. Москвы от 01.10.2007).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«Моё клеймо (</w:t>
            </w:r>
            <w:r w:rsidRPr="00041EDA">
              <w:rPr>
                <w:rFonts w:ascii="Times New Roman" w:eastAsia="MS Mincho" w:hAnsi="Times New Roman" w:cs="Times New Roman"/>
                <w:sz w:val="24"/>
                <w:szCs w:val="24"/>
                <w:lang w:val="en-US"/>
              </w:rPr>
              <w:t>Bonus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track</w:t>
            </w:r>
            <w:r w:rsidRPr="00041EDA">
              <w:rPr>
                <w:rFonts w:ascii="Times New Roman" w:eastAsia="MS Mincho" w:hAnsi="Times New Roman" w:cs="Times New Roman"/>
                <w:sz w:val="24"/>
                <w:szCs w:val="24"/>
              </w:rPr>
              <w:t>)» музыкальной группы «Циклон Б» (решение Нагатинского суда г. Москвы от 01.10.2007).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«Деим гор (</w:t>
            </w:r>
            <w:r w:rsidRPr="00041EDA">
              <w:rPr>
                <w:rFonts w:ascii="Times New Roman" w:eastAsia="MS Mincho" w:hAnsi="Times New Roman" w:cs="Times New Roman"/>
                <w:sz w:val="24"/>
                <w:szCs w:val="24"/>
                <w:lang w:val="en-US"/>
              </w:rPr>
              <w:t>Remake</w:t>
            </w:r>
            <w:r w:rsidRPr="00041EDA">
              <w:rPr>
                <w:rFonts w:ascii="Times New Roman" w:eastAsia="MS Mincho" w:hAnsi="Times New Roman" w:cs="Times New Roman"/>
                <w:sz w:val="24"/>
                <w:szCs w:val="24"/>
              </w:rPr>
              <w:t>)» музыкальной группы «Циклон Б» (решение Нагатинского суда г. Москвы от 01.10.2007).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«Это наш век» музыкальной группы «Циклон Б» (решение Нагатинского суда г. Москвы от 01.10.2007).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Газета «ХидаяТ» № 4 (решение Туймазинского районного суда Республики Башкортостан от 05.09.2007 и </w:t>
            </w:r>
            <w:r w:rsidRPr="00041EDA">
              <w:rPr>
                <w:rFonts w:ascii="Times New Roman" w:eastAsia="MS Mincho" w:hAnsi="Times New Roman" w:cs="Times New Roman"/>
                <w:sz w:val="24"/>
                <w:szCs w:val="24"/>
              </w:rPr>
              <w:lastRenderedPageBreak/>
              <w:t>определение Туймазинского районного суда Республики Башкортостан от 18.02.2008).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Сообщение (листовка), размещенное Втулкиным Александром Александровичем на странице информационно-политического портала «</w:t>
            </w:r>
            <w:r w:rsidRPr="00041EDA">
              <w:rPr>
                <w:rFonts w:ascii="Times New Roman" w:eastAsia="MS Mincho" w:hAnsi="Times New Roman" w:cs="Times New Roman"/>
                <w:sz w:val="24"/>
                <w:szCs w:val="24"/>
                <w:lang w:val="en-US"/>
              </w:rPr>
              <w:t>zaks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и на веб-сайте «Агентства журналистских расследований» </w:t>
            </w:r>
            <w:r w:rsidRPr="00041EDA">
              <w:rPr>
                <w:rFonts w:ascii="Times New Roman" w:eastAsia="MS Mincho" w:hAnsi="Times New Roman" w:cs="Times New Roman"/>
                <w:sz w:val="24"/>
                <w:szCs w:val="24"/>
              </w:rPr>
              <w:lastRenderedPageBreak/>
              <w:t>(решение Смольнинского районного суда г. Санкт-Петербурга от 29.01.2008).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Доктора Абд Аль-Азиз Бин Мухаммад «Что нужно знать о единобожии» (решение Городищенского районного суда Пензенской области от 22.02.2008).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названием «Жидофашизм» (выходные данные «Молодая гвардия» Н. и А. Июль 2007) (решение Ленинского районного суда г. Ульяновска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Номер 2 газеты «Наш народный наблюдатель» за февраль 2004 года (решение Октябрьского районного суда г. Санкт-Петербурга от 12.03.2008).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Номер 3 газеты «Наш народный наблюдатель» за апрель-май 2004 года (решение Октябрьского районного суда г. Санкт-Петербурга от 12.03.2008).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242 от апреля 2007 года (решение Ленинского районного суда г. Уфы от 28.03.2008).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«Обязательность сплочения для того, чтобы вернуть Халифат» (решение Ленинского районного суда г. Уфы от 28.03.2008).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Брошюра «Размышление обывателя или что твориться в Республике Алтай?!» </w:t>
            </w:r>
            <w:r w:rsidRPr="00041EDA">
              <w:rPr>
                <w:rFonts w:ascii="Times New Roman" w:eastAsia="MS Mincho" w:hAnsi="Times New Roman" w:cs="Times New Roman"/>
                <w:sz w:val="24"/>
                <w:szCs w:val="24"/>
                <w:lang w:val="en-US"/>
              </w:rPr>
              <w:t>(решение Онгудайского районного суда Республики Алтай от 26.03.2008).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Печатный материал «Артоманс» № 1 (решение Череповецкого городского суда Вологодской области от 03.03.2008).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Печатный материал «Артоманс» № 2 (решение Череповецкого городского суда Вологодской области от </w:t>
            </w:r>
            <w:r w:rsidRPr="00041EDA">
              <w:rPr>
                <w:rFonts w:ascii="Times New Roman" w:eastAsia="MS Mincho" w:hAnsi="Times New Roman" w:cs="Times New Roman"/>
                <w:sz w:val="24"/>
                <w:szCs w:val="24"/>
              </w:rPr>
              <w:lastRenderedPageBreak/>
              <w:t>03.03.2008).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Видеоматериал, представляющий собой файл Видеопровокация.</w:t>
            </w:r>
            <w:r w:rsidRPr="00041EDA">
              <w:rPr>
                <w:rFonts w:ascii="Times New Roman" w:eastAsia="MS Mincho" w:hAnsi="Times New Roman" w:cs="Times New Roman"/>
                <w:sz w:val="24"/>
                <w:szCs w:val="24"/>
                <w:lang w:val="en-US"/>
              </w:rPr>
              <w:t>avi</w:t>
            </w:r>
            <w:r w:rsidRPr="00041EDA">
              <w:rPr>
                <w:rFonts w:ascii="Times New Roman" w:eastAsia="MS Mincho" w:hAnsi="Times New Roman" w:cs="Times New Roman"/>
                <w:sz w:val="24"/>
                <w:szCs w:val="24"/>
              </w:rPr>
              <w:t xml:space="preserve">, размещенный в информационно-телекоммуникационной сети «Интернет» на сервере ООО «Новгород Дейтаком» по адресу </w:t>
            </w:r>
            <w:r w:rsidRPr="00041EDA">
              <w:rPr>
                <w:rFonts w:ascii="Times New Roman" w:eastAsia="MS Mincho" w:hAnsi="Times New Roman" w:cs="Times New Roman"/>
                <w:sz w:val="24"/>
                <w:szCs w:val="24"/>
                <w:lang w:val="en-US"/>
              </w:rPr>
              <w:t>ftp</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ftp</w:t>
            </w:r>
            <w:r w:rsidRPr="00041EDA">
              <w:rPr>
                <w:rFonts w:ascii="Times New Roman" w:eastAsia="MS Mincho" w:hAnsi="Times New Roman" w:cs="Times New Roman"/>
                <w:sz w:val="24"/>
                <w:szCs w:val="24"/>
              </w:rPr>
              <w:t>5.</w:t>
            </w:r>
            <w:r w:rsidRPr="00041EDA">
              <w:rPr>
                <w:rFonts w:ascii="Times New Roman" w:eastAsia="MS Mincho" w:hAnsi="Times New Roman" w:cs="Times New Roman"/>
                <w:sz w:val="24"/>
                <w:szCs w:val="24"/>
                <w:lang w:val="en-US"/>
              </w:rPr>
              <w:t>natm</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incoming</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clips</w:t>
            </w:r>
            <w:r w:rsidRPr="00041EDA">
              <w:rPr>
                <w:rFonts w:ascii="Times New Roman" w:eastAsia="MS Mincho" w:hAnsi="Times New Roman" w:cs="Times New Roman"/>
                <w:sz w:val="24"/>
                <w:szCs w:val="24"/>
              </w:rPr>
              <w:t>/Провокация ФСБ (решение Новгородского городского суда Новгородской области от 17.03.2008);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«Мы верим – Вы поможете!» (решение Онгудайского районного суда Республики Алтай от 10.04.2008).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Агитационная листовка с названием «Выборы – жидовское оружие захвата власти!» </w:t>
            </w:r>
            <w:r w:rsidRPr="00041EDA">
              <w:rPr>
                <w:rFonts w:ascii="Times New Roman" w:eastAsia="MS Mincho" w:hAnsi="Times New Roman" w:cs="Times New Roman"/>
                <w:sz w:val="24"/>
                <w:szCs w:val="24"/>
                <w:lang w:val="en-US"/>
              </w:rPr>
              <w:t>(решение Ленинского районного суда г. Нижнего Новгорода от 16.04.2008).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«Русский Порядок» Нацинформ № 1 Молодежное крыло Рязанской организации РНЕ (решение Железнодорожного районного суда г. Рязани от 21.04.2008).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«Русский Порядок» Нацинформ № 23 (решение Железнодорожного районного суда г. Рязани от 21.04.2008).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Славянский языческий альманах «Хорс», 2005, выпуск № 1 (решение Советского районного суда г. Самары от 04.03.2008).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Славянское языческое обозрение «Хорс», 2006, выпуск № 2 (решение Советского районного суда г. Самары от 04.03.2008).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Славянское языческое обозрение «Хорс», 2006, выпуск № 3 (решение Советского районного суда г. Самары от 04.03.2008).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«Мировоззрение» № 10 (30) за 2003 год (решение Октябрьского районного суда г. Санкт-Петербурга от 27.03.2008).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«Мировоззрение» № 12 (32) за 2003 год (решение Октябрьского районного суда г. Санкт-Петербурга от 27.03.2008).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«Мировоззрение» № 14 (34) за 2003 год (решение Октябрьского районного суда г. Санкт-Петербурга от 27.03.2008).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«Мировоззрение» № 11 (45) за 2004 год (решение Октябрьского районного суда г. Санкт-Петербурга от 27.03.2008).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«Мировоззрение» № 19 (53) за 2004 год (решение Октябрьского районного суда г. Санкт-Петербурга от 27.03.2008).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«Мировоззрение» № 24 (58) за 2004 год (решение Октябрьского районного суда г. Санкт-Петербурга от 27.03.2008).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«Мировоззрение» № 4 (62) за 2005 год (решение Октябрьского районного суда г. Санкт-Петербурга от 27.03.2008).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«Мировоззрение» № 25 (83) за 2005 год (решение Октябрьского районного суда г. Санкт-Петербурга от 27.03.2008).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Листовка «Мировоззрение» № 1 (84) за 2006 год (решение Октябрьского районного суда г. Санкт-</w:t>
            </w:r>
            <w:r w:rsidRPr="00041EDA">
              <w:rPr>
                <w:rFonts w:ascii="Times New Roman" w:eastAsia="MS Mincho" w:hAnsi="Times New Roman" w:cs="Times New Roman"/>
                <w:sz w:val="24"/>
                <w:szCs w:val="24"/>
              </w:rPr>
              <w:lastRenderedPageBreak/>
              <w:t>Петербурга от 27.03.2008).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«Что и как. Пособие по уличному террору» (решение Смольнинского районного суда г. Санкт-Петербурга от 01.04.2008).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«БРАТЬЯ И СЕСЕТРА! ВСЕ НА МИТИНГ!!!» (решение Назрановского районного суда Республики Ингушетия от 20.02.2008).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«Призыв к ингушским милиционерам» (решение Назрановского районного суда Республики Ингушетия от 11.02.2008).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«Поэма о ЖИДЕ. Москва, 1935 год. Автор не известен» (решение Железнодорожного районного суда г. Рязани от 23.04.2008).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«Русский порядок» Нацинформ № 24 (решение Железнодорожного районного суда г. Рязани от 23.04.2008).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Номер газеты «Евпатий Коловрат» № 45 за январь-февраль 2006 года (решение Можайского городского суда Московской области от 26.03.2008).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Номер газеты «Евпатий Коловрат» № 47 за май-июнь 2006 года (решение Можайского городского суда Московской области от 25.04.2008).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Номер газеты «Радикальная политика» № 3 (58) за март 2006 года (решение Советского районного суда г. Нижнего Новгорода от 13.05.2008).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Книга «Основы исламского вероучения. Гакыйда (Усус аль-акида)» (перевод на русский язык Владимира Абдаллы Нирши, Москва, 1998 г.) </w:t>
            </w:r>
            <w:r w:rsidRPr="00041EDA">
              <w:rPr>
                <w:rFonts w:ascii="Times New Roman" w:eastAsia="MS Mincho" w:hAnsi="Times New Roman" w:cs="Times New Roman"/>
                <w:sz w:val="24"/>
                <w:szCs w:val="24"/>
                <w:lang w:val="en-US"/>
              </w:rPr>
              <w:t>(решение Городищенского районного суда Пензенской области от 22.02.2008).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«Тайна беззакония» (без данных об авторе и издателе) (решение Бековского районного суда Пензенской области от 30.04.2008).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Журнал «Аль-Ваъй» № 222, состоящий из 24 листов (решение Кузьминского районного суда г. Москвы от </w:t>
            </w:r>
            <w:r w:rsidRPr="00041EDA">
              <w:rPr>
                <w:rFonts w:ascii="Times New Roman" w:eastAsia="MS Mincho" w:hAnsi="Times New Roman" w:cs="Times New Roman"/>
                <w:sz w:val="24"/>
                <w:szCs w:val="24"/>
              </w:rPr>
              <w:lastRenderedPageBreak/>
              <w:t>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Листовка, начинающаяся текстом «Мы сильные, мы смелые, мы русские…» и заканчивающуюся текстом «…даже если дурака из тебя делают». </w:t>
            </w:r>
            <w:r w:rsidRPr="00041EDA">
              <w:rPr>
                <w:rFonts w:ascii="Times New Roman" w:eastAsia="MS Mincho" w:hAnsi="Times New Roman" w:cs="Times New Roman"/>
                <w:sz w:val="24"/>
                <w:szCs w:val="24"/>
                <w:lang w:val="en-US"/>
              </w:rPr>
              <w:t>(Решение Кировского районного суда г. Саратова от 04.07.2008).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Номер газеты «Я - русский» № 5, 6, 12, 13 за 2003 год (решение Ленинского районного суда г. Кирова от 18.06.2008);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Номер специального выпуска газеты «Я - русский» № 1 за 2004 год (решение Ленинского районного суда г. Кирова от 18.06.2008);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«Основы русизма» (решение Ленинского районного суда г. Кирова от 18.06.2008);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Окорокова А.В. «Фашизм и русская эмиграция» (решение Ленинского районного суда г. Кирова от 18.06.2008);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Брошюры «Русская воля» № 3 за 2000 год и № 6 за 2003 год (решение Ленинского районного суда г. Кирова от 18.06.2008);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lastRenderedPageBreak/>
              <w:t xml:space="preserve">Печатный материал «О </w:t>
            </w:r>
            <w:r w:rsidRPr="00041EDA">
              <w:rPr>
                <w:rFonts w:ascii="Times New Roman" w:eastAsia="MS Mincho" w:hAnsi="Times New Roman" w:cs="Times New Roman"/>
                <w:sz w:val="24"/>
                <w:szCs w:val="24"/>
                <w:lang w:val="en-US"/>
              </w:rPr>
              <w:t>p</w:t>
            </w:r>
            <w:r w:rsidRPr="00041EDA">
              <w:rPr>
                <w:rFonts w:ascii="Times New Roman" w:eastAsia="MS Mincho" w:hAnsi="Times New Roman" w:cs="Times New Roman"/>
                <w:sz w:val="24"/>
                <w:szCs w:val="24"/>
              </w:rPr>
              <w:t xml:space="preserve">еп! Как много в этом звуке для сердца ниггера слилось!» </w:t>
            </w:r>
            <w:r w:rsidRPr="00041EDA">
              <w:rPr>
                <w:rFonts w:ascii="Times New Roman" w:eastAsia="MS Mincho" w:hAnsi="Times New Roman" w:cs="Times New Roman"/>
                <w:sz w:val="24"/>
                <w:szCs w:val="24"/>
                <w:lang w:val="en-US"/>
              </w:rPr>
              <w:t xml:space="preserve">(решение Ленинского </w:t>
            </w:r>
            <w:r w:rsidRPr="00041EDA">
              <w:rPr>
                <w:rFonts w:ascii="Times New Roman" w:eastAsia="MS Mincho" w:hAnsi="Times New Roman" w:cs="Times New Roman"/>
                <w:sz w:val="24"/>
                <w:szCs w:val="24"/>
                <w:lang w:val="en-US"/>
              </w:rPr>
              <w:lastRenderedPageBreak/>
              <w:t>районного суда г. Кирова от 18.06.2008);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w:t>
            </w:r>
            <w:r w:rsidRPr="00041EDA">
              <w:rPr>
                <w:rFonts w:ascii="Times New Roman" w:eastAsia="MS Mincho" w:hAnsi="Times New Roman" w:cs="Times New Roman"/>
                <w:sz w:val="24"/>
                <w:szCs w:val="24"/>
                <w:lang w:val="en-US"/>
              </w:rPr>
              <w:t>Wild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W</w:t>
            </w:r>
            <w:r w:rsidRPr="00041EDA">
              <w:rPr>
                <w:rFonts w:ascii="Times New Roman" w:eastAsia="MS Mincho" w:hAnsi="Times New Roman" w:cs="Times New Roman"/>
                <w:sz w:val="24"/>
                <w:szCs w:val="24"/>
              </w:rPr>
              <w:t>е</w:t>
            </w:r>
            <w:r w:rsidRPr="00041EDA">
              <w:rPr>
                <w:rFonts w:ascii="Times New Roman" w:eastAsia="MS Mincho" w:hAnsi="Times New Roman" w:cs="Times New Roman"/>
                <w:sz w:val="24"/>
                <w:szCs w:val="24"/>
                <w:lang w:val="en-US"/>
              </w:rPr>
              <w:t>st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St</w:t>
            </w:r>
            <w:r w:rsidRPr="00041EDA">
              <w:rPr>
                <w:rFonts w:ascii="Times New Roman" w:eastAsia="MS Mincho" w:hAnsi="Times New Roman" w:cs="Times New Roman"/>
                <w:sz w:val="24"/>
                <w:szCs w:val="24"/>
              </w:rPr>
              <w:t>о</w:t>
            </w:r>
            <w:r w:rsidRPr="00041EDA">
              <w:rPr>
                <w:rFonts w:ascii="Times New Roman" w:eastAsia="MS Mincho" w:hAnsi="Times New Roman" w:cs="Times New Roman"/>
                <w:sz w:val="24"/>
                <w:szCs w:val="24"/>
                <w:lang w:val="en-US"/>
              </w:rPr>
              <w:t>ri</w:t>
            </w:r>
            <w:r w:rsidRPr="00041EDA">
              <w:rPr>
                <w:rFonts w:ascii="Times New Roman" w:eastAsia="MS Mincho" w:hAnsi="Times New Roman" w:cs="Times New Roman"/>
                <w:sz w:val="24"/>
                <w:szCs w:val="24"/>
              </w:rPr>
              <w:t>е</w:t>
            </w:r>
            <w:r w:rsidRPr="00041EDA">
              <w:rPr>
                <w:rFonts w:ascii="Times New Roman" w:eastAsia="MS Mincho" w:hAnsi="Times New Roman" w:cs="Times New Roman"/>
                <w:sz w:val="24"/>
                <w:szCs w:val="24"/>
                <w:lang w:val="en-US"/>
              </w:rPr>
              <w:t>s</w:t>
            </w:r>
            <w:r w:rsidRPr="00041EDA">
              <w:rPr>
                <w:rFonts w:ascii="Times New Roman" w:eastAsia="MS Mincho" w:hAnsi="Times New Roman" w:cs="Times New Roman"/>
                <w:sz w:val="24"/>
                <w:szCs w:val="24"/>
              </w:rPr>
              <w:t>». (решение Ленинского районного суда г. Кирова от 18.06.2008).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"ТрудоДни" № 5 за сентябрь 2007 года с заголовком "Лимонка" № 323 за сентябрь 2007 года (решение Прикубанского районного суда г. Краснодара от 03.07.2008).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газеты «Рубеж» №7 (183) за ноябрь 2007 года (решение Ленинского районного суда г. Ульяновска от 07.07.2008);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газеты «Кадет-Ратич» № 8 за сентябрь 2003 года (решение Касимовского городского суда Рязанской области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газеты «Кадет-Ратич» № 9 за октябрь 2003 года, (решение Касимовского городского суда Рязанской области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газеты «Кадет-Ратич № 10 за январь 2004 года (решение Касимовского городского суда Рязанской области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газеты «Кадет-Ратич» № 11 за март 2004 года (решение Касимовского городского суда Рязанской области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газеты «Аркаим» № 95 за сентябрь 2003 года (решение Касимовского городского суда Рязанской области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газеты «Аркаим» № 96 за октябрь 2003 года (решение Касимовского городского суда Рязанской области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газеты «Аркаим» № 97 за октябрь 2003 года (решение Касимовского городского суда Рязанской области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Выпуск газеты «Аркаим» № 98 за ноябрь 2003 года (решение Касимовского городского суда Рязанской </w:t>
            </w:r>
            <w:r w:rsidRPr="00041EDA">
              <w:rPr>
                <w:rFonts w:ascii="Times New Roman" w:eastAsia="MS Mincho" w:hAnsi="Times New Roman" w:cs="Times New Roman"/>
                <w:sz w:val="24"/>
                <w:szCs w:val="24"/>
              </w:rPr>
              <w:lastRenderedPageBreak/>
              <w:t>области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газеты «Аркаим» № 99 за ноябрь 2003 года (решение Касимовского городского суда Рязанской области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газеты «Аркаим» № 100 за ноябрь 2003 года (решение Касимовского городского суда Рязанской области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газеты «Аркаим» № 101 за ноябрь 2003 года (решение Касимовского городского суда Рязанской области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газеты «Аркаим» № 102 за декабрь 2003 года (решение Касимовсокго городского суда Рязанской области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газеты «Аркаим» № 103 за январь 2004 года (решение Касимовского городского суда Рязанской области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газеты «Аркаим» № 104 за январь 2004 года (решение Касимовского городского суда Рязанской области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газеты «Аркаим № 105 за февраль 2004 года (решение Касимовского городского суда Рязанской области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газеты «Аркаим» № 106 за февраль 2004 года (решение Касимовского городского суда Рязанской области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Информационные материалы на ресурсе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//а</w:t>
            </w:r>
            <w:r w:rsidRPr="00041EDA">
              <w:rPr>
                <w:rFonts w:ascii="Times New Roman" w:eastAsia="MS Mincho" w:hAnsi="Times New Roman" w:cs="Times New Roman"/>
                <w:sz w:val="24"/>
                <w:szCs w:val="24"/>
                <w:lang w:val="en-US"/>
              </w:rPr>
              <w:t>l</w:t>
            </w:r>
            <w:r w:rsidRPr="00041EDA">
              <w:rPr>
                <w:rFonts w:ascii="Times New Roman" w:eastAsia="MS Mincho" w:hAnsi="Times New Roman" w:cs="Times New Roman"/>
                <w:sz w:val="24"/>
                <w:szCs w:val="24"/>
              </w:rPr>
              <w:t>ех - со.</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а</w:t>
            </w:r>
            <w:r w:rsidRPr="00041EDA">
              <w:rPr>
                <w:rFonts w:ascii="Times New Roman" w:eastAsia="MS Mincho" w:hAnsi="Times New Roman" w:cs="Times New Roman"/>
                <w:sz w:val="24"/>
                <w:szCs w:val="24"/>
                <w:lang w:val="en-US"/>
              </w:rPr>
              <w:t>ll</w:t>
            </w:r>
            <w:r w:rsidRPr="00041EDA">
              <w:rPr>
                <w:rFonts w:ascii="Times New Roman" w:eastAsia="MS Mincho" w:hAnsi="Times New Roman" w:cs="Times New Roman"/>
                <w:sz w:val="24"/>
                <w:szCs w:val="24"/>
              </w:rPr>
              <w:t>/се</w:t>
            </w:r>
            <w:r w:rsidRPr="00041EDA">
              <w:rPr>
                <w:rFonts w:ascii="Times New Roman" w:eastAsia="MS Mincho" w:hAnsi="Times New Roman" w:cs="Times New Roman"/>
                <w:sz w:val="24"/>
                <w:szCs w:val="24"/>
                <w:lang w:val="en-US"/>
              </w:rPr>
              <w:t>l</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phtml</w:t>
            </w:r>
            <w:r w:rsidRPr="00041EDA">
              <w:rPr>
                <w:rFonts w:ascii="Times New Roman" w:eastAsia="MS Mincho" w:hAnsi="Times New Roman" w:cs="Times New Roman"/>
                <w:sz w:val="24"/>
                <w:szCs w:val="24"/>
              </w:rPr>
              <w:t xml:space="preserve"> сети Интернет, (решение Советского районного суда г. Самары от 16.04.2008);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Информационные материалы, размещенные на Интернет-сайте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sakh</w:t>
            </w:r>
            <w:r w:rsidRPr="00041EDA">
              <w:rPr>
                <w:rFonts w:ascii="Times New Roman" w:eastAsia="MS Mincho" w:hAnsi="Times New Roman" w:cs="Times New Roman"/>
                <w:sz w:val="24"/>
                <w:szCs w:val="24"/>
              </w:rPr>
              <w:t>-88.</w:t>
            </w:r>
            <w:r w:rsidRPr="00041EDA">
              <w:rPr>
                <w:rFonts w:ascii="Times New Roman" w:eastAsia="MS Mincho" w:hAnsi="Times New Roman" w:cs="Times New Roman"/>
                <w:sz w:val="24"/>
                <w:szCs w:val="24"/>
                <w:lang w:val="en-US"/>
              </w:rPr>
              <w:t>nm</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Южно-Сахалинского городского суда Сахалинской области от 21.04.2008)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исключен из списка.</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Страницы, созданного Мильковым Виктором Владимировичем в сети Интернет, дневника – «живого журнала» по электронному адресу </w:t>
            </w:r>
            <w:r w:rsidRPr="00041EDA">
              <w:rPr>
                <w:rFonts w:ascii="Times New Roman" w:eastAsia="MS Mincho" w:hAnsi="Times New Roman" w:cs="Times New Roman"/>
                <w:sz w:val="24"/>
                <w:szCs w:val="24"/>
                <w:lang w:val="en-US"/>
              </w:rPr>
              <w:t>vik</w:t>
            </w:r>
            <w:r w:rsidRPr="00041EDA">
              <w:rPr>
                <w:rFonts w:ascii="Times New Roman" w:eastAsia="MS Mincho" w:hAnsi="Times New Roman" w:cs="Times New Roman"/>
                <w:sz w:val="24"/>
                <w:szCs w:val="24"/>
              </w:rPr>
              <w:t>23.</w:t>
            </w:r>
            <w:r w:rsidRPr="00041EDA">
              <w:rPr>
                <w:rFonts w:ascii="Times New Roman" w:eastAsia="MS Mincho" w:hAnsi="Times New Roman" w:cs="Times New Roman"/>
                <w:sz w:val="24"/>
                <w:szCs w:val="24"/>
                <w:lang w:val="en-US"/>
              </w:rPr>
              <w:t>liv</w:t>
            </w:r>
            <w:r w:rsidRPr="00041EDA">
              <w:rPr>
                <w:rFonts w:ascii="Times New Roman" w:eastAsia="MS Mincho" w:hAnsi="Times New Roman" w:cs="Times New Roman"/>
                <w:sz w:val="24"/>
                <w:szCs w:val="24"/>
              </w:rPr>
              <w:t>е</w:t>
            </w:r>
            <w:r w:rsidRPr="00041EDA">
              <w:rPr>
                <w:rFonts w:ascii="Times New Roman" w:eastAsia="MS Mincho" w:hAnsi="Times New Roman" w:cs="Times New Roman"/>
                <w:sz w:val="24"/>
                <w:szCs w:val="24"/>
                <w:lang w:val="en-US"/>
              </w:rPr>
              <w:t>j</w:t>
            </w:r>
            <w:r w:rsidRPr="00041EDA">
              <w:rPr>
                <w:rFonts w:ascii="Times New Roman" w:eastAsia="MS Mincho" w:hAnsi="Times New Roman" w:cs="Times New Roman"/>
                <w:sz w:val="24"/>
                <w:szCs w:val="24"/>
              </w:rPr>
              <w:t>о</w:t>
            </w:r>
            <w:r w:rsidRPr="00041EDA">
              <w:rPr>
                <w:rFonts w:ascii="Times New Roman" w:eastAsia="MS Mincho" w:hAnsi="Times New Roman" w:cs="Times New Roman"/>
                <w:sz w:val="24"/>
                <w:szCs w:val="24"/>
                <w:lang w:val="en-US"/>
              </w:rPr>
              <w:t>urn</w:t>
            </w:r>
            <w:r w:rsidRPr="00041EDA">
              <w:rPr>
                <w:rFonts w:ascii="Times New Roman" w:eastAsia="MS Mincho" w:hAnsi="Times New Roman" w:cs="Times New Roman"/>
                <w:sz w:val="24"/>
                <w:szCs w:val="24"/>
              </w:rPr>
              <w:t>а</w:t>
            </w:r>
            <w:r w:rsidRPr="00041EDA">
              <w:rPr>
                <w:rFonts w:ascii="Times New Roman" w:eastAsia="MS Mincho" w:hAnsi="Times New Roman" w:cs="Times New Roman"/>
                <w:sz w:val="24"/>
                <w:szCs w:val="24"/>
                <w:lang w:val="en-US"/>
              </w:rPr>
              <w:t>l</w:t>
            </w:r>
            <w:r w:rsidRPr="00041EDA">
              <w:rPr>
                <w:rFonts w:ascii="Times New Roman" w:eastAsia="MS Mincho" w:hAnsi="Times New Roman" w:cs="Times New Roman"/>
                <w:sz w:val="24"/>
                <w:szCs w:val="24"/>
              </w:rPr>
              <w:t>.со</w:t>
            </w:r>
            <w:r w:rsidRPr="00041EDA">
              <w:rPr>
                <w:rFonts w:ascii="Times New Roman" w:eastAsia="MS Mincho" w:hAnsi="Times New Roman" w:cs="Times New Roman"/>
                <w:sz w:val="24"/>
                <w:szCs w:val="24"/>
                <w:lang w:val="en-US"/>
              </w:rPr>
              <w:t>m</w:t>
            </w:r>
            <w:r w:rsidRPr="00041EDA">
              <w:rPr>
                <w:rFonts w:ascii="Times New Roman" w:eastAsia="MS Mincho" w:hAnsi="Times New Roman" w:cs="Times New Roman"/>
                <w:sz w:val="24"/>
                <w:szCs w:val="24"/>
              </w:rPr>
              <w:t xml:space="preserve"> (решение Майкопского городского суда Республики Адыгея от 27. </w:t>
            </w:r>
            <w:r w:rsidRPr="00041EDA">
              <w:rPr>
                <w:rFonts w:ascii="Times New Roman" w:eastAsia="MS Mincho" w:hAnsi="Times New Roman" w:cs="Times New Roman"/>
                <w:sz w:val="24"/>
                <w:szCs w:val="24"/>
                <w:lang w:val="en-US"/>
              </w:rPr>
              <w:t>05.2008);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 (решение Выборгского </w:t>
            </w:r>
            <w:r w:rsidRPr="00041EDA">
              <w:rPr>
                <w:rFonts w:ascii="Times New Roman" w:eastAsia="MS Mincho" w:hAnsi="Times New Roman" w:cs="Times New Roman"/>
                <w:sz w:val="24"/>
                <w:szCs w:val="24"/>
              </w:rPr>
              <w:lastRenderedPageBreak/>
              <w:t>районного суда Санкт-Петербурга от 21.07.2008);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 (решение Красноглинского районного суда г. Самары от 22.02.2008);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«Славянские Веды», изданная в 2001 году в г. Москве ООО фирмой «Витязь» (решение Касимовского городского суда Рязанской области от 13.08.2008);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размещенные в глобальной информационной сети Интернет, в форме видеообращений с наименованием файлов: «</w:t>
            </w:r>
            <w:r w:rsidRPr="00041EDA">
              <w:rPr>
                <w:rFonts w:ascii="Times New Roman" w:eastAsia="MS Mincho" w:hAnsi="Times New Roman" w:cs="Times New Roman"/>
                <w:sz w:val="24"/>
                <w:szCs w:val="24"/>
                <w:lang w:val="en-US"/>
              </w:rPr>
              <w:t>pochemy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mi</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voyuem</w:t>
            </w:r>
            <w:r w:rsidRPr="00041EDA">
              <w:rPr>
                <w:rFonts w:ascii="Times New Roman" w:eastAsia="MS Mincho" w:hAnsi="Times New Roman" w:cs="Times New Roman"/>
                <w:sz w:val="24"/>
                <w:szCs w:val="24"/>
              </w:rPr>
              <w:t>»; «</w:t>
            </w:r>
            <w:r w:rsidRPr="00041EDA">
              <w:rPr>
                <w:rFonts w:ascii="Times New Roman" w:eastAsia="MS Mincho" w:hAnsi="Times New Roman" w:cs="Times New Roman"/>
                <w:sz w:val="24"/>
                <w:szCs w:val="24"/>
                <w:lang w:val="en-US"/>
              </w:rPr>
              <w:t>Obrashenie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Seyfu</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Llaha</w:t>
            </w:r>
            <w:r w:rsidRPr="00041EDA">
              <w:rPr>
                <w:rFonts w:ascii="Times New Roman" w:eastAsia="MS Mincho" w:hAnsi="Times New Roman" w:cs="Times New Roman"/>
                <w:sz w:val="24"/>
                <w:szCs w:val="24"/>
              </w:rPr>
              <w:t xml:space="preserve">» на </w:t>
            </w:r>
            <w:r w:rsidRPr="00041EDA">
              <w:rPr>
                <w:rFonts w:ascii="Times New Roman" w:eastAsia="MS Mincho" w:hAnsi="Times New Roman" w:cs="Times New Roman"/>
                <w:sz w:val="24"/>
                <w:szCs w:val="24"/>
                <w:lang w:val="en-US"/>
              </w:rPr>
              <w:t>web</w:t>
            </w:r>
            <w:r w:rsidRPr="00041EDA">
              <w:rPr>
                <w:rFonts w:ascii="Times New Roman" w:eastAsia="MS Mincho" w:hAnsi="Times New Roman" w:cs="Times New Roman"/>
                <w:sz w:val="24"/>
                <w:szCs w:val="24"/>
              </w:rPr>
              <w:t xml:space="preserve">-сайте по электронному адресу: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CAMAGAT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на </w:t>
            </w:r>
            <w:r w:rsidRPr="00041EDA">
              <w:rPr>
                <w:rFonts w:ascii="Times New Roman" w:eastAsia="MS Mincho" w:hAnsi="Times New Roman" w:cs="Times New Roman"/>
                <w:sz w:val="24"/>
                <w:szCs w:val="24"/>
                <w:lang w:val="en-US"/>
              </w:rPr>
              <w:t>web</w:t>
            </w:r>
            <w:r w:rsidRPr="00041EDA">
              <w:rPr>
                <w:rFonts w:ascii="Times New Roman" w:eastAsia="MS Mincho" w:hAnsi="Times New Roman" w:cs="Times New Roman"/>
                <w:sz w:val="24"/>
                <w:szCs w:val="24"/>
              </w:rPr>
              <w:t xml:space="preserve">-сайте по электронному адресу: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kavkazcenter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w:t>
            </w:r>
            <w:r w:rsidRPr="00041EDA">
              <w:rPr>
                <w:rFonts w:ascii="Times New Roman" w:eastAsia="MS Mincho" w:hAnsi="Times New Roman" w:cs="Times New Roman"/>
                <w:sz w:val="24"/>
                <w:szCs w:val="24"/>
              </w:rPr>
              <w:lastRenderedPageBreak/>
              <w:t>19.08.2008);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Сайт «</w:t>
            </w:r>
            <w:r w:rsidRPr="00041EDA">
              <w:rPr>
                <w:rFonts w:ascii="Times New Roman" w:eastAsia="MS Mincho" w:hAnsi="Times New Roman" w:cs="Times New Roman"/>
                <w:sz w:val="24"/>
                <w:szCs w:val="24"/>
                <w:lang w:val="en-US"/>
              </w:rPr>
              <w:t>INGUSHETIYA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Шерстнева М.П. «Кто правит нами: психология управленцев» (г. Москва, 2003 год) (решение Промышленного районного суда г. Ставрополя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Шерстнева М.П. «Психологическое управление людьми» (г. Москва, 2006 год) (решение Промышленного районного суда г. Ставрополя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Шерстнева М.П. «Тайные механизмы управления людьми» (г. Москва, 2006 год) (решение Промышленного районного суда г. Ставрополя от 24.07.2008);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«Обращение партии Хизб ут-Тахрир к мусульманам России» (решение Центрального районного суда г. Оренбурга от 15.07.2008);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Листовка «Обращение партии Хизб ут-Тахрир аль-Ислами к общественности» от 09.11.2004 (решение </w:t>
            </w:r>
            <w:r w:rsidRPr="00041EDA">
              <w:rPr>
                <w:rFonts w:ascii="Times New Roman" w:eastAsia="MS Mincho" w:hAnsi="Times New Roman" w:cs="Times New Roman"/>
                <w:sz w:val="24"/>
                <w:szCs w:val="24"/>
              </w:rPr>
              <w:lastRenderedPageBreak/>
              <w:t>Центрального районного суда г. Оренбурга от 15.07.2008);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«Создание Аль-Ваъй» за ноябрь 2003 г. № 200 (решение Центрального районного суда г. Оренбурга от 15.07.2008);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«Создание Аль-Ваъй» за февраль 2004 г. № 203 (решение Центрального районного суда г. Оренбурга от 15.07.2008);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«Создание Аль-Ваъй» за март 2004 г. № 204 (решение Центрального районного суда г. Оренбурга от 15.07.2008);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«Создание Аль-Ваъй» за август 2004 г. № 209 (решение Центрального районного суда г. Оренбурга от 15.07.2008);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«Стратегия победы» издания Военно-Державного Союза России, Москва, 2005 год (решение Ленинского районного суда г. Иваново от 25.09.2008);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Информационные материалы, размещенные Смирновым А.Г.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swastika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ueuo</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«живой журнал» по адресу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djsaga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livejournal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под именем пользователя «</w:t>
            </w:r>
            <w:r w:rsidRPr="00041EDA">
              <w:rPr>
                <w:rFonts w:ascii="Times New Roman" w:eastAsia="MS Mincho" w:hAnsi="Times New Roman" w:cs="Times New Roman"/>
                <w:sz w:val="24"/>
                <w:szCs w:val="24"/>
                <w:lang w:val="en-US"/>
              </w:rPr>
              <w:t>Aleksander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SMIRNOFF</w:t>
            </w:r>
            <w:r w:rsidRPr="00041EDA">
              <w:rPr>
                <w:rFonts w:ascii="Times New Roman" w:eastAsia="MS Mincho" w:hAnsi="Times New Roman" w:cs="Times New Roman"/>
                <w:sz w:val="24"/>
                <w:szCs w:val="24"/>
              </w:rPr>
              <w:t>» (постановление Бокситогорского городского суда Ленинградской области от 27.08.2008);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«Русская воля» № 10 за февраль 2007 года (решение Самарского районного суда г. Самары от 11.08.2008);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«Время героев», опубликованная в журнале «Русская воля» № 10 за февраль 2007 года (решение Самарского районного суда г. Самары от 11.08.2008);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Текст брошюры РУССКИЙ КУЛЬТУРНЫЙ ПРОЕКТ «РУСЬ РОДОСЛОВНАЯ» на 16 листах формата А5, опубликованный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sobor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narod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Майминского районного суда Республики Алтай </w:t>
            </w:r>
            <w:r w:rsidRPr="00041EDA">
              <w:rPr>
                <w:rFonts w:ascii="Times New Roman" w:eastAsia="MS Mincho" w:hAnsi="Times New Roman" w:cs="Times New Roman"/>
                <w:sz w:val="24"/>
                <w:szCs w:val="24"/>
              </w:rPr>
              <w:lastRenderedPageBreak/>
              <w:t>от 16.05.2008 и определение Майминского районного суда Республики Алтай от 17.10.2008);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w:t>
            </w:r>
            <w:r w:rsidRPr="00041EDA">
              <w:rPr>
                <w:rFonts w:ascii="Times New Roman" w:eastAsia="MS Mincho" w:hAnsi="Times New Roman" w:cs="Times New Roman"/>
                <w:sz w:val="24"/>
                <w:szCs w:val="24"/>
                <w:lang w:val="en-US"/>
              </w:rPr>
              <w:lastRenderedPageBreak/>
              <w:t>(решение Новгородского городского суда Новгородской области от 15.10.2008);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Видеофайл “присел испражниться”, размещенный по адресу: </w:t>
            </w:r>
            <w:r w:rsidRPr="00041EDA">
              <w:rPr>
                <w:rFonts w:ascii="Times New Roman" w:eastAsia="MS Mincho" w:hAnsi="Times New Roman" w:cs="Times New Roman"/>
                <w:sz w:val="24"/>
                <w:szCs w:val="24"/>
                <w:lang w:val="en-US"/>
              </w:rPr>
              <w:t>ftp</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ftp</w:t>
            </w:r>
            <w:r w:rsidRPr="00041EDA">
              <w:rPr>
                <w:rFonts w:ascii="Times New Roman" w:eastAsia="MS Mincho" w:hAnsi="Times New Roman" w:cs="Times New Roman"/>
                <w:sz w:val="24"/>
                <w:szCs w:val="24"/>
              </w:rPr>
              <w:t xml:space="preserve">.5 </w:t>
            </w:r>
            <w:r w:rsidRPr="00041EDA">
              <w:rPr>
                <w:rFonts w:ascii="Times New Roman" w:eastAsia="MS Mincho" w:hAnsi="Times New Roman" w:cs="Times New Roman"/>
                <w:sz w:val="24"/>
                <w:szCs w:val="24"/>
                <w:lang w:val="en-US"/>
              </w:rPr>
              <w:t>natm</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incoming</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video</w:t>
            </w:r>
            <w:r w:rsidRPr="00041EDA">
              <w:rPr>
                <w:rFonts w:ascii="Times New Roman" w:eastAsia="MS Mincho" w:hAnsi="Times New Roman" w:cs="Times New Roman"/>
                <w:sz w:val="24"/>
                <w:szCs w:val="24"/>
              </w:rPr>
              <w:t xml:space="preserve"> – СКИНЬТЕ СКИНОВСКОЕ ВИДЕО !!!!!! </w:t>
            </w:r>
            <w:r w:rsidRPr="00041EDA">
              <w:rPr>
                <w:rFonts w:ascii="Times New Roman" w:eastAsia="MS Mincho" w:hAnsi="Times New Roman" w:cs="Times New Roman"/>
                <w:sz w:val="24"/>
                <w:szCs w:val="24"/>
                <w:lang w:val="en-US"/>
              </w:rPr>
              <w:t>(решение Новгородского городского суда Новгородской области от 15.10.2008).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«Кадило сатаны», опубликованная в газете «Любимый Новосибирск № 31, июль 2007 г. (решение Ленинского районного суда г. Новосибирска от 19.08.2008).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 брошюра «Изменение порочной реальности - фард для мусульман» (решение Ленинского районного суда г. Уфы от 31.10.2008).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Печатное издание - брошюра «Основной проблемой мусульман всего мира…» </w:t>
            </w:r>
            <w:r w:rsidRPr="00041EDA">
              <w:rPr>
                <w:rFonts w:ascii="Times New Roman" w:eastAsia="MS Mincho" w:hAnsi="Times New Roman" w:cs="Times New Roman"/>
                <w:sz w:val="24"/>
                <w:szCs w:val="24"/>
                <w:lang w:val="en-US"/>
              </w:rPr>
              <w:t>(решение Ленинского районного суда г. Уфы от 31.10.2008).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w:t>
            </w:r>
            <w:r w:rsidRPr="00041EDA">
              <w:rPr>
                <w:rFonts w:ascii="Times New Roman" w:eastAsia="MS Mincho" w:hAnsi="Times New Roman" w:cs="Times New Roman"/>
                <w:sz w:val="24"/>
                <w:szCs w:val="24"/>
              </w:rPr>
              <w:lastRenderedPageBreak/>
              <w:t>судебной коллегии по гражданским делам Нижегородского областного суда от 11.10.2007).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Еженедельник Асеева Виссариона Владимировича «Люди Беслана» № 1 (решение Правобережного районного суда РСО-Алания от 06.08.2008).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«революция неизбежна», опубликованная в выпуске № 8 (340) за 2007 г. газеты «Гласность» (решение Самарского районного суд г. Самары от 21.10.2008).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Видеоролик «Видеовестник русской молодежи», размещенный пользователем под именем «</w:t>
            </w:r>
            <w:r w:rsidRPr="00041EDA">
              <w:rPr>
                <w:rFonts w:ascii="Times New Roman" w:eastAsia="MS Mincho" w:hAnsi="Times New Roman" w:cs="Times New Roman"/>
                <w:sz w:val="24"/>
                <w:szCs w:val="24"/>
                <w:lang w:val="en-US"/>
              </w:rPr>
              <w:t>STRAIKER</w:t>
            </w:r>
            <w:r w:rsidRPr="00041EDA">
              <w:rPr>
                <w:rFonts w:ascii="Times New Roman" w:eastAsia="MS Mincho" w:hAnsi="Times New Roman" w:cs="Times New Roman"/>
                <w:sz w:val="24"/>
                <w:szCs w:val="24"/>
              </w:rPr>
              <w:t>» посредством 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w:t>
            </w:r>
            <w:r w:rsidRPr="00041EDA">
              <w:rPr>
                <w:rFonts w:ascii="Times New Roman" w:eastAsia="MS Mincho" w:hAnsi="Times New Roman" w:cs="Times New Roman"/>
                <w:sz w:val="24"/>
                <w:szCs w:val="24"/>
              </w:rPr>
              <w:lastRenderedPageBreak/>
              <w:t>от 25.04.2008 и определение Промышленного районного суда г. Ставрополя от 01.12.2008).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Республики Адыгея от 26.07.2012);</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листовки «ЮдоБор ЖидоДав» № 1 (решение Череповецкого городского суда Вологодской области от 25.07.2008).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листовки «ЮдоБор ЖидоДав» № 2 (решение Череповецкого городского суда Вологодской области от 25.07.2008).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Выпуск листовки «ЮдоБор ЖидоДав» № 3 (решение Череповецкого городского суда Вологодской области от 25.07.2008).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Выпуск листовки «ЮдоБор ЖидоДав» № 4 (решение Череповецкого городского суда Вологодской области </w:t>
            </w:r>
            <w:r w:rsidRPr="00041EDA">
              <w:rPr>
                <w:rFonts w:ascii="Times New Roman" w:eastAsia="MS Mincho" w:hAnsi="Times New Roman" w:cs="Times New Roman"/>
                <w:sz w:val="24"/>
                <w:szCs w:val="24"/>
              </w:rPr>
              <w:lastRenderedPageBreak/>
              <w:t>от 25.07.2008).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w:t>
            </w:r>
            <w:r w:rsidRPr="00041EDA">
              <w:rPr>
                <w:rFonts w:ascii="Times New Roman" w:eastAsia="MS Mincho" w:hAnsi="Times New Roman" w:cs="Times New Roman"/>
                <w:sz w:val="24"/>
                <w:szCs w:val="24"/>
                <w:lang w:val="en-US"/>
              </w:rPr>
              <w:t>(решение Октябрьского районного суда г. Самары от 04.06.2008).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w:t>
            </w:r>
            <w:r w:rsidRPr="00041EDA">
              <w:rPr>
                <w:rFonts w:ascii="Times New Roman" w:eastAsia="MS Mincho" w:hAnsi="Times New Roman" w:cs="Times New Roman"/>
                <w:sz w:val="24"/>
                <w:szCs w:val="24"/>
              </w:rPr>
              <w:lastRenderedPageBreak/>
              <w:t>спокойно?» (решение Ленинского районного суда города Иваново от 30.10.2008).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Материалы «Программа движения за деколонизацию Кавказа», размещенные на сайте Информационно – телекоммуникационной сети «Интернет»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caucasuslive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(решение Октябрьского районного суда г. Новосибирска от 24.11.2008).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Материалы «Декларация движения за деколонизацию Кавказа», размещенные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caucasuslive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(решение Октябрьского районного суда г. Новосибирска от 24.11.2008).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Материалы «Сатана там правит бал», размещенные на сайте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chechenpress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info</w:t>
            </w:r>
            <w:r w:rsidRPr="00041EDA">
              <w:rPr>
                <w:rFonts w:ascii="Times New Roman" w:eastAsia="MS Mincho" w:hAnsi="Times New Roman" w:cs="Times New Roman"/>
                <w:sz w:val="24"/>
                <w:szCs w:val="24"/>
              </w:rPr>
              <w:t xml:space="preserve">, «Тот, кто погиб, защищая свою землю, является шахидом», размещенные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chechenpress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info</w:t>
            </w:r>
            <w:r w:rsidRPr="00041EDA">
              <w:rPr>
                <w:rFonts w:ascii="Times New Roman" w:eastAsia="MS Mincho" w:hAnsi="Times New Roman" w:cs="Times New Roman"/>
                <w:sz w:val="24"/>
                <w:szCs w:val="24"/>
              </w:rPr>
              <w:t>/ (решение Октябрьского районного суда г. Новосибирска от 24.11.2008).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Материалы «Пресс-релиз Джамаата», размещенные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daymohk</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(решение Октябрьского районного суда г. Новосибирска от 24.11.2008).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Материалы «Официальное обращение к гражданам Ичкерии», размещенные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imamtv</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Октябрьского районного суда г. Новосибирска от 24.11.2008).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Материалы «Послание к сражающимся мусульманам Кавказа и угнетенным мусульманам России», размещенные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imamtv</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Октябрьского районного суда г. Новосибирска от 24.11.2008).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Материалы «Возмездие неминуемо!», размещенные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jamaatshariat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Октябрьского районного суда г. Новосибирска от 24.11.2008).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Материалы «Шахада - высшая награда Всевышнего», размещенные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jamaatshariat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Октябрьского районного суда г. Новосибирска от 24.11.2008).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Материалы «На Кавказе есть единственная легитимная власть», размещенные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kavkazcenter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Октябрьского районного суда г. Новосибирска от 24.11.2008).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Материалы «У нас большие планы, но все в руках всевышнего Аллаха (с.т.)», размещенные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kavkazcenter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Октябрьского районного суда г. Новосибирска от 24.11.2008).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Русского национального движения «Русский марш – 2007» (решение Правобережного районного суда города Магнитогорска Челябинской области от 02.02.2009).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революционных коллективистов «Пролетарская революция», № 1, осень 2001 г. (решения Кировского районного суда г. Уфы от 12.11.2008).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Журнал революционных коллективистов «Пролетарская революция», № 2, весна 2002 г. (решения </w:t>
            </w:r>
            <w:r w:rsidRPr="00041EDA">
              <w:rPr>
                <w:rFonts w:ascii="Times New Roman" w:eastAsia="MS Mincho" w:hAnsi="Times New Roman" w:cs="Times New Roman"/>
                <w:sz w:val="24"/>
                <w:szCs w:val="24"/>
              </w:rPr>
              <w:lastRenderedPageBreak/>
              <w:t>Кировского районного суда г. Уфы от 12.11.2008).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революционных коллективистов «Пролетарская революция», № 3, весна 2002 г. (решения Кировского районного суда г. Уфы от 12.11.2008).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революционных коллективистов «Пролетарская революция», № 4, осень 2002 г. (решения Кировского районного суда г. Уфы от 12.11.2008).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революционных коллективистов «Пролетарская революция», № 5, декабрь 2002 г. (решения Кировского районного суда г. Уфы от 12.11.2008).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революционных коллективистов «Пролетарская революция», № 6 (ч. 1), май 2004 г. (решения Кировского районного суда г. Уфы от 12.11.2008).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революционных коллективистов «Пролетарская революция», № 6 (ч. 2), июнь 2004 г. (решения Кировского районного суда г. Уфы от 12.11.2008).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революционных коллективистов «Пролетарская революция», спецвыпуск, ноябрь 2003 г. (решения Кировского районного суда г. Уфы от 12.11.2008).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«Речь Раввина», опубликованная 25.03.2004 в газете «Алекс-Информ» (решение Октябрьского районного суда г. Самары от 05.06.2008).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Материал «Чеченские моджахеды провели новую серию боевых операций», размещенный на сайте телекоммуникационной сети «Интернет»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Kavkazcenter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Новосибирска от 23.06.2008).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Материал «Пресс-релиз Министерства Информации и Печати ЧРИ № 33», размещенный на сайте телекоммуникационной сети «Интернет»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Kavkazcenter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Новосибирска от 23.06.2008).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Материал «Полюбить сражение и не искать мира», размещенный на сайте телекоммуникационной сети «Интернет»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Kavkazcenter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Новосибирска от 23.06.2008).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Материал «Амир Сейфулла: «Кто сомневается – пусть убоится Аллаха», размещенный на сайте телекоммуникационной сети «Интернет»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Kavkazcenter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Новосибирска от 23.06.2008).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Материал «Мы террористы для них, они террористы для нас», размещенный на сайте телекоммуникационной сети «Интернет»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Kavkazcenter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Новосибирска от 23.06.2008).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Материал «Обращение к народам-участникам освободительного движения», размещенный на сайте телекоммуникационной сети «Интернет»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Chechenpress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xml:space="preserve">» (решение Советского районного суда г. </w:t>
            </w:r>
            <w:r w:rsidRPr="00041EDA">
              <w:rPr>
                <w:rFonts w:ascii="Times New Roman" w:eastAsia="MS Mincho" w:hAnsi="Times New Roman" w:cs="Times New Roman"/>
                <w:sz w:val="24"/>
                <w:szCs w:val="24"/>
              </w:rPr>
              <w:lastRenderedPageBreak/>
              <w:t>Новосибирска от 23.06.2008).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Материал «Обращение к народам колониальной российской империи», размещенный на сайте телекоммуникационной сети «Интернет»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Chechenpress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(решение Советского районного суда г. Новосибирска от 23.06.2008).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Материал «Заговор воинствующего христианского фашизма» размещенный на сайте телекоммуникационной сети «Интернет»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Daymohk</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Советского районного суда г. Новосибирска от 23.06.2008).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Материал «Кавказ на подъеме», размещенный на сайте телекоммуникационной сети «Интернет»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Daymohk</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Советского районного суда г. Новосибирска от 23.06.2008).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Материал «Пресс-релиз Министерства Информации и печати ЧРИ», размещенный на сайте телекоммуникационной сети «Интернет»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Daymohk</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Советского районного суда г. Новосибирска от 23.06.2008).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Camagat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Новосибирска от 23.06.2008).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исключен из списка.</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исключен из списка.</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исключен из списка.</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Интернет-ресурс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fank</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и содержащиеся на нем информационные материалы (решение Самарского районного суда г. Самары от 16.01.2009).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Публикация «Путин продолжает убивать», размещенная 01.04.2007 на сайте сети Интернет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kavkazcenter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(другие названия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kavkazcenter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net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kavkazcenter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tv</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tv</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(решение Улетовского районного суда Читинской области от 05.11.2008).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Публикация «Мурманск. Русские осквернили могилы британских солдат», размещенная 18.09.2007 на сайте сети Интернет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kavkazcenter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(другие названия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kavkazcenter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net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kavkazcenter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tv</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tv</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(решение Улетовского районного суда Читинской области от 05.11.2008).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Листовки с текстом «Еврейские патриоты России…» (решение Ленинградского районного суда г. Калининграда от 12.08.2008).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Информационные материалы, размещенные в глобальной сети «Интернет» на </w:t>
            </w:r>
            <w:r w:rsidRPr="00041EDA">
              <w:rPr>
                <w:rFonts w:ascii="Times New Roman" w:eastAsia="MS Mincho" w:hAnsi="Times New Roman" w:cs="Times New Roman"/>
                <w:sz w:val="24"/>
                <w:szCs w:val="24"/>
                <w:lang w:val="en-US"/>
              </w:rPr>
              <w:t>web</w:t>
            </w:r>
            <w:r w:rsidRPr="00041EDA">
              <w:rPr>
                <w:rFonts w:ascii="Times New Roman" w:eastAsia="MS Mincho" w:hAnsi="Times New Roman" w:cs="Times New Roman"/>
                <w:sz w:val="24"/>
                <w:szCs w:val="24"/>
              </w:rPr>
              <w:t xml:space="preserve"> – сайте по электронному адресу: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RFVRFZCENTER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Интернет-ресурс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ufagub</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(решения Кировского районного суда г. Уфы от 05.03.2009 и от 01.09.2010).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13.01.2009).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Видео-текстовые и графические файлы (видеоролики), размещенные на </w:t>
            </w:r>
            <w:r w:rsidRPr="00041EDA">
              <w:rPr>
                <w:rFonts w:ascii="Times New Roman" w:eastAsia="MS Mincho" w:hAnsi="Times New Roman" w:cs="Times New Roman"/>
                <w:sz w:val="24"/>
                <w:szCs w:val="24"/>
                <w:lang w:val="en-US"/>
              </w:rPr>
              <w:t>FTP</w:t>
            </w:r>
            <w:r w:rsidRPr="00041EDA">
              <w:rPr>
                <w:rFonts w:ascii="Times New Roman" w:eastAsia="MS Mincho" w:hAnsi="Times New Roman" w:cs="Times New Roman"/>
                <w:sz w:val="24"/>
                <w:szCs w:val="24"/>
              </w:rPr>
              <w:t xml:space="preserve">-каталоге </w:t>
            </w:r>
            <w:r w:rsidRPr="00041EDA">
              <w:rPr>
                <w:rFonts w:ascii="Times New Roman" w:eastAsia="MS Mincho" w:hAnsi="Times New Roman" w:cs="Times New Roman"/>
                <w:sz w:val="24"/>
                <w:szCs w:val="24"/>
                <w:lang w:val="en-US"/>
              </w:rPr>
              <w:t>ftp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intelbi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incoming</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WEST</w:t>
            </w:r>
            <w:r w:rsidRPr="00041EDA">
              <w:rPr>
                <w:rFonts w:ascii="Times New Roman" w:eastAsia="MS Mincho" w:hAnsi="Times New Roman" w:cs="Times New Roman"/>
                <w:sz w:val="24"/>
                <w:szCs w:val="24"/>
              </w:rPr>
              <w:t xml:space="preserve"> сети Интернет: «Формат 18. Картина мира», «Формат 18. Китайское общежитие», «Формат 18. Еврейские могилы», «Формат 18. </w:t>
            </w:r>
            <w:r w:rsidRPr="00041EDA">
              <w:rPr>
                <w:rFonts w:ascii="Times New Roman" w:eastAsia="MS Mincho" w:hAnsi="Times New Roman" w:cs="Times New Roman"/>
                <w:sz w:val="24"/>
                <w:szCs w:val="24"/>
                <w:lang w:val="en-US"/>
              </w:rPr>
              <w:t>ZOG</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TV</w:t>
            </w:r>
            <w:r w:rsidRPr="00041EDA">
              <w:rPr>
                <w:rFonts w:ascii="Times New Roman" w:eastAsia="MS Mincho" w:hAnsi="Times New Roman" w:cs="Times New Roman"/>
                <w:sz w:val="24"/>
                <w:szCs w:val="24"/>
              </w:rPr>
              <w:t xml:space="preserve">.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w:t>
            </w:r>
            <w:r w:rsidRPr="00041EDA">
              <w:rPr>
                <w:rFonts w:ascii="Times New Roman" w:eastAsia="MS Mincho" w:hAnsi="Times New Roman" w:cs="Times New Roman"/>
                <w:sz w:val="24"/>
                <w:szCs w:val="24"/>
                <w:lang w:val="en-US"/>
              </w:rPr>
              <w:t>ZOG</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TV</w:t>
            </w:r>
            <w:r w:rsidRPr="00041EDA">
              <w:rPr>
                <w:rFonts w:ascii="Times New Roman" w:eastAsia="MS Mincho" w:hAnsi="Times New Roman" w:cs="Times New Roman"/>
                <w:sz w:val="24"/>
                <w:szCs w:val="24"/>
              </w:rPr>
              <w:t>. Времечко 2», «Формат 18. Дачная история», «Формат 18. АКМ», «Формат 18. Как приготовить негра» (решение Индустриального районного суда г. Барнаула от 26.11.2008).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"Закят. Его место в исламе. Пост в Рамадане, его значение для мусульман", авторы Э.Кулиев и Д. Бадави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Материалы, размещенные на сайтах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barbos</w:t>
            </w:r>
            <w:r w:rsidRPr="00041EDA">
              <w:rPr>
                <w:rFonts w:ascii="Times New Roman" w:eastAsia="MS Mincho" w:hAnsi="Times New Roman" w:cs="Times New Roman"/>
                <w:sz w:val="24"/>
                <w:szCs w:val="24"/>
              </w:rPr>
              <w:t>111.</w:t>
            </w:r>
            <w:r w:rsidRPr="00041EDA">
              <w:rPr>
                <w:rFonts w:ascii="Times New Roman" w:eastAsia="MS Mincho" w:hAnsi="Times New Roman" w:cs="Times New Roman"/>
                <w:sz w:val="24"/>
                <w:szCs w:val="24"/>
                <w:lang w:val="en-US"/>
              </w:rPr>
              <w:t>narod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и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zhurnal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lib</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Череповецкого городского суда Вологодской области от 13.04.2009).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Информационные материалы "Дневник белого партизана", размещенные в сети Интернет на сайте </w:t>
            </w:r>
            <w:r w:rsidRPr="00041EDA">
              <w:rPr>
                <w:rFonts w:ascii="Times New Roman" w:eastAsia="MS Mincho" w:hAnsi="Times New Roman" w:cs="Times New Roman"/>
                <w:sz w:val="24"/>
                <w:szCs w:val="24"/>
                <w:lang w:val="en-US"/>
              </w:rPr>
              <w:t>m</w:t>
            </w:r>
            <w:r w:rsidRPr="00041EDA">
              <w:rPr>
                <w:rFonts w:ascii="Times New Roman" w:eastAsia="MS Mincho" w:hAnsi="Times New Roman" w:cs="Times New Roman"/>
                <w:sz w:val="24"/>
                <w:szCs w:val="24"/>
              </w:rPr>
              <w:t>88-</w:t>
            </w:r>
            <w:r w:rsidRPr="00041EDA">
              <w:rPr>
                <w:rFonts w:ascii="Times New Roman" w:eastAsia="MS Mincho" w:hAnsi="Times New Roman" w:cs="Times New Roman"/>
                <w:sz w:val="24"/>
                <w:szCs w:val="24"/>
                <w:lang w:val="en-US"/>
              </w:rPr>
              <w:t>orf</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narod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fashi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links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html</w:t>
            </w:r>
            <w:r w:rsidRPr="00041EDA">
              <w:rPr>
                <w:rFonts w:ascii="Times New Roman" w:eastAsia="MS Mincho" w:hAnsi="Times New Roman" w:cs="Times New Roman"/>
                <w:sz w:val="24"/>
                <w:szCs w:val="24"/>
              </w:rPr>
              <w:t xml:space="preserve"> (решение Федерального суда Центрального района г. Красноярска от 11.02.2009).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Интернет-ресурс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antifa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ua</w:t>
            </w:r>
            <w:r w:rsidRPr="00041EDA">
              <w:rPr>
                <w:rFonts w:ascii="Times New Roman" w:eastAsia="MS Mincho" w:hAnsi="Times New Roman" w:cs="Times New Roman"/>
                <w:sz w:val="24"/>
                <w:szCs w:val="24"/>
              </w:rPr>
              <w:t xml:space="preserve"> и содержащиеся на нем информационные материалы (решение Самарского районного суда г. Самары от 16.04.2009).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"Вопросы государственной безопасности России" (решение Нижегородского районного суда г. Н. Новгорода от 04.08.2008).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Фильм «Современная Русская идея в условиях жидовского ига» (решение Приморского районного суда г. Санкт-Петербурга от 28.08.2008).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Танакова Виталия Дмитриевича «Онаен ойла» («Жрец говорит») (решение Йошкар-Олинского городского суда Республики Марий Эл от 17.03.2009).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Видеофайлы: «4. Inglizm. 2. Инглизм. 2. (Народы)» DVD-диск № 1; «5. Religiovede</w:t>
            </w:r>
            <w:r w:rsidRPr="00041EDA">
              <w:rPr>
                <w:rFonts w:ascii="Times New Roman" w:eastAsia="MS Mincho" w:hAnsi="Times New Roman" w:cs="Times New Roman"/>
                <w:sz w:val="24"/>
                <w:szCs w:val="24"/>
              </w:rPr>
              <w:t xml:space="preserve">. Религиоведение. 3. (Христианство)» </w:t>
            </w:r>
            <w:r w:rsidRPr="00041EDA">
              <w:rPr>
                <w:rFonts w:ascii="Times New Roman" w:eastAsia="MS Mincho" w:hAnsi="Times New Roman" w:cs="Times New Roman"/>
                <w:sz w:val="24"/>
                <w:szCs w:val="24"/>
                <w:lang w:val="en-US"/>
              </w:rPr>
              <w:t>DVD</w:t>
            </w:r>
            <w:r w:rsidRPr="00041EDA">
              <w:rPr>
                <w:rFonts w:ascii="Times New Roman" w:eastAsia="MS Mincho" w:hAnsi="Times New Roman" w:cs="Times New Roman"/>
                <w:sz w:val="24"/>
                <w:szCs w:val="24"/>
              </w:rPr>
              <w:t xml:space="preserve">-диск № 5; «6. </w:t>
            </w:r>
            <w:r w:rsidRPr="00041EDA">
              <w:rPr>
                <w:rFonts w:ascii="Times New Roman" w:eastAsia="MS Mincho" w:hAnsi="Times New Roman" w:cs="Times New Roman"/>
                <w:sz w:val="24"/>
                <w:szCs w:val="24"/>
                <w:lang w:val="en-US"/>
              </w:rPr>
              <w:t>Filisofiya</w:t>
            </w:r>
            <w:r w:rsidRPr="00041EDA">
              <w:rPr>
                <w:rFonts w:ascii="Times New Roman" w:eastAsia="MS Mincho" w:hAnsi="Times New Roman" w:cs="Times New Roman"/>
                <w:sz w:val="24"/>
                <w:szCs w:val="24"/>
              </w:rPr>
              <w:t xml:space="preserve">. Философия.3. (Структура крови)» </w:t>
            </w:r>
            <w:r w:rsidRPr="00041EDA">
              <w:rPr>
                <w:rFonts w:ascii="Times New Roman" w:eastAsia="MS Mincho" w:hAnsi="Times New Roman" w:cs="Times New Roman"/>
                <w:sz w:val="24"/>
                <w:szCs w:val="24"/>
                <w:lang w:val="en-US"/>
              </w:rPr>
              <w:t>DVD</w:t>
            </w:r>
            <w:r w:rsidRPr="00041EDA">
              <w:rPr>
                <w:rFonts w:ascii="Times New Roman" w:eastAsia="MS Mincho" w:hAnsi="Times New Roman" w:cs="Times New Roman"/>
                <w:sz w:val="24"/>
                <w:szCs w:val="24"/>
              </w:rPr>
              <w:t>-диск № 5 (решение Ахтубинского городского суда Астраханской области от 07.05.2009).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Текстовый документ «Терроризм», папка «Указы1» </w:t>
            </w:r>
            <w:r w:rsidRPr="00041EDA">
              <w:rPr>
                <w:rFonts w:ascii="Times New Roman" w:eastAsia="MS Mincho" w:hAnsi="Times New Roman" w:cs="Times New Roman"/>
                <w:sz w:val="24"/>
                <w:szCs w:val="24"/>
                <w:lang w:val="en-US"/>
              </w:rPr>
              <w:t>CD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диск № 1 (решение Ахтубинского городского суда Астраханской области от 07.05.2009).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Текстовый документ «Христиане», папка «Указы1» </w:t>
            </w:r>
            <w:r w:rsidRPr="00041EDA">
              <w:rPr>
                <w:rFonts w:ascii="Times New Roman" w:eastAsia="MS Mincho" w:hAnsi="Times New Roman" w:cs="Times New Roman"/>
                <w:sz w:val="24"/>
                <w:szCs w:val="24"/>
                <w:lang w:val="en-US"/>
              </w:rPr>
              <w:t>CD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диск № 1 (решение Ахтубинского городского суда Астраханской области от 07.05.2009).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Текстовый документ «Ирак», папка «Указы1» </w:t>
            </w:r>
            <w:r w:rsidRPr="00041EDA">
              <w:rPr>
                <w:rFonts w:ascii="Times New Roman" w:eastAsia="MS Mincho" w:hAnsi="Times New Roman" w:cs="Times New Roman"/>
                <w:sz w:val="24"/>
                <w:szCs w:val="24"/>
                <w:lang w:val="en-US"/>
              </w:rPr>
              <w:t>CD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диск № 1 (решение Ахтубинского городского суда Астраханской области от 07.05.2009).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Текстовый документ «88 ст..280», папка «Указы1» </w:t>
            </w:r>
            <w:r w:rsidRPr="00041EDA">
              <w:rPr>
                <w:rFonts w:ascii="Times New Roman" w:eastAsia="MS Mincho" w:hAnsi="Times New Roman" w:cs="Times New Roman"/>
                <w:sz w:val="24"/>
                <w:szCs w:val="24"/>
                <w:lang w:val="en-US"/>
              </w:rPr>
              <w:t>CD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диск № 1 (решение Ахтубинского городского суда Астраханской области от 07.05.2009).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Текстовый документ «Предупреждение», папка «Указы1» </w:t>
            </w:r>
            <w:r w:rsidRPr="00041EDA">
              <w:rPr>
                <w:rFonts w:ascii="Times New Roman" w:eastAsia="MS Mincho" w:hAnsi="Times New Roman" w:cs="Times New Roman"/>
                <w:sz w:val="24"/>
                <w:szCs w:val="24"/>
                <w:lang w:val="en-US"/>
              </w:rPr>
              <w:t>CD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диск № 1 (решение Ахтубинского городского суда Астраханской области от 07.05.2009).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Текстовый документ «109 Приговор», папка «Указы1» </w:t>
            </w:r>
            <w:r w:rsidRPr="00041EDA">
              <w:rPr>
                <w:rFonts w:ascii="Times New Roman" w:eastAsia="MS Mincho" w:hAnsi="Times New Roman" w:cs="Times New Roman"/>
                <w:sz w:val="24"/>
                <w:szCs w:val="24"/>
                <w:lang w:val="en-US"/>
              </w:rPr>
              <w:t>CD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диск № 1 (решение Ахтубинского городского суда Астраханской области от 07.05.2009).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Текстовый документ «Ирак», папка «Указы», папка «Заявление» </w:t>
            </w:r>
            <w:r w:rsidRPr="00041EDA">
              <w:rPr>
                <w:rFonts w:ascii="Times New Roman" w:eastAsia="MS Mincho" w:hAnsi="Times New Roman" w:cs="Times New Roman"/>
                <w:sz w:val="24"/>
                <w:szCs w:val="24"/>
                <w:lang w:val="en-US"/>
              </w:rPr>
              <w:t>CD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диск № 2 (решение Ахтубинского </w:t>
            </w:r>
            <w:r w:rsidRPr="00041EDA">
              <w:rPr>
                <w:rFonts w:ascii="Times New Roman" w:eastAsia="MS Mincho" w:hAnsi="Times New Roman" w:cs="Times New Roman"/>
                <w:sz w:val="24"/>
                <w:szCs w:val="24"/>
              </w:rPr>
              <w:lastRenderedPageBreak/>
              <w:t>городского суда Астраханской области от 07.05.2009).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Текстовый документ «Путин», папка «Указы», папка «Заявление» </w:t>
            </w:r>
            <w:r w:rsidRPr="00041EDA">
              <w:rPr>
                <w:rFonts w:ascii="Times New Roman" w:eastAsia="MS Mincho" w:hAnsi="Times New Roman" w:cs="Times New Roman"/>
                <w:sz w:val="24"/>
                <w:szCs w:val="24"/>
                <w:lang w:val="en-US"/>
              </w:rPr>
              <w:t>CD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диск № 2 (решение Ахтубинского городского суда Астраханской области от 07.05.2009).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Текстовый документ «Путин», папка «Податаев», папка «</w:t>
            </w:r>
            <w:r w:rsidRPr="00041EDA">
              <w:rPr>
                <w:rFonts w:ascii="Times New Roman" w:eastAsia="MS Mincho" w:hAnsi="Times New Roman" w:cs="Times New Roman"/>
                <w:sz w:val="24"/>
                <w:szCs w:val="24"/>
                <w:lang w:val="en-US"/>
              </w:rPr>
              <w:t>Amovie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CD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диск № 6 (решение Ахтубинского городского суда Астраханской области от 07.05.2009).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Текстовый документ «</w:t>
            </w:r>
            <w:r w:rsidRPr="00041EDA">
              <w:rPr>
                <w:rFonts w:ascii="Times New Roman" w:eastAsia="MS Mincho" w:hAnsi="Times New Roman" w:cs="Times New Roman"/>
                <w:sz w:val="24"/>
                <w:szCs w:val="24"/>
                <w:lang w:val="en-US"/>
              </w:rPr>
              <w:t>zayav</w:t>
            </w:r>
            <w:r w:rsidRPr="00041EDA">
              <w:rPr>
                <w:rFonts w:ascii="Times New Roman" w:eastAsia="MS Mincho" w:hAnsi="Times New Roman" w:cs="Times New Roman"/>
                <w:sz w:val="24"/>
                <w:szCs w:val="24"/>
              </w:rPr>
              <w:t>», папка «Податаев», папка «</w:t>
            </w:r>
            <w:r w:rsidRPr="00041EDA">
              <w:rPr>
                <w:rFonts w:ascii="Times New Roman" w:eastAsia="MS Mincho" w:hAnsi="Times New Roman" w:cs="Times New Roman"/>
                <w:sz w:val="24"/>
                <w:szCs w:val="24"/>
                <w:lang w:val="en-US"/>
              </w:rPr>
              <w:t>Amovie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CD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диск № 6 (решение Ахтубинского городского суда Астраханской области от 07.05.2009).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Интернет-ресурс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reinform</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livejournal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(решение Кировского районного суда г. Уфы от 01.06.2009).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газеты «Черносотенная» № 1,2 (ноябрь 2006 года) (решение Центрального районного суда г. Хабаровска от 01.04.2009).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Записи электронного дневника, расположенного по электронному адресу: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Liveinternet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users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neonazi</w:t>
            </w:r>
            <w:r w:rsidRPr="00041EDA">
              <w:rPr>
                <w:rFonts w:ascii="Times New Roman" w:eastAsia="MS Mincho" w:hAnsi="Times New Roman" w:cs="Times New Roman"/>
                <w:sz w:val="24"/>
                <w:szCs w:val="24"/>
              </w:rPr>
              <w:t>» (решение Калининского районного суда г. Санкт-Петербурга от 04.08.2008).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C</w:t>
            </w:r>
            <w:r w:rsidRPr="00041EDA">
              <w:rPr>
                <w:rFonts w:ascii="Times New Roman" w:eastAsia="MS Mincho" w:hAnsi="Times New Roman" w:cs="Times New Roman"/>
                <w:sz w:val="24"/>
                <w:szCs w:val="24"/>
              </w:rPr>
              <w:t>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C</w:t>
            </w:r>
            <w:r w:rsidRPr="00041EDA">
              <w:rPr>
                <w:rFonts w:ascii="Times New Roman" w:eastAsia="MS Mincho" w:hAnsi="Times New Roman" w:cs="Times New Roman"/>
                <w:sz w:val="24"/>
                <w:szCs w:val="24"/>
              </w:rPr>
              <w:t>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«За что мы воевали?», источник публикации - газета «Русская Правда» № 37 от 2005 года (решение Зюзинского районного суда г. Москвы от 27.12.2007).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Статья «Нам десятка!», источник публикации - газета «Русская Правда» № 35 от 2004 года (решение </w:t>
            </w:r>
            <w:r w:rsidRPr="00041EDA">
              <w:rPr>
                <w:rFonts w:ascii="Times New Roman" w:eastAsia="MS Mincho" w:hAnsi="Times New Roman" w:cs="Times New Roman"/>
                <w:sz w:val="24"/>
                <w:szCs w:val="24"/>
              </w:rPr>
              <w:lastRenderedPageBreak/>
              <w:t>Зюзинского районного суда г. Москвы от 27.12.2007).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412.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исключен из списка.</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«плакат с надписью «</w:t>
            </w:r>
            <w:r w:rsidRPr="00041EDA">
              <w:rPr>
                <w:rFonts w:ascii="Times New Roman" w:eastAsia="MS Mincho" w:hAnsi="Times New Roman" w:cs="Times New Roman"/>
                <w:sz w:val="24"/>
                <w:szCs w:val="24"/>
                <w:lang w:val="en-US"/>
              </w:rPr>
              <w:t>YO</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SHARP</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 xml:space="preserve">RAM A BULLET YOUR NECK», плакат с надписью </w:t>
            </w:r>
            <w:r w:rsidRPr="00041EDA">
              <w:rPr>
                <w:rFonts w:ascii="Times New Roman" w:eastAsia="MS Mincho" w:hAnsi="Times New Roman" w:cs="Times New Roman"/>
                <w:sz w:val="24"/>
                <w:szCs w:val="24"/>
              </w:rPr>
              <w:t>«Русское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w:t>
            </w:r>
            <w:r w:rsidRPr="00041EDA">
              <w:rPr>
                <w:rFonts w:ascii="Times New Roman" w:eastAsia="MS Mincho" w:hAnsi="Times New Roman" w:cs="Times New Roman"/>
                <w:sz w:val="24"/>
                <w:szCs w:val="24"/>
                <w:lang w:val="en-US"/>
              </w:rPr>
              <w:t>YOU</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KNOW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WITH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HOODS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SOME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THESE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GUYS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COULD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PASS</w:t>
            </w:r>
            <w:r w:rsidRPr="00041EDA">
              <w:rPr>
                <w:rFonts w:ascii="Times New Roman" w:eastAsia="MS Mincho" w:hAnsi="Times New Roman" w:cs="Times New Roman"/>
                <w:sz w:val="24"/>
                <w:szCs w:val="24"/>
              </w:rPr>
              <w:t>»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t>
            </w:r>
            <w:r w:rsidRPr="00041EDA">
              <w:rPr>
                <w:rFonts w:ascii="Times New Roman" w:eastAsia="MS Mincho" w:hAnsi="Times New Roman" w:cs="Times New Roman"/>
                <w:sz w:val="24"/>
                <w:szCs w:val="24"/>
                <w:lang w:val="en-US"/>
              </w:rPr>
              <w:t>White</w:t>
            </w:r>
            <w:r w:rsidRPr="00041EDA">
              <w:rPr>
                <w:rFonts w:ascii="Times New Roman" w:eastAsia="MS Mincho" w:hAnsi="Times New Roman" w:cs="Times New Roman"/>
                <w:sz w:val="24"/>
                <w:szCs w:val="24"/>
              </w:rPr>
              <w:t xml:space="preserve"> ро</w:t>
            </w:r>
            <w:r w:rsidRPr="00041EDA">
              <w:rPr>
                <w:rFonts w:ascii="Times New Roman" w:eastAsia="MS Mincho" w:hAnsi="Times New Roman" w:cs="Times New Roman"/>
                <w:sz w:val="24"/>
                <w:szCs w:val="24"/>
                <w:lang w:val="en-US"/>
              </w:rPr>
              <w:t>w</w:t>
            </w:r>
            <w:r w:rsidRPr="00041EDA">
              <w:rPr>
                <w:rFonts w:ascii="Times New Roman" w:eastAsia="MS Mincho" w:hAnsi="Times New Roman" w:cs="Times New Roman"/>
                <w:sz w:val="24"/>
                <w:szCs w:val="24"/>
              </w:rPr>
              <w:t>е</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w:t>
            </w:r>
            <w:r w:rsidRPr="00041EDA">
              <w:rPr>
                <w:rFonts w:ascii="Times New Roman" w:eastAsia="MS Mincho" w:hAnsi="Times New Roman" w:cs="Times New Roman"/>
                <w:sz w:val="24"/>
                <w:szCs w:val="24"/>
              </w:rPr>
              <w:lastRenderedPageBreak/>
              <w:t>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t>
            </w:r>
            <w:r w:rsidRPr="00041EDA">
              <w:rPr>
                <w:rFonts w:ascii="Times New Roman" w:eastAsia="MS Mincho" w:hAnsi="Times New Roman" w:cs="Times New Roman"/>
                <w:sz w:val="24"/>
                <w:szCs w:val="24"/>
                <w:lang w:val="en-US"/>
              </w:rPr>
              <w:t>white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power</w:t>
            </w:r>
            <w:r w:rsidRPr="00041EDA">
              <w:rPr>
                <w:rFonts w:ascii="Times New Roman" w:eastAsia="MS Mincho" w:hAnsi="Times New Roman" w:cs="Times New Roman"/>
                <w:sz w:val="24"/>
                <w:szCs w:val="24"/>
              </w:rPr>
              <w:t>»,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415.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mirtesen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group</w:t>
            </w:r>
            <w:r w:rsidRPr="00041EDA">
              <w:rPr>
                <w:rFonts w:ascii="Times New Roman" w:eastAsia="MS Mincho" w:hAnsi="Times New Roman" w:cs="Times New Roman"/>
                <w:sz w:val="24"/>
                <w:szCs w:val="24"/>
              </w:rPr>
              <w:t>/30405959426/</w:t>
            </w:r>
            <w:r w:rsidRPr="00041EDA">
              <w:rPr>
                <w:rFonts w:ascii="Times New Roman" w:eastAsia="MS Mincho" w:hAnsi="Times New Roman" w:cs="Times New Roman"/>
                <w:sz w:val="24"/>
                <w:szCs w:val="24"/>
                <w:lang w:val="en-US"/>
              </w:rPr>
              <w:t>blog</w:t>
            </w:r>
            <w:r w:rsidRPr="00041EDA">
              <w:rPr>
                <w:rFonts w:ascii="Times New Roman" w:eastAsia="MS Mincho" w:hAnsi="Times New Roman" w:cs="Times New Roman"/>
                <w:sz w:val="24"/>
                <w:szCs w:val="24"/>
              </w:rPr>
              <w:t>/4322601982,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417.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«Аль-Ваъй» № 238 - Двадцать первый год издания - декабрь 2006 г. (решение Демского районного суда г. Уфы Республики Башкортостан от 10.07.2009).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«Аль-Ваъй» № 238 - Двадцать первый год издания - май 2007 г. (решение Демского районного суда г. Уфы Республики Башкортостан от 10.07.2009).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«Аль-Ваъй» № 248 - Двадцать второй год издания - октябрь 2007 г. (решение Демского районного суда г. Уфы Республики Башкортостан от 10.07.2009).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Книга Такыйюддина Набханий «Экономическая система в исламе» (решение Демского районного суда г. </w:t>
            </w:r>
            <w:r w:rsidRPr="00041EDA">
              <w:rPr>
                <w:rFonts w:ascii="Times New Roman" w:eastAsia="MS Mincho" w:hAnsi="Times New Roman" w:cs="Times New Roman"/>
                <w:sz w:val="24"/>
                <w:szCs w:val="24"/>
              </w:rPr>
              <w:lastRenderedPageBreak/>
              <w:t>Уфы Республики Башкортостан от 10.07.2009).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424.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«Политические воззрения Хизб-ут-Тахрир» (решение Демского районного суда г. Уфы Республики Башкортостан от 10.07.2009).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C</w:t>
            </w:r>
            <w:r w:rsidRPr="00041EDA">
              <w:rPr>
                <w:rFonts w:ascii="Times New Roman" w:eastAsia="MS Mincho" w:hAnsi="Times New Roman" w:cs="Times New Roman"/>
                <w:sz w:val="24"/>
                <w:szCs w:val="24"/>
              </w:rPr>
              <w:t xml:space="preserve">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ssdv</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Ленинского районного суда г. Владивостока от 18.06.2009).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Материал с сайта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SSDV</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429.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названием «Геноцид Русского народа и пути его преодоления» (решение Ленинского районного суда г. Владимира от 22.07.2009).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Информационный сайт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national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socialist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tk</w:t>
            </w:r>
            <w:r w:rsidRPr="00041EDA">
              <w:rPr>
                <w:rFonts w:ascii="Times New Roman" w:eastAsia="MS Mincho" w:hAnsi="Times New Roman" w:cs="Times New Roman"/>
                <w:sz w:val="24"/>
                <w:szCs w:val="24"/>
              </w:rPr>
              <w:t xml:space="preserve">/ и его сайт-зеркало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newp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nazi</w:t>
            </w:r>
            <w:r w:rsidRPr="00041EDA">
              <w:rPr>
                <w:rFonts w:ascii="Times New Roman" w:eastAsia="MS Mincho" w:hAnsi="Times New Roman" w:cs="Times New Roman"/>
                <w:sz w:val="24"/>
                <w:szCs w:val="24"/>
              </w:rPr>
              <w:t>/ (решение Кировского районного суда г. Уфы от 10.08.2009)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Мартина фон Моргана «Русский Террор» (решение Тверского районного суда г. Москвы от 21.05.2009).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Брошюра «Аль-Ваъй» № 220 - издается с 1985 года - июнь 2005 года (решение Калининского районного </w:t>
            </w:r>
            <w:r w:rsidRPr="00041EDA">
              <w:rPr>
                <w:rFonts w:ascii="Times New Roman" w:eastAsia="MS Mincho" w:hAnsi="Times New Roman" w:cs="Times New Roman"/>
                <w:sz w:val="24"/>
                <w:szCs w:val="24"/>
              </w:rPr>
              <w:lastRenderedPageBreak/>
              <w:t>суда г. Уфы Республики Башкортостан от 29.07.2009).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436.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«Программа Хизб-ут-Тахрир» (решение Калининского районного суда г. Уфы Республики Башкортостан от 29.07.2009).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«Ознакомление с Хизб-ут-Тахрир», основана 1372 г.х.-1953 г.м. (решение Калининского районного суда г. Уфы Республики Башкортостан от 29.07.2009).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«Симбиоз. КГБ и евреи», опубликованная в газете «Дуэль» в № 31 (529) от 31.07.2007 (решение Замоскворецкого районного суда г. Москвы от 22.12.2008).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Листовка с логотипом «МПРА», и агитационным лозунгом «Требуем вернуть «Ночные»!» </w:t>
            </w:r>
            <w:r w:rsidRPr="00041EDA">
              <w:rPr>
                <w:rFonts w:ascii="Times New Roman" w:eastAsia="MS Mincho" w:hAnsi="Times New Roman" w:cs="Times New Roman"/>
                <w:sz w:val="24"/>
                <w:szCs w:val="24"/>
                <w:lang w:val="en-US"/>
              </w:rPr>
              <w:t>(решение Заволжского районного суда г. Твери от 28.08.2009).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Ресурс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hoolvideo</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narod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сети Интернет, созданный Дорофеевым Игорем Константиновичем (решение Новокуйбышевского городского суда Самарской области от 17.03.2009).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 - ресурс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punk</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nnov</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и размещенные на нем информационные материалы (решение Самарского районного суда г. Самары от 10.09.2009).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 - ресурс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anenerbe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narod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и размещенные на нем информационные материалы (решение Самарского районного суда г. Самары от 07.09.2009).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 - ресурс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agonoize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beon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и размещенные на нем информационные материалы (решение Самарского районного суда г. Самары от 10.09.2009).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 - ресурс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nso</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korpus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xml:space="preserve"> и содержащиеся на нем информационные материалы (решение Самарского районного суда г. Самары от 26.05.2009).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w:t>
            </w:r>
            <w:r w:rsidRPr="00041EDA">
              <w:rPr>
                <w:rFonts w:ascii="Times New Roman" w:eastAsia="MS Mincho" w:hAnsi="Times New Roman" w:cs="Times New Roman"/>
                <w:sz w:val="24"/>
                <w:szCs w:val="24"/>
              </w:rPr>
              <w:lastRenderedPageBreak/>
              <w:t>судебной коллегии по гражданским делам Ленинградского областного суда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 - ресурс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vdesyatku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biz</w:t>
            </w:r>
            <w:r w:rsidRPr="00041EDA">
              <w:rPr>
                <w:rFonts w:ascii="Times New Roman" w:eastAsia="MS Mincho" w:hAnsi="Times New Roman" w:cs="Times New Roman"/>
                <w:sz w:val="24"/>
                <w:szCs w:val="24"/>
              </w:rPr>
              <w:t xml:space="preserve"> и размещенные на нем информационные материалы (решение Самарского районного суда г. Самары от 28.09.2009).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И.А. Родионов. Решение еврейского вопроса (два доклада) — М.: Витязь, 2000 (решение Советского районного суда г. Иваново от 13.11.2008 и определение Советского районного суда г. Иваново от 22.09.2009).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Видеоматериал "День мигранта", размещенный в сети Интернет на сайте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dpni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kirov</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xml:space="preserve"> (решение Первомайского районного суда г. Кирова от 02.10.2009);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Интернет-ресурс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chechentimes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net</w:t>
            </w:r>
            <w:r w:rsidRPr="00041EDA">
              <w:rPr>
                <w:rFonts w:ascii="Times New Roman" w:eastAsia="MS Mincho" w:hAnsi="Times New Roman" w:cs="Times New Roman"/>
                <w:sz w:val="24"/>
                <w:szCs w:val="24"/>
              </w:rPr>
              <w:t xml:space="preserve"> и размещенные на нем материалы (решение Самарского районного суда г. Самары от 27.08.2009).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Печатное издание - газета "Правый взгляд. Вестник Русского имперского движения" № 24 (52) от декабря </w:t>
            </w:r>
            <w:r w:rsidRPr="00041EDA">
              <w:rPr>
                <w:rFonts w:ascii="Times New Roman" w:eastAsia="MS Mincho" w:hAnsi="Times New Roman" w:cs="Times New Roman"/>
                <w:sz w:val="24"/>
                <w:szCs w:val="24"/>
              </w:rPr>
              <w:lastRenderedPageBreak/>
              <w:t>2007 года (решение Смольнинского районного суда г. Санкт-Петербурга от 31.08.2009).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«Азбука «Домашнего терроризма» (решение Центрального суда города Новокузнецка Кемеровской области от 07.08.2009).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Интернет-ресурс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offtop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punkskin</w:t>
            </w:r>
            <w:r w:rsidRPr="00041EDA">
              <w:rPr>
                <w:rFonts w:ascii="Times New Roman" w:eastAsia="MS Mincho" w:hAnsi="Times New Roman" w:cs="Times New Roman"/>
                <w:sz w:val="24"/>
                <w:szCs w:val="24"/>
              </w:rPr>
              <w:t>/ и размещенные на нем информационные материалы (решение Самарского районного суда г. Самары от 27.10.2009).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Публикация «Слово о свободе», размещенная на официально зарегистрированной Интернет - странице на сайте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Livejornal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(постановление Центрального районного суда г. Кемерово от 15.10.2009).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автора В.Н. Емельянова «Еврейский нацизм» (решение Федерального суда Центрального района г. Красноярска от 15.12.2009).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Материалы «Большая игра «Сломай систему», размещенные на сайте в сети Интернет (решение Советского районного суда г. Липецка от 20.11.2009).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Материалы «</w:t>
            </w:r>
            <w:r w:rsidRPr="00041EDA">
              <w:rPr>
                <w:rFonts w:ascii="Times New Roman" w:eastAsia="MS Mincho" w:hAnsi="Times New Roman" w:cs="Times New Roman"/>
                <w:sz w:val="24"/>
                <w:szCs w:val="24"/>
                <w:lang w:val="en-US"/>
              </w:rPr>
              <w:t>Combat</w:t>
            </w:r>
            <w:r w:rsidRPr="00041EDA">
              <w:rPr>
                <w:rFonts w:ascii="Times New Roman" w:eastAsia="MS Mincho" w:hAnsi="Times New Roman" w:cs="Times New Roman"/>
                <w:sz w:val="24"/>
                <w:szCs w:val="24"/>
              </w:rPr>
              <w:t xml:space="preserve"> 18 боевая группа Адольфа Гитлера», размещенные на сайте в сети Интернет (решение Советского районного суда г. Липецка от 20.11.2009).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Статья под названием «Нет христианизации!», размещенная на сайте в сети Интернет (решение </w:t>
            </w:r>
            <w:r w:rsidRPr="00041EDA">
              <w:rPr>
                <w:rFonts w:ascii="Times New Roman" w:eastAsia="MS Mincho" w:hAnsi="Times New Roman" w:cs="Times New Roman"/>
                <w:sz w:val="24"/>
                <w:szCs w:val="24"/>
              </w:rPr>
              <w:lastRenderedPageBreak/>
              <w:t>Набережночелнинского городского суда от 04.09.2009).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под названием «Особый путь России», размещенная на сайте в сети Интернет (решение Набережночелнинского городского суда от 04.09.2009).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 - ресурс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akmshalom</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и содержащиеся на нем информационные материалы (решение Самарского районного суда г. Самары от 10.11.2009).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Видеоролик «</w:t>
            </w:r>
            <w:r w:rsidRPr="00041EDA">
              <w:rPr>
                <w:rFonts w:ascii="Times New Roman" w:eastAsia="MS Mincho" w:hAnsi="Times New Roman" w:cs="Times New Roman"/>
                <w:sz w:val="24"/>
                <w:szCs w:val="24"/>
                <w:lang w:val="en-US"/>
              </w:rPr>
              <w:t>Russia</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for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Russians</w:t>
            </w:r>
            <w:r w:rsidRPr="00041EDA">
              <w:rPr>
                <w:rFonts w:ascii="Times New Roman" w:eastAsia="MS Mincho" w:hAnsi="Times New Roman" w:cs="Times New Roman"/>
                <w:sz w:val="24"/>
                <w:szCs w:val="24"/>
              </w:rPr>
              <w:t>»,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под заголовком «Обращение к Русским Женщинам» (решение Бежецкого городского суда Тверской области от 28.12.2009).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Стихотворение А. Харчикова «Готовьте списки!» (решение Железнодорожного районного суда г. Барнаула </w:t>
            </w:r>
            <w:r w:rsidRPr="00041EDA">
              <w:rPr>
                <w:rFonts w:ascii="Times New Roman" w:eastAsia="MS Mincho" w:hAnsi="Times New Roman" w:cs="Times New Roman"/>
                <w:sz w:val="24"/>
                <w:szCs w:val="24"/>
              </w:rPr>
              <w:lastRenderedPageBreak/>
              <w:t>Алтайского края от 24.12.2009).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«Общественно-политическая газета «Русский Вестник» № 9 (742) 2008 (решение Приморского районного суда Санкт-Петербурга от 27.11.2009).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«Общественно-политическая газета «Русский Вестник» № 11 (743) 2008 (решение Приморского районного суда Санкт-Петербурга от 27.11.2009).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«Общественно-политическая газета «Русский Вестник» № 12 (744) 2008 (решение Приморского районного суда Санкт-Петербурга от 27.11.2009).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«Общественно-политическая газета «Русский Вестник» № 13 (745) 2008 (решение Приморского районного суда Санкт-Петербурга от 27.11.2009).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Еженедельная газета «Русский вестник» специальный выпуск № 16-17 (748-749) 2008 (решение Приморского районного суда Санкт-Петербурга от 27.11.2009).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«Первый и Последний» № 8 (36) август 2005 (решение Приморского районного суда Санкт-Петербурга от 27.11.2009).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«Первый и Последний» № 10 (38) октябрь 2005 (решение Приморского районного суда Санкт-Петербурга от 27.11.2009).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«Первый и Последний» № 1 (41) январь 2006 (решение Приморского районного суда Санкт-Петербурга от 27.11.2009).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«Первый и Последний» № 2 2006 (решение Приморского районного суда Санкт-Петербурга от 27.11.2009).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Журнал «Первый и Последний» № 3 2006 (решение Приморского районного суда Санкт-Петербурга от </w:t>
            </w:r>
            <w:r w:rsidRPr="00041EDA">
              <w:rPr>
                <w:rFonts w:ascii="Times New Roman" w:eastAsia="MS Mincho" w:hAnsi="Times New Roman" w:cs="Times New Roman"/>
                <w:sz w:val="24"/>
                <w:szCs w:val="24"/>
              </w:rPr>
              <w:lastRenderedPageBreak/>
              <w:t>27.11.2009).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«Первый и Последний» № 5 2006 (решение Приморского районного суда Санкт-Петербурга от 27.11.2009).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Экземпляр листовки, имеющий заглавие «</w:t>
            </w:r>
            <w:r w:rsidRPr="00041EDA">
              <w:rPr>
                <w:rFonts w:ascii="Times New Roman" w:eastAsia="MS Mincho" w:hAnsi="Times New Roman" w:cs="Times New Roman"/>
                <w:sz w:val="24"/>
                <w:szCs w:val="24"/>
                <w:lang w:val="en-US"/>
              </w:rPr>
              <w:t>Terrormashine</w:t>
            </w:r>
            <w:r w:rsidRPr="00041EDA">
              <w:rPr>
                <w:rFonts w:ascii="Times New Roman" w:eastAsia="MS Mincho" w:hAnsi="Times New Roman" w:cs="Times New Roman"/>
                <w:sz w:val="24"/>
                <w:szCs w:val="24"/>
              </w:rPr>
              <w:t>»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Книга «Чему на самом деле учит Библия?» </w:t>
            </w:r>
            <w:r w:rsidRPr="00041EDA">
              <w:rPr>
                <w:rFonts w:ascii="Times New Roman" w:eastAsia="MS Mincho" w:hAnsi="Times New Roman" w:cs="Times New Roman"/>
                <w:sz w:val="24"/>
                <w:szCs w:val="24"/>
                <w:lang w:val="en-US"/>
              </w:rPr>
              <w:t>Изд.Watch tower Bible and Tract Society of New York, Inc. Brooklyn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w:t>
            </w:r>
            <w:r w:rsidRPr="00041EDA">
              <w:rPr>
                <w:rFonts w:ascii="Times New Roman" w:eastAsia="MS Mincho" w:hAnsi="Times New Roman" w:cs="Times New Roman"/>
                <w:sz w:val="24"/>
                <w:szCs w:val="24"/>
              </w:rPr>
              <w:t>.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Книга «Познание, ведущее к вечной жизни» изд.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Inc</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International</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Students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Association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Brooklyn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w:t>
            </w:r>
            <w:r w:rsidRPr="00041EDA">
              <w:rPr>
                <w:rFonts w:ascii="Times New Roman" w:eastAsia="MS Mincho" w:hAnsi="Times New Roman" w:cs="Times New Roman"/>
                <w:sz w:val="24"/>
                <w:szCs w:val="24"/>
              </w:rPr>
              <w:t>.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Книга «Откровение его грандиозный апогей близок!» изд.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Inc</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International</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Students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Association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Brooklyn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w:t>
            </w:r>
            <w:r w:rsidRPr="00041EDA">
              <w:rPr>
                <w:rFonts w:ascii="Times New Roman" w:eastAsia="MS Mincho" w:hAnsi="Times New Roman" w:cs="Times New Roman"/>
                <w:sz w:val="24"/>
                <w:szCs w:val="24"/>
              </w:rPr>
              <w:t xml:space="preserve">. 2002 (решение Ростовского областного суда от 11.09.2009 и определение Судебной коллегии по гражданским делам Верховного Суда Российской </w:t>
            </w:r>
            <w:r w:rsidRPr="00041EDA">
              <w:rPr>
                <w:rFonts w:ascii="Times New Roman" w:eastAsia="MS Mincho" w:hAnsi="Times New Roman" w:cs="Times New Roman"/>
                <w:sz w:val="24"/>
                <w:szCs w:val="24"/>
              </w:rPr>
              <w:lastRenderedPageBreak/>
              <w:t>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«Поклоняйтесь единственному истинному Богу» изд.</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Pennsylvania</w:t>
            </w:r>
            <w:r w:rsidRPr="00041EDA">
              <w:rPr>
                <w:rFonts w:ascii="Times New Roman" w:eastAsia="MS Mincho" w:hAnsi="Times New Roman" w:cs="Times New Roman"/>
                <w:sz w:val="24"/>
                <w:szCs w:val="24"/>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«Вопросы молодежи. Практические советы» изд.</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Pennsylvania</w:t>
            </w:r>
            <w:r w:rsidRPr="00041EDA">
              <w:rPr>
                <w:rFonts w:ascii="Times New Roman" w:eastAsia="MS Mincho" w:hAnsi="Times New Roman" w:cs="Times New Roman"/>
                <w:sz w:val="24"/>
                <w:szCs w:val="24"/>
              </w:rPr>
              <w:t>,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«Человечество в поисках Бога» изд.</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Pennsylvania</w:t>
            </w:r>
            <w:r w:rsidRPr="00041EDA">
              <w:rPr>
                <w:rFonts w:ascii="Times New Roman" w:eastAsia="MS Mincho" w:hAnsi="Times New Roman" w:cs="Times New Roman"/>
                <w:sz w:val="24"/>
                <w:szCs w:val="24"/>
              </w:rPr>
              <w:t>,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«Приближайся к Иегове» изд.</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Pennsylvania</w:t>
            </w:r>
            <w:r w:rsidRPr="00041EDA">
              <w:rPr>
                <w:rFonts w:ascii="Times New Roman" w:eastAsia="MS Mincho" w:hAnsi="Times New Roman" w:cs="Times New Roman"/>
                <w:sz w:val="24"/>
                <w:szCs w:val="24"/>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«Приходи и следуй за мной» изд.</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Pennsylvania</w:t>
            </w:r>
            <w:r w:rsidRPr="00041EDA">
              <w:rPr>
                <w:rFonts w:ascii="Times New Roman" w:eastAsia="MS Mincho" w:hAnsi="Times New Roman" w:cs="Times New Roman"/>
                <w:sz w:val="24"/>
                <w:szCs w:val="24"/>
              </w:rPr>
              <w:t>,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«Моя книга библейских рассказов» изд.</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Soviety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Pennsylvania</w:t>
            </w:r>
            <w:r w:rsidRPr="00041EDA">
              <w:rPr>
                <w:rFonts w:ascii="Times New Roman" w:eastAsia="MS Mincho" w:hAnsi="Times New Roman" w:cs="Times New Roman"/>
                <w:sz w:val="24"/>
                <w:szCs w:val="24"/>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Книга «Жизнь - как она возникла? Путем эволюции или путем сотворения?» изд.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Pennsylvania</w:t>
            </w:r>
            <w:r w:rsidRPr="00041EDA">
              <w:rPr>
                <w:rFonts w:ascii="Times New Roman" w:eastAsia="MS Mincho" w:hAnsi="Times New Roman" w:cs="Times New Roman"/>
                <w:sz w:val="24"/>
                <w:szCs w:val="24"/>
              </w:rPr>
              <w:t>,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«Внимайте пророчеству Даниила» изд.</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Pennsylvania</w:t>
            </w:r>
            <w:r w:rsidRPr="00041EDA">
              <w:rPr>
                <w:rFonts w:ascii="Times New Roman" w:eastAsia="MS Mincho" w:hAnsi="Times New Roman" w:cs="Times New Roman"/>
                <w:sz w:val="24"/>
                <w:szCs w:val="24"/>
              </w:rPr>
              <w:t>,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Брошюра «Следует ли верить в Троицу?» «Является ли Иисус Христос Всемогущим Богом?» изд.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Inc</w:t>
            </w:r>
            <w:r w:rsidRPr="00041EDA">
              <w:rPr>
                <w:rFonts w:ascii="Times New Roman" w:eastAsia="MS Mincho" w:hAnsi="Times New Roman" w:cs="Times New Roman"/>
                <w:sz w:val="24"/>
                <w:szCs w:val="24"/>
              </w:rPr>
              <w:t xml:space="preserve">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«Ты можешь быть другом Бога!» изд.</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Inc</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Brooklyn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w:t>
            </w:r>
            <w:r w:rsidRPr="00041EDA">
              <w:rPr>
                <w:rFonts w:ascii="Times New Roman" w:eastAsia="MS Mincho" w:hAnsi="Times New Roman" w:cs="Times New Roman"/>
                <w:sz w:val="24"/>
                <w:szCs w:val="24"/>
              </w:rPr>
              <w:t xml:space="preserve">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Брошюра «Свидетели Иеговы кто они? Во что они верят?» изд.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Inc</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International</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Students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Association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Brooklyn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w:t>
            </w:r>
            <w:r w:rsidRPr="00041EDA">
              <w:rPr>
                <w:rFonts w:ascii="Times New Roman" w:eastAsia="MS Mincho" w:hAnsi="Times New Roman" w:cs="Times New Roman"/>
                <w:sz w:val="24"/>
                <w:szCs w:val="24"/>
              </w:rPr>
              <w:t xml:space="preserve">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«Конец ложной религии близок!» изд.</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Pennsylvania</w:t>
            </w:r>
            <w:r w:rsidRPr="00041EDA">
              <w:rPr>
                <w:rFonts w:ascii="Times New Roman" w:eastAsia="MS Mincho" w:hAnsi="Times New Roman" w:cs="Times New Roman"/>
                <w:sz w:val="24"/>
                <w:szCs w:val="24"/>
              </w:rPr>
              <w:t>,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525.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Брошюра «Как может кровь спасти твою жизнь?» изд.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Pennsylvania</w:t>
            </w:r>
            <w:r w:rsidRPr="00041EDA">
              <w:rPr>
                <w:rFonts w:ascii="Times New Roman" w:eastAsia="MS Mincho" w:hAnsi="Times New Roman" w:cs="Times New Roman"/>
                <w:sz w:val="24"/>
                <w:szCs w:val="24"/>
              </w:rPr>
              <w:t>,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Брошюра «Будет когда -нибудь мир без войны»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Inc</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Brooklyn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w:t>
            </w:r>
            <w:r w:rsidRPr="00041EDA">
              <w:rPr>
                <w:rFonts w:ascii="Times New Roman" w:eastAsia="MS Mincho" w:hAnsi="Times New Roman" w:cs="Times New Roman"/>
                <w:sz w:val="24"/>
                <w:szCs w:val="24"/>
              </w:rPr>
              <w:t>.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Брошюра «Правительство, которое принесет рай»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Inc</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Brooklyn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w:t>
            </w:r>
            <w:r w:rsidRPr="00041EDA">
              <w:rPr>
                <w:rFonts w:ascii="Times New Roman" w:eastAsia="MS Mincho" w:hAnsi="Times New Roman" w:cs="Times New Roman"/>
                <w:sz w:val="24"/>
                <w:szCs w:val="24"/>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Брошюра «Духи мертвых»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Inc</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Brooklyn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w:t>
            </w:r>
            <w:r w:rsidRPr="00041EDA">
              <w:rPr>
                <w:rFonts w:ascii="Times New Roman" w:eastAsia="MS Mincho" w:hAnsi="Times New Roman" w:cs="Times New Roman"/>
                <w:sz w:val="24"/>
                <w:szCs w:val="24"/>
              </w:rPr>
              <w:t>.2001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Брошюра «Книга для всех»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Inc</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Brooklyn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w:t>
            </w:r>
            <w:r w:rsidRPr="00041EDA">
              <w:rPr>
                <w:rFonts w:ascii="Times New Roman" w:eastAsia="MS Mincho" w:hAnsi="Times New Roman" w:cs="Times New Roman"/>
                <w:sz w:val="24"/>
                <w:szCs w:val="24"/>
              </w:rPr>
              <w:t>.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530.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Брошюра «Радуйся жизни на земле вечно!»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Inc</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Brooklyn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w:t>
            </w:r>
            <w:r w:rsidRPr="00041EDA">
              <w:rPr>
                <w:rFonts w:ascii="Times New Roman" w:eastAsia="MS Mincho" w:hAnsi="Times New Roman" w:cs="Times New Roman"/>
                <w:sz w:val="24"/>
                <w:szCs w:val="24"/>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53</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Брошюра «В чем смысл жизни? Как же его найти?»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Inc</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Brooklyn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w:t>
            </w:r>
            <w:r w:rsidRPr="00041EDA">
              <w:rPr>
                <w:rFonts w:ascii="Times New Roman" w:eastAsia="MS Mincho" w:hAnsi="Times New Roman" w:cs="Times New Roman"/>
                <w:sz w:val="24"/>
                <w:szCs w:val="24"/>
              </w:rPr>
              <w:t xml:space="preserve">. 1993 (решение Ростовского областного суда от 11.09.2009 и определение </w:t>
            </w:r>
            <w:r w:rsidRPr="00041EDA">
              <w:rPr>
                <w:rFonts w:ascii="Times New Roman" w:eastAsia="MS Mincho" w:hAnsi="Times New Roman" w:cs="Times New Roman"/>
                <w:sz w:val="24"/>
                <w:szCs w:val="24"/>
              </w:rPr>
              <w:lastRenderedPageBreak/>
              <w:t>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532.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Брошюра «Что от нас требует Бог?»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Inc</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Brooklyn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w:t>
            </w:r>
            <w:r w:rsidRPr="00041EDA">
              <w:rPr>
                <w:rFonts w:ascii="Times New Roman" w:eastAsia="MS Mincho" w:hAnsi="Times New Roman" w:cs="Times New Roman"/>
                <w:sz w:val="24"/>
                <w:szCs w:val="24"/>
              </w:rPr>
              <w:t>.2003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533.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«Пробудитесь!» от 22.02.2000, изд. </w:t>
            </w:r>
            <w:r w:rsidRPr="00041EDA">
              <w:rPr>
                <w:rFonts w:ascii="Times New Roman" w:eastAsia="MS Mincho" w:hAnsi="Times New Roman" w:cs="Times New Roman"/>
                <w:sz w:val="24"/>
                <w:szCs w:val="24"/>
                <w:lang w:val="en-US"/>
              </w:rPr>
              <w:t>Wachtturm</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Bibel</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und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Gesellschaft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der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Zeugen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Jehovas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534.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«Пробудитесь» январь 2007 изд. </w:t>
            </w:r>
            <w:r w:rsidRPr="00041EDA">
              <w:rPr>
                <w:rFonts w:ascii="Times New Roman" w:eastAsia="MS Mincho" w:hAnsi="Times New Roman" w:cs="Times New Roman"/>
                <w:sz w:val="24"/>
                <w:szCs w:val="24"/>
                <w:lang w:val="en-US"/>
              </w:rPr>
              <w:t>Wachtturm</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Bibel</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und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Gesellschaft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der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Zeugen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Jehovas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535.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«Пробудитесь» февраль 2007 изд. </w:t>
            </w:r>
            <w:r w:rsidRPr="00041EDA">
              <w:rPr>
                <w:rFonts w:ascii="Times New Roman" w:eastAsia="MS Mincho" w:hAnsi="Times New Roman" w:cs="Times New Roman"/>
                <w:sz w:val="24"/>
                <w:szCs w:val="24"/>
                <w:lang w:val="en-US"/>
              </w:rPr>
              <w:t>Wachtturm</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Bibel</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und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Gesellschaft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der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Zeugen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Jehovas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536.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«Пробудитесь» апрель 2007 изд. </w:t>
            </w:r>
            <w:r w:rsidRPr="00041EDA">
              <w:rPr>
                <w:rFonts w:ascii="Times New Roman" w:eastAsia="MS Mincho" w:hAnsi="Times New Roman" w:cs="Times New Roman"/>
                <w:sz w:val="24"/>
                <w:szCs w:val="24"/>
                <w:lang w:val="en-US"/>
              </w:rPr>
              <w:t>Wachtturm</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Bibel</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und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Gesellschaft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der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Zeugen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Jehovas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537.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«Сторожевая Башня возвещает царство Иеговы» «Кто действительно верит Библии?» от 15.10.1998 изд.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und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Gesellschaft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Deutscher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Zwelg</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V</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538.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«Сторожевая Башня возвещает царство Иеговы» «Почему рождество отмечают даже в Азии?» от 15.12.99 изд.</w:t>
            </w:r>
            <w:r w:rsidRPr="00041EDA">
              <w:rPr>
                <w:rFonts w:ascii="Times New Roman" w:eastAsia="MS Mincho" w:hAnsi="Times New Roman" w:cs="Times New Roman"/>
                <w:sz w:val="24"/>
                <w:szCs w:val="24"/>
                <w:lang w:val="en-US"/>
              </w:rPr>
              <w:t>Wachtturm</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Bibel</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und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Gesellschaft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Deutscher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Zwelg</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V</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539.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«Сторожевая Башня возвещает царство Иеговы» «Как найти истинное счастье?» от 01.03.2001 изд. </w:t>
            </w:r>
            <w:r w:rsidRPr="00041EDA">
              <w:rPr>
                <w:rFonts w:ascii="Times New Roman" w:eastAsia="MS Mincho" w:hAnsi="Times New Roman" w:cs="Times New Roman"/>
                <w:sz w:val="24"/>
                <w:szCs w:val="24"/>
                <w:lang w:val="en-US"/>
              </w:rPr>
              <w:t>Wachtturm</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Bibel</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und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Gesellschaft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der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Zeugen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Jehovas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540.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«Сторожевая Башня возвещает царство Иеговы» 15.01.2007, изд. </w:t>
            </w:r>
            <w:r w:rsidRPr="00041EDA">
              <w:rPr>
                <w:rFonts w:ascii="Times New Roman" w:eastAsia="MS Mincho" w:hAnsi="Times New Roman" w:cs="Times New Roman"/>
                <w:sz w:val="24"/>
                <w:szCs w:val="24"/>
                <w:lang w:val="en-US"/>
              </w:rPr>
              <w:t>Wachtturm</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Bibel</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und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Gesellschaft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der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Zeugen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Jehovas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541.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«Сторожевая Башня возвещает царство Иеговы» 01.03.2007, изд. </w:t>
            </w:r>
            <w:r w:rsidRPr="00041EDA">
              <w:rPr>
                <w:rFonts w:ascii="Times New Roman" w:eastAsia="MS Mincho" w:hAnsi="Times New Roman" w:cs="Times New Roman"/>
                <w:sz w:val="24"/>
                <w:szCs w:val="24"/>
                <w:lang w:val="en-US"/>
              </w:rPr>
              <w:t>Wachtturm</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Bibel</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und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Gesellschaft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der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Zeugen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Jehovas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Taunusl</w:t>
            </w:r>
            <w:r w:rsidRPr="00041EDA">
              <w:rPr>
                <w:rFonts w:ascii="Times New Roman" w:eastAsia="MS Mincho" w:hAnsi="Times New Roman" w:cs="Times New Roman"/>
                <w:sz w:val="24"/>
                <w:szCs w:val="24"/>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542.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«Сторожевая Башня возвещает царство Иеговы» 15.03.2007, изд. </w:t>
            </w:r>
            <w:r w:rsidRPr="00041EDA">
              <w:rPr>
                <w:rFonts w:ascii="Times New Roman" w:eastAsia="MS Mincho" w:hAnsi="Times New Roman" w:cs="Times New Roman"/>
                <w:sz w:val="24"/>
                <w:szCs w:val="24"/>
                <w:lang w:val="en-US"/>
              </w:rPr>
              <w:t>Wachtturm</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Bibel</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und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Gesellschaft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der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Zeugen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Jehovas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w:t>
            </w:r>
            <w:r w:rsidRPr="00041EDA">
              <w:rPr>
                <w:rFonts w:ascii="Times New Roman" w:eastAsia="MS Mincho" w:hAnsi="Times New Roman" w:cs="Times New Roman"/>
                <w:sz w:val="24"/>
                <w:szCs w:val="24"/>
                <w:lang w:val="en-US"/>
              </w:rPr>
              <w:lastRenderedPageBreak/>
              <w:t>43.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Журнал «Сторожевая Башня возвещает царство Иеговы» 01.04.2007, изд. </w:t>
            </w:r>
            <w:r w:rsidRPr="00041EDA">
              <w:rPr>
                <w:rFonts w:ascii="Times New Roman" w:eastAsia="MS Mincho" w:hAnsi="Times New Roman" w:cs="Times New Roman"/>
                <w:sz w:val="24"/>
                <w:szCs w:val="24"/>
                <w:lang w:val="en-US"/>
              </w:rPr>
              <w:t>Wachtturm</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Bibel</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und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lastRenderedPageBreak/>
              <w:t>Gesellschaft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der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Zeugen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Jehovas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544.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Текстовые документы: Национал-социализм или </w:t>
            </w:r>
            <w:r w:rsidRPr="00041EDA">
              <w:rPr>
                <w:rFonts w:ascii="Times New Roman" w:eastAsia="MS Mincho" w:hAnsi="Times New Roman" w:cs="Times New Roman"/>
                <w:sz w:val="24"/>
                <w:szCs w:val="24"/>
                <w:lang w:val="en-US"/>
              </w:rPr>
              <w:t>WHITE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POWER</w:t>
            </w:r>
            <w:r w:rsidRPr="00041EDA">
              <w:rPr>
                <w:rFonts w:ascii="Times New Roman" w:eastAsia="MS Mincho" w:hAnsi="Times New Roman" w:cs="Times New Roman"/>
                <w:sz w:val="24"/>
                <w:szCs w:val="24"/>
              </w:rPr>
              <w:t>?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Журнал «Великоросский Хозяин» № 14 (20) за 2006 г. «Демократия или национальная власть?» </w:t>
            </w:r>
            <w:r w:rsidRPr="00041EDA">
              <w:rPr>
                <w:rFonts w:ascii="Times New Roman" w:eastAsia="MS Mincho" w:hAnsi="Times New Roman" w:cs="Times New Roman"/>
                <w:sz w:val="24"/>
                <w:szCs w:val="24"/>
                <w:lang w:val="en-US"/>
              </w:rPr>
              <w:t>(решение Бутырского районного суда города Москвы от 10.08.2009).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Журнал «Великоросский хозяин» № 4 (10) за 2003г. «Что нужно для победы великоросских националистов?» </w:t>
            </w:r>
            <w:r w:rsidRPr="00041EDA">
              <w:rPr>
                <w:rFonts w:ascii="Times New Roman" w:eastAsia="MS Mincho" w:hAnsi="Times New Roman" w:cs="Times New Roman"/>
                <w:sz w:val="24"/>
                <w:szCs w:val="24"/>
                <w:lang w:val="en-US"/>
              </w:rPr>
              <w:t>(решение Бутырского районного суда города Москвы от 10.08.2009).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547.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«Великоросский хозяин» № 15 (21) за 2006 г. «Дискриминация мужчин в России» (решение Бутырского районного суда города Москвы от 10.08.2009).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Журнал «Великоросский хозяин» № 16 (22) за 2006 г. «Почему всем великоросскам надо быть националистами?» </w:t>
            </w:r>
            <w:r w:rsidRPr="00041EDA">
              <w:rPr>
                <w:rFonts w:ascii="Times New Roman" w:eastAsia="MS Mincho" w:hAnsi="Times New Roman" w:cs="Times New Roman"/>
                <w:sz w:val="24"/>
                <w:szCs w:val="24"/>
                <w:lang w:val="en-US"/>
              </w:rPr>
              <w:t>(решение Бутырского районного суда города Москвы от 10.08.2009).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54</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lastRenderedPageBreak/>
              <w:t xml:space="preserve">Журнал «Великоросский хозяин» № 2 (8) за 2003 г. «Семейное законодательство РФ, это главное средство уничтожения великоросского народа!» </w:t>
            </w:r>
            <w:r w:rsidRPr="00041EDA">
              <w:rPr>
                <w:rFonts w:ascii="Times New Roman" w:eastAsia="MS Mincho" w:hAnsi="Times New Roman" w:cs="Times New Roman"/>
                <w:sz w:val="24"/>
                <w:szCs w:val="24"/>
                <w:lang w:val="en-US"/>
              </w:rPr>
              <w:t>(решение Бутырского районного суда города Москвы от 10.08.2009).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550.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551.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Интернет-ресурс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velesova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sloboda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xml:space="preserve"> и размещенные на нем информационные материалы (решение Самарского районного суда г. Самары от 18.12.2009).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552.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gorodsalavat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Салаватского городского суда Республики Башкортостан от 09.12.2009).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553.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554.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555.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556.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Брошюра «Что от нас требует бог?» издательство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Tract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Pensylvania</w:t>
            </w:r>
            <w:r w:rsidRPr="00041EDA">
              <w:rPr>
                <w:rFonts w:ascii="Times New Roman" w:eastAsia="MS Mincho" w:hAnsi="Times New Roman" w:cs="Times New Roman"/>
                <w:sz w:val="24"/>
                <w:szCs w:val="24"/>
              </w:rPr>
              <w:t xml:space="preserve"> 1996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557.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«Пробудитесь!» от 8 апреля 1998 года, издательство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Pennsylvania</w:t>
            </w:r>
            <w:r w:rsidRPr="00041EDA">
              <w:rPr>
                <w:rFonts w:ascii="Times New Roman" w:eastAsia="MS Mincho" w:hAnsi="Times New Roman" w:cs="Times New Roman"/>
                <w:sz w:val="24"/>
                <w:szCs w:val="24"/>
              </w:rPr>
              <w:t xml:space="preserve">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558.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«Пробудитесь!» от 8 декабря 1998 года, издательство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Pennsylvania</w:t>
            </w:r>
            <w:r w:rsidRPr="00041EDA">
              <w:rPr>
                <w:rFonts w:ascii="Times New Roman" w:eastAsia="MS Mincho" w:hAnsi="Times New Roman" w:cs="Times New Roman"/>
                <w:sz w:val="24"/>
                <w:szCs w:val="24"/>
              </w:rPr>
              <w:t xml:space="preserve">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559.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«Пробудитесь!» от 22 февраля 1999 года, издательство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Pennsylvania</w:t>
            </w:r>
            <w:r w:rsidRPr="00041EDA">
              <w:rPr>
                <w:rFonts w:ascii="Times New Roman" w:eastAsia="MS Mincho" w:hAnsi="Times New Roman" w:cs="Times New Roman"/>
                <w:sz w:val="24"/>
                <w:szCs w:val="24"/>
              </w:rPr>
              <w:t xml:space="preserve">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560.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«Пробудитесь!» от 22 сентября 1999 года, издательство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Pennsylvania</w:t>
            </w:r>
            <w:r w:rsidRPr="00041EDA">
              <w:rPr>
                <w:rFonts w:ascii="Times New Roman" w:eastAsia="MS Mincho" w:hAnsi="Times New Roman" w:cs="Times New Roman"/>
                <w:sz w:val="24"/>
                <w:szCs w:val="24"/>
              </w:rPr>
              <w:t xml:space="preserve">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56</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Журнал «Пробудитесь!» от 22 октября 2000 года, издательство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lastRenderedPageBreak/>
              <w:t>Pennsylvania</w:t>
            </w:r>
            <w:r w:rsidRPr="00041EDA">
              <w:rPr>
                <w:rFonts w:ascii="Times New Roman" w:eastAsia="MS Mincho" w:hAnsi="Times New Roman" w:cs="Times New Roman"/>
                <w:sz w:val="24"/>
                <w:szCs w:val="24"/>
              </w:rPr>
              <w:t xml:space="preserve">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562.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«Пробудитесь!» апрель 2008 года, издательство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Pennsylvania</w:t>
            </w:r>
            <w:r w:rsidRPr="00041EDA">
              <w:rPr>
                <w:rFonts w:ascii="Times New Roman" w:eastAsia="MS Mincho" w:hAnsi="Times New Roman" w:cs="Times New Roman"/>
                <w:sz w:val="24"/>
                <w:szCs w:val="24"/>
              </w:rPr>
              <w:t xml:space="preserve">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563.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«Пробудитесь!» январь 2009 года, издательство </w:t>
            </w:r>
            <w:r w:rsidRPr="00041EDA">
              <w:rPr>
                <w:rFonts w:ascii="Times New Roman" w:eastAsia="MS Mincho" w:hAnsi="Times New Roman" w:cs="Times New Roman"/>
                <w:sz w:val="24"/>
                <w:szCs w:val="24"/>
                <w:lang w:val="en-US"/>
              </w:rPr>
              <w:t>Watch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tower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Bible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Traktat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Society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Pennsylvania</w:t>
            </w:r>
            <w:r w:rsidRPr="00041EDA">
              <w:rPr>
                <w:rFonts w:ascii="Times New Roman" w:eastAsia="MS Mincho" w:hAnsi="Times New Roman" w:cs="Times New Roman"/>
                <w:sz w:val="24"/>
                <w:szCs w:val="24"/>
              </w:rPr>
              <w:t xml:space="preserve">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564.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Журнал «Сторожевая Башня возвещает царство Иеговы» от 15 мая 1998 издательство Watch tower Bible und Traktat -Gesellschaft Deutscher Zwelg. V</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565.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Журнал «Сторожевая Башня возвещает царство Иеговы» от 1 октября 1998 издательство Watch tower Bible und Traktat-Gesellschaft Deutscher Zwelg. V</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566.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Журнал «Сторожевая Башня возвещает царство Иеговы» от 15 февраля 1999 издательство Watch tower Bible und Traktat-Gesellschaft Deutscher Zwelg. V</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567.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Журнал «Сторожевая Башня возвещает царство Иеговы» от 1 мая 1999 издательство Watch tower Bible und Traktat-Gesellschaft Deutscher Zwelg. V</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568.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Журнал «Сторожевая Башня возвещает царство Иеговы» от 1 ноября 2001 издательство Watch tower Bible und Traktat-Gesellschaft Deutscher Zwelg. V</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570.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Журнал «Сторожевая Башня возвещает царство Иеговы» от 1 марта 2002 издательство Watch tower Bible und Traktat-Gesellschaft Deutscher Zwelg. V</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571.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Журнал «Сторожевая Башня возвещает царство Иеговы» от 1 января 2009 издательство Watch tower Bible und Traktat-Gesellschaft Deutscher Zwelg. V</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572.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Журнал «Сторожевая Башня возвещает царство Иеговы» от 15 января 2009 издательство Watch tower Bible und Traktat-Gesellschaft Deutscher Zwelg. V</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573.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Журнал «Сторожевая Башня возвещает царство Иеговы» от 1 февраля 2009 издательство Watch tower Bible und Traktat-Gesellschaft Deutscher Zwelg. V</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Selters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Taunus</w:t>
            </w:r>
            <w:r w:rsidRPr="00041EDA">
              <w:rPr>
                <w:rFonts w:ascii="Times New Roman" w:eastAsia="MS Mincho" w:hAnsi="Times New Roman" w:cs="Times New Roman"/>
                <w:sz w:val="24"/>
                <w:szCs w:val="24"/>
              </w:rPr>
              <w:t xml:space="preserve"> (решение Горно-Алтайского городского суда Республики Алтай от 01.10.2009).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57</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w:t>
            </w:r>
            <w:r w:rsidRPr="00041EDA">
              <w:rPr>
                <w:rFonts w:ascii="Times New Roman" w:eastAsia="MS Mincho" w:hAnsi="Times New Roman" w:cs="Times New Roman"/>
                <w:sz w:val="24"/>
                <w:szCs w:val="24"/>
              </w:rPr>
              <w:lastRenderedPageBreak/>
              <w:t>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575.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576.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577.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578.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579.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Обращения, размещенные неустановленным лицом под псевдонимом «</w:t>
            </w:r>
            <w:r w:rsidRPr="00041EDA">
              <w:rPr>
                <w:rFonts w:ascii="Times New Roman" w:eastAsia="MS Mincho" w:hAnsi="Times New Roman" w:cs="Times New Roman"/>
                <w:sz w:val="24"/>
                <w:szCs w:val="24"/>
                <w:lang w:val="en-US"/>
              </w:rPr>
              <w:t>Patriot</w:t>
            </w:r>
            <w:r w:rsidRPr="00041EDA">
              <w:rPr>
                <w:rFonts w:ascii="Times New Roman" w:eastAsia="MS Mincho" w:hAnsi="Times New Roman" w:cs="Times New Roman"/>
                <w:sz w:val="24"/>
                <w:szCs w:val="24"/>
              </w:rPr>
              <w:t xml:space="preserve">.» в сети Интернет на форуме сайта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circassia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Forumieren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de</w:t>
            </w:r>
            <w:r w:rsidRPr="00041EDA">
              <w:rPr>
                <w:rFonts w:ascii="Times New Roman" w:eastAsia="MS Mincho" w:hAnsi="Times New Roman" w:cs="Times New Roman"/>
                <w:sz w:val="24"/>
                <w:szCs w:val="24"/>
              </w:rPr>
              <w:t xml:space="preserve"> Международного Черкесского Движения к Адыгам (решение Майкопского городского суда Республики Адыгея от 06.11.2009).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58</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Интернет-проект «Большая Игра «Сломай систему» (решение Железнодорожного районного суда города Барнаула Алтайского края от 20.01.2010).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581.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Интернет-сайт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rusigra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xml:space="preserve"> (решение Железнодорожного районного суда города Барнаула Алтайского края от 20.01.2010).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582.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Интернет-сайт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rusigra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info</w:t>
            </w:r>
            <w:r w:rsidRPr="00041EDA">
              <w:rPr>
                <w:rFonts w:ascii="Times New Roman" w:eastAsia="MS Mincho" w:hAnsi="Times New Roman" w:cs="Times New Roman"/>
                <w:sz w:val="24"/>
                <w:szCs w:val="24"/>
              </w:rPr>
              <w:t xml:space="preserve"> (решение Железнодорожного районного суда города Барнаула Алтайского края от 20.01.2010).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583.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Интернет-сайт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rusigra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livejournal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(решение Железнодорожного районного суда города Барнаула Алтайского края от 20.01.2010).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584.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Интернет-сайт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BelPar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xml:space="preserve"> (решение Железнодорожного районного суда города Барнаула Алтайского края от 20.01.2010).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585.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Интернет-сайт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sbl</w:t>
            </w:r>
            <w:r w:rsidRPr="00041EDA">
              <w:rPr>
                <w:rFonts w:ascii="Times New Roman" w:eastAsia="MS Mincho" w:hAnsi="Times New Roman" w:cs="Times New Roman"/>
                <w:sz w:val="24"/>
                <w:szCs w:val="24"/>
              </w:rPr>
              <w:t>4.</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xml:space="preserve"> (решение Железнодорожного районного суда города Барнаула Алтайского края от 20.01.2010).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586.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Интернет-сайт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.3</w:t>
            </w:r>
            <w:r w:rsidRPr="00041EDA">
              <w:rPr>
                <w:rFonts w:ascii="Times New Roman" w:eastAsia="MS Mincho" w:hAnsi="Times New Roman" w:cs="Times New Roman"/>
                <w:sz w:val="24"/>
                <w:szCs w:val="24"/>
                <w:lang w:val="en-US"/>
              </w:rPr>
              <w:t>a</w:t>
            </w:r>
            <w:r w:rsidRPr="00041EDA">
              <w:rPr>
                <w:rFonts w:ascii="Times New Roman" w:eastAsia="MS Mincho" w:hAnsi="Times New Roman" w:cs="Times New Roman"/>
                <w:sz w:val="24"/>
                <w:szCs w:val="24"/>
              </w:rPr>
              <w:t>_</w:t>
            </w:r>
            <w:r w:rsidRPr="00041EDA">
              <w:rPr>
                <w:rFonts w:ascii="Times New Roman" w:eastAsia="MS Mincho" w:hAnsi="Times New Roman" w:cs="Times New Roman"/>
                <w:sz w:val="24"/>
                <w:szCs w:val="24"/>
                <w:lang w:val="en-US"/>
              </w:rPr>
              <w:t>pycb</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livejornal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(решение Железнодорожного районного суда города Барнаула Алтайского края от 20.01.2010).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587.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Интернет-сайт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rusinfo</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xml:space="preserve"> (решение Железнодорожного районного суда города Барнаула Алтайского края от 20.01.2010).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588.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589.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590.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591.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Видеоролик ((</w:t>
            </w:r>
            <w:r w:rsidRPr="00041EDA">
              <w:rPr>
                <w:rFonts w:ascii="Times New Roman" w:eastAsia="MS Mincho" w:hAnsi="Times New Roman" w:cs="Times New Roman"/>
                <w:sz w:val="24"/>
                <w:szCs w:val="24"/>
                <w:lang w:val="en-US"/>
              </w:rPr>
              <w:t>Present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NjOY</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Sever</w:t>
            </w:r>
            <w:r w:rsidRPr="00041EDA">
              <w:rPr>
                <w:rFonts w:ascii="Times New Roman" w:eastAsia="MS Mincho" w:hAnsi="Times New Roman" w:cs="Times New Roman"/>
                <w:sz w:val="24"/>
                <w:szCs w:val="24"/>
              </w:rPr>
              <w:t xml:space="preserve">, Маньяк, </w:t>
            </w:r>
            <w:r w:rsidRPr="00041EDA">
              <w:rPr>
                <w:rFonts w:ascii="Times New Roman" w:eastAsia="MS Mincho" w:hAnsi="Times New Roman" w:cs="Times New Roman"/>
                <w:sz w:val="24"/>
                <w:szCs w:val="24"/>
                <w:lang w:val="en-US"/>
              </w:rPr>
              <w:t>Satana</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Kuzmich</w:t>
            </w:r>
            <w:r w:rsidRPr="00041EDA">
              <w:rPr>
                <w:rFonts w:ascii="Times New Roman" w:eastAsia="MS Mincho" w:hAnsi="Times New Roman" w:cs="Times New Roman"/>
                <w:sz w:val="24"/>
                <w:szCs w:val="24"/>
              </w:rPr>
              <w:t>» (решение Нефтекамского городского суда Республики Башкортостан от 20.01.2010).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592.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Интернет-сайт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dpni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kirov</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xml:space="preserve"> (решение Первомайского районного суда г. Кирова Кировской области от 14.01.2010).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59</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Материалы Потребительского общества и Нейро©Общества «Колоград» на звуковом файле «СЕМИНАР.</w:t>
            </w:r>
            <w:r w:rsidRPr="00041EDA">
              <w:rPr>
                <w:rFonts w:ascii="Times New Roman" w:eastAsia="MS Mincho" w:hAnsi="Times New Roman" w:cs="Times New Roman"/>
                <w:sz w:val="24"/>
                <w:szCs w:val="24"/>
                <w:lang w:val="en-US"/>
              </w:rPr>
              <w:t>mav</w:t>
            </w:r>
            <w:r w:rsidRPr="00041EDA">
              <w:rPr>
                <w:rFonts w:ascii="Times New Roman" w:eastAsia="MS Mincho" w:hAnsi="Times New Roman" w:cs="Times New Roman"/>
                <w:sz w:val="24"/>
                <w:szCs w:val="24"/>
              </w:rPr>
              <w:t xml:space="preserve">», на </w:t>
            </w:r>
            <w:r w:rsidRPr="00041EDA">
              <w:rPr>
                <w:rFonts w:ascii="Times New Roman" w:eastAsia="MS Mincho" w:hAnsi="Times New Roman" w:cs="Times New Roman"/>
                <w:sz w:val="24"/>
                <w:szCs w:val="24"/>
                <w:lang w:val="en-US"/>
              </w:rPr>
              <w:t>CD</w:t>
            </w:r>
            <w:r w:rsidRPr="00041EDA">
              <w:rPr>
                <w:rFonts w:ascii="Times New Roman" w:eastAsia="MS Mincho" w:hAnsi="Times New Roman" w:cs="Times New Roman"/>
                <w:sz w:val="24"/>
                <w:szCs w:val="24"/>
              </w:rPr>
              <w:t>-диске с маркировками «</w:t>
            </w:r>
            <w:r w:rsidRPr="00041EDA">
              <w:rPr>
                <w:rFonts w:ascii="Times New Roman" w:eastAsia="MS Mincho" w:hAnsi="Times New Roman" w:cs="Times New Roman"/>
                <w:sz w:val="24"/>
                <w:szCs w:val="24"/>
                <w:lang w:val="en-US"/>
              </w:rPr>
              <w:t>smartbuy</w:t>
            </w:r>
            <w:r w:rsidRPr="00041EDA">
              <w:rPr>
                <w:rFonts w:ascii="Times New Roman" w:eastAsia="MS Mincho" w:hAnsi="Times New Roman" w:cs="Times New Roman"/>
                <w:sz w:val="24"/>
                <w:szCs w:val="24"/>
              </w:rPr>
              <w:t>» «</w:t>
            </w:r>
            <w:r w:rsidRPr="00041EDA">
              <w:rPr>
                <w:rFonts w:ascii="Times New Roman" w:eastAsia="MS Mincho" w:hAnsi="Times New Roman" w:cs="Times New Roman"/>
                <w:sz w:val="24"/>
                <w:szCs w:val="24"/>
                <w:lang w:val="en-US"/>
              </w:rPr>
              <w:t>CD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«52-Х», «80 </w:t>
            </w:r>
            <w:r w:rsidRPr="00041EDA">
              <w:rPr>
                <w:rFonts w:ascii="Times New Roman" w:eastAsia="MS Mincho" w:hAnsi="Times New Roman" w:cs="Times New Roman"/>
                <w:sz w:val="24"/>
                <w:szCs w:val="24"/>
                <w:lang w:val="en-US"/>
              </w:rPr>
              <w:t>min</w:t>
            </w:r>
            <w:r w:rsidRPr="00041EDA">
              <w:rPr>
                <w:rFonts w:ascii="Times New Roman" w:eastAsia="MS Mincho" w:hAnsi="Times New Roman" w:cs="Times New Roman"/>
                <w:sz w:val="24"/>
                <w:szCs w:val="24"/>
              </w:rPr>
              <w:t xml:space="preserve">», «700МВ» с записью </w:t>
            </w:r>
            <w:r w:rsidRPr="00041EDA">
              <w:rPr>
                <w:rFonts w:ascii="Times New Roman" w:eastAsia="MS Mincho" w:hAnsi="Times New Roman" w:cs="Times New Roman"/>
                <w:sz w:val="24"/>
                <w:szCs w:val="24"/>
              </w:rPr>
              <w:lastRenderedPageBreak/>
              <w:t>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594.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595.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596.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597.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598.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599.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600.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CD</w:t>
            </w:r>
            <w:r w:rsidRPr="00041EDA">
              <w:rPr>
                <w:rFonts w:ascii="Times New Roman" w:eastAsia="MS Mincho" w:hAnsi="Times New Roman" w:cs="Times New Roman"/>
                <w:sz w:val="24"/>
                <w:szCs w:val="24"/>
              </w:rPr>
              <w:t>-диск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w:t>
            </w:r>
            <w:r w:rsidRPr="00041EDA">
              <w:rPr>
                <w:rFonts w:ascii="Times New Roman" w:eastAsia="MS Mincho" w:hAnsi="Times New Roman" w:cs="Times New Roman"/>
                <w:sz w:val="24"/>
                <w:szCs w:val="24"/>
                <w:lang w:val="en-US"/>
              </w:rPr>
              <w:t>(решение Черкесского городского суда Карачаево-Черкесской Республики от 19.03.2010).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602.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«Славяно-Арии», размещенную в компьютерной сети Интернет (решение Заводского районного суда города Кемерово от 24.03.2010).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603.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«Великоросский Хозяин» № 21 за 2004 «Рассуждение о расовых предрассудках» (заочное решение Бутырского районного суда города Москвы от 25.12.2009).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604.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А. Гитлера «Майн Кампф» (Моя борьба) (решение Кировского районного суда г. Уфы от 24.03.2010).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605.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«Великоросский Хозяин» № 1 (23) за 2007 «Еврейская стратегия» (заочное решение Бутырского районного суда города Москвы от 25.12.2009).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606.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 16 журнала Великоросской национальной партии «Великоросский хозяин» 2006 «Почему всем великороссам надо быть националистами?» </w:t>
            </w:r>
            <w:r w:rsidRPr="00041EDA">
              <w:rPr>
                <w:rFonts w:ascii="Times New Roman" w:eastAsia="MS Mincho" w:hAnsi="Times New Roman" w:cs="Times New Roman"/>
                <w:sz w:val="24"/>
                <w:szCs w:val="24"/>
                <w:lang w:val="en-US"/>
              </w:rPr>
              <w:t>(заочное решение Бутырского районного суда города Москвы от 07.10.2009).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608.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609.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610.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61</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lastRenderedPageBreak/>
              <w:t xml:space="preserve">Журнал «Великоросский Хозяин» № 9 (15) за 2005 «Чье Государство Россия?» </w:t>
            </w:r>
            <w:r w:rsidRPr="00041EDA">
              <w:rPr>
                <w:rFonts w:ascii="Times New Roman" w:eastAsia="MS Mincho" w:hAnsi="Times New Roman" w:cs="Times New Roman"/>
                <w:sz w:val="24"/>
                <w:szCs w:val="24"/>
                <w:lang w:val="en-US"/>
              </w:rPr>
              <w:t xml:space="preserve">(заочное решение </w:t>
            </w:r>
            <w:r w:rsidRPr="00041EDA">
              <w:rPr>
                <w:rFonts w:ascii="Times New Roman" w:eastAsia="MS Mincho" w:hAnsi="Times New Roman" w:cs="Times New Roman"/>
                <w:sz w:val="24"/>
                <w:szCs w:val="24"/>
                <w:lang w:val="en-US"/>
              </w:rPr>
              <w:lastRenderedPageBreak/>
              <w:t>Бутырского районного суда города Москвы от 25.12.2009).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612.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613.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«Великоросский Хозяин» № 5 (11) за 2004 «Наш страх это главное оружие жидовских оккупантов» (заочное решение Бутырского районного суда города Москвы от 25.12.2009).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614.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 сайт «К. Пат, Русский националист, участник РНЕ», расположенный по адресу: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pat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index</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livejournal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(решение Кировского районного суда г. Уфы Республики Башкортостан от 06.10.2009).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615.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616.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Информационный материал «Пособие по уличному террору», размещенный на Интернет – ресурсе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://14.</w:t>
            </w:r>
            <w:r w:rsidRPr="00041EDA">
              <w:rPr>
                <w:rFonts w:ascii="Times New Roman" w:eastAsia="MS Mincho" w:hAnsi="Times New Roman" w:cs="Times New Roman"/>
                <w:sz w:val="24"/>
                <w:szCs w:val="24"/>
                <w:lang w:val="en-US"/>
              </w:rPr>
              <w:t>ucoz</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Няганского городского суда Ханты – Мансийского автономного округа – Югры от 05.04.2010).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617.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w:t>
            </w:r>
            <w:r w:rsidRPr="00041EDA">
              <w:rPr>
                <w:rFonts w:ascii="Times New Roman" w:eastAsia="MS Mincho" w:hAnsi="Times New Roman" w:cs="Times New Roman"/>
                <w:sz w:val="24"/>
                <w:szCs w:val="24"/>
                <w:lang w:val="en-US"/>
              </w:rPr>
              <w:t>read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php</w:t>
            </w:r>
            <w:r w:rsidRPr="00041EDA">
              <w:rPr>
                <w:rFonts w:ascii="Times New Roman" w:eastAsia="MS Mincho" w:hAnsi="Times New Roman" w:cs="Times New Roman"/>
                <w:sz w:val="24"/>
                <w:szCs w:val="24"/>
              </w:rPr>
              <w:t>?40,1407876, пользователем под именем «</w:t>
            </w:r>
            <w:r w:rsidRPr="00041EDA">
              <w:rPr>
                <w:rFonts w:ascii="Times New Roman" w:eastAsia="MS Mincho" w:hAnsi="Times New Roman" w:cs="Times New Roman"/>
                <w:sz w:val="24"/>
                <w:szCs w:val="24"/>
                <w:lang w:val="en-US"/>
              </w:rPr>
              <w:t>Mobile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Spec</w:t>
            </w:r>
            <w:r w:rsidRPr="00041EDA">
              <w:rPr>
                <w:rFonts w:ascii="Times New Roman" w:eastAsia="MS Mincho" w:hAnsi="Times New Roman" w:cs="Times New Roman"/>
                <w:sz w:val="24"/>
                <w:szCs w:val="24"/>
              </w:rPr>
              <w:t xml:space="preserve">», начинающегося и заканчивающегося словами: «Я предлагаю тоже запретить….. звезду»; </w:t>
            </w:r>
            <w:r w:rsidRPr="00041EDA">
              <w:rPr>
                <w:rFonts w:ascii="Times New Roman" w:eastAsia="MS Mincho" w:hAnsi="Times New Roman" w:cs="Times New Roman"/>
                <w:sz w:val="24"/>
                <w:szCs w:val="24"/>
                <w:lang w:val="en-US"/>
              </w:rPr>
              <w:t>read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php</w:t>
            </w:r>
            <w:r w:rsidRPr="00041EDA">
              <w:rPr>
                <w:rFonts w:ascii="Times New Roman" w:eastAsia="MS Mincho" w:hAnsi="Times New Roman" w:cs="Times New Roman"/>
                <w:sz w:val="24"/>
                <w:szCs w:val="24"/>
              </w:rPr>
              <w:t xml:space="preserve">?40,1418216, </w:t>
            </w:r>
            <w:r w:rsidRPr="00041EDA">
              <w:rPr>
                <w:rFonts w:ascii="Times New Roman" w:eastAsia="MS Mincho" w:hAnsi="Times New Roman" w:cs="Times New Roman"/>
                <w:sz w:val="24"/>
                <w:szCs w:val="24"/>
                <w:lang w:val="en-US"/>
              </w:rPr>
              <w:t>page</w:t>
            </w:r>
            <w:r w:rsidRPr="00041EDA">
              <w:rPr>
                <w:rFonts w:ascii="Times New Roman" w:eastAsia="MS Mincho" w:hAnsi="Times New Roman" w:cs="Times New Roman"/>
                <w:sz w:val="24"/>
                <w:szCs w:val="24"/>
              </w:rPr>
              <w:t xml:space="preserve"> = 2; пользователем под именем «Спец», начинающегося и заканчивающегося </w:t>
            </w:r>
            <w:r w:rsidRPr="00041EDA">
              <w:rPr>
                <w:rFonts w:ascii="Times New Roman" w:eastAsia="MS Mincho" w:hAnsi="Times New Roman" w:cs="Times New Roman"/>
                <w:sz w:val="24"/>
                <w:szCs w:val="24"/>
              </w:rPr>
              <w:lastRenderedPageBreak/>
              <w:t xml:space="preserve">словами: «Это свидетельствует о ....богу»; </w:t>
            </w:r>
            <w:r w:rsidRPr="00041EDA">
              <w:rPr>
                <w:rFonts w:ascii="Times New Roman" w:eastAsia="MS Mincho" w:hAnsi="Times New Roman" w:cs="Times New Roman"/>
                <w:sz w:val="24"/>
                <w:szCs w:val="24"/>
                <w:lang w:val="en-US"/>
              </w:rPr>
              <w:t>read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php</w:t>
            </w:r>
            <w:r w:rsidRPr="00041EDA">
              <w:rPr>
                <w:rFonts w:ascii="Times New Roman" w:eastAsia="MS Mincho" w:hAnsi="Times New Roman" w:cs="Times New Roman"/>
                <w:sz w:val="24"/>
                <w:szCs w:val="24"/>
              </w:rPr>
              <w:t xml:space="preserve">?40,1418216, </w:t>
            </w:r>
            <w:r w:rsidRPr="00041EDA">
              <w:rPr>
                <w:rFonts w:ascii="Times New Roman" w:eastAsia="MS Mincho" w:hAnsi="Times New Roman" w:cs="Times New Roman"/>
                <w:sz w:val="24"/>
                <w:szCs w:val="24"/>
                <w:lang w:val="en-US"/>
              </w:rPr>
              <w:t>page</w:t>
            </w:r>
            <w:r w:rsidRPr="00041EDA">
              <w:rPr>
                <w:rFonts w:ascii="Times New Roman" w:eastAsia="MS Mincho" w:hAnsi="Times New Roman" w:cs="Times New Roman"/>
                <w:sz w:val="24"/>
                <w:szCs w:val="24"/>
              </w:rPr>
              <w:t xml:space="preserve"> = 2; пользователем под именем «Спец», начинающегося и заканчивающегося словами: «Для меня сами праздники «пасхи» .... Пусть делают что хотят»; </w:t>
            </w:r>
            <w:r w:rsidRPr="00041EDA">
              <w:rPr>
                <w:rFonts w:ascii="Times New Roman" w:eastAsia="MS Mincho" w:hAnsi="Times New Roman" w:cs="Times New Roman"/>
                <w:sz w:val="24"/>
                <w:szCs w:val="24"/>
                <w:lang w:val="en-US"/>
              </w:rPr>
              <w:t>read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php</w:t>
            </w:r>
            <w:r w:rsidRPr="00041EDA">
              <w:rPr>
                <w:rFonts w:ascii="Times New Roman" w:eastAsia="MS Mincho" w:hAnsi="Times New Roman" w:cs="Times New Roman"/>
                <w:sz w:val="24"/>
                <w:szCs w:val="24"/>
              </w:rPr>
              <w:t xml:space="preserve">?40,1418216, </w:t>
            </w:r>
            <w:r w:rsidRPr="00041EDA">
              <w:rPr>
                <w:rFonts w:ascii="Times New Roman" w:eastAsia="MS Mincho" w:hAnsi="Times New Roman" w:cs="Times New Roman"/>
                <w:sz w:val="24"/>
                <w:szCs w:val="24"/>
                <w:lang w:val="en-US"/>
              </w:rPr>
              <w:t>page</w:t>
            </w:r>
            <w:r w:rsidRPr="00041EDA">
              <w:rPr>
                <w:rFonts w:ascii="Times New Roman" w:eastAsia="MS Mincho" w:hAnsi="Times New Roman" w:cs="Times New Roman"/>
                <w:sz w:val="24"/>
                <w:szCs w:val="24"/>
              </w:rPr>
              <w:t xml:space="preserve"> = 3; пользователем под именем «</w:t>
            </w:r>
            <w:r w:rsidRPr="00041EDA">
              <w:rPr>
                <w:rFonts w:ascii="Times New Roman" w:eastAsia="MS Mincho" w:hAnsi="Times New Roman" w:cs="Times New Roman"/>
                <w:sz w:val="24"/>
                <w:szCs w:val="24"/>
                <w:lang w:val="en-US"/>
              </w:rPr>
              <w:t>TROLL</w:t>
            </w:r>
            <w:r w:rsidRPr="00041EDA">
              <w:rPr>
                <w:rFonts w:ascii="Times New Roman" w:eastAsia="MS Mincho" w:hAnsi="Times New Roman" w:cs="Times New Roman"/>
                <w:sz w:val="24"/>
                <w:szCs w:val="24"/>
              </w:rPr>
              <w:t xml:space="preserve">», начинающегося и заканчивающегося словами: «Хотя, что собой являет сатанизм.... фанатикам-христианам...»; </w:t>
            </w:r>
            <w:r w:rsidRPr="00041EDA">
              <w:rPr>
                <w:rFonts w:ascii="Times New Roman" w:eastAsia="MS Mincho" w:hAnsi="Times New Roman" w:cs="Times New Roman"/>
                <w:sz w:val="24"/>
                <w:szCs w:val="24"/>
                <w:lang w:val="en-US"/>
              </w:rPr>
              <w:t>read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php</w:t>
            </w:r>
            <w:r w:rsidRPr="00041EDA">
              <w:rPr>
                <w:rFonts w:ascii="Times New Roman" w:eastAsia="MS Mincho" w:hAnsi="Times New Roman" w:cs="Times New Roman"/>
                <w:sz w:val="24"/>
                <w:szCs w:val="24"/>
              </w:rPr>
              <w:t xml:space="preserve">?40,1397822; пользователем под именем «Молодой мастер», начинающегося и заканчивающегося словами: «Нужно всех евреев ... тут делать»; </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е</w:t>
            </w:r>
            <w:r w:rsidRPr="00041EDA">
              <w:rPr>
                <w:rFonts w:ascii="Times New Roman" w:eastAsia="MS Mincho" w:hAnsi="Times New Roman" w:cs="Times New Roman"/>
                <w:sz w:val="24"/>
                <w:szCs w:val="24"/>
                <w:lang w:val="en-US"/>
              </w:rPr>
              <w:t>ad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php</w:t>
            </w:r>
            <w:r w:rsidRPr="00041EDA">
              <w:rPr>
                <w:rFonts w:ascii="Times New Roman" w:eastAsia="MS Mincho" w:hAnsi="Times New Roman" w:cs="Times New Roman"/>
                <w:sz w:val="24"/>
                <w:szCs w:val="24"/>
              </w:rPr>
              <w:t>?40,1397822; пользователем под именем «</w:t>
            </w:r>
            <w:r w:rsidRPr="00041EDA">
              <w:rPr>
                <w:rFonts w:ascii="Times New Roman" w:eastAsia="MS Mincho" w:hAnsi="Times New Roman" w:cs="Times New Roman"/>
                <w:sz w:val="24"/>
                <w:szCs w:val="24"/>
                <w:lang w:val="en-US"/>
              </w:rPr>
              <w:t>ZaUroid</w:t>
            </w:r>
            <w:r w:rsidRPr="00041EDA">
              <w:rPr>
                <w:rFonts w:ascii="Times New Roman" w:eastAsia="MS Mincho" w:hAnsi="Times New Roman" w:cs="Times New Roman"/>
                <w:sz w:val="24"/>
                <w:szCs w:val="24"/>
              </w:rPr>
              <w:t xml:space="preserve">», начинающегося и заканчивающегося словами: «И будет тогда население ... половина немцев...»; </w:t>
            </w:r>
            <w:r w:rsidRPr="00041EDA">
              <w:rPr>
                <w:rFonts w:ascii="Times New Roman" w:eastAsia="MS Mincho" w:hAnsi="Times New Roman" w:cs="Times New Roman"/>
                <w:sz w:val="24"/>
                <w:szCs w:val="24"/>
                <w:lang w:val="en-US"/>
              </w:rPr>
              <w:t>read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php</w:t>
            </w:r>
            <w:r w:rsidRPr="00041EDA">
              <w:rPr>
                <w:rFonts w:ascii="Times New Roman" w:eastAsia="MS Mincho" w:hAnsi="Times New Roman" w:cs="Times New Roman"/>
                <w:sz w:val="24"/>
                <w:szCs w:val="24"/>
              </w:rPr>
              <w:t xml:space="preserve">?40,1397822;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w:t>
            </w:r>
            <w:r w:rsidRPr="00041EDA">
              <w:rPr>
                <w:rFonts w:ascii="Times New Roman" w:eastAsia="MS Mincho" w:hAnsi="Times New Roman" w:cs="Times New Roman"/>
                <w:sz w:val="24"/>
                <w:szCs w:val="24"/>
                <w:lang w:val="en-US"/>
              </w:rPr>
              <w:t>read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php</w:t>
            </w:r>
            <w:r w:rsidRPr="00041EDA">
              <w:rPr>
                <w:rFonts w:ascii="Times New Roman" w:eastAsia="MS Mincho" w:hAnsi="Times New Roman" w:cs="Times New Roman"/>
                <w:sz w:val="24"/>
                <w:szCs w:val="24"/>
              </w:rPr>
              <w:t>?40,1397$22;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паразитов следует уничтожить» (решение Ленинского районного суда г. Владивостока Приморского края от 09.02.2010).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618.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 (решение Нальчикского городского суда Кабардино-Балкарской Республики от 17.03.2010).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619.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islamdin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09.02.2010 (решение Нальчикского городского суда Кабардино-Балкарской Республики от 05.04.2010).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620.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islamdin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04.06.2009 (решение Нальчикского городского суда Кабардино-Балкарской Республики от 05.04.2010).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621.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islamdin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19.02.2009 (решение Нальчикского городского суда Кабардино-Балкарской Республики от 05.04.2010).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Журнал «Русская воля» № 11 (март 2008 года) и брошюра «Некоторые рекомендации по уличному насилию» </w:t>
            </w:r>
            <w:r w:rsidRPr="00041EDA">
              <w:rPr>
                <w:rFonts w:ascii="Times New Roman" w:eastAsia="MS Mincho" w:hAnsi="Times New Roman" w:cs="Times New Roman"/>
                <w:sz w:val="24"/>
                <w:szCs w:val="24"/>
                <w:lang w:val="en-US"/>
              </w:rPr>
              <w:t>(решение Городецкого городского суда Нижегородской области от 05.04.2010).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623.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624.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 ресурс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BelPar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xml:space="preserve"> с содержащимися на нем информационными материалами «Белый партизан» (решение Советского районного суда города Липецка от 22.04.2010).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625.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Публикация «Вместе мы уничтожим врага! Слава России!» (решение Центрального районного суда города Кемерово от 07.04.2010).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626.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Интернет-ресурс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Russia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bloodandhonour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net</w:t>
            </w:r>
            <w:r w:rsidRPr="00041EDA">
              <w:rPr>
                <w:rFonts w:ascii="Times New Roman" w:eastAsia="MS Mincho" w:hAnsi="Times New Roman" w:cs="Times New Roman"/>
                <w:sz w:val="24"/>
                <w:szCs w:val="24"/>
              </w:rPr>
              <w:t xml:space="preserve"> с содержащимися на нем материалами «</w:t>
            </w:r>
            <w:r w:rsidRPr="00041EDA">
              <w:rPr>
                <w:rFonts w:ascii="Times New Roman" w:eastAsia="MS Mincho" w:hAnsi="Times New Roman" w:cs="Times New Roman"/>
                <w:sz w:val="24"/>
                <w:szCs w:val="24"/>
                <w:lang w:val="en-US"/>
              </w:rPr>
              <w:t>Blood</w:t>
            </w:r>
            <w:r w:rsidRPr="00041EDA">
              <w:rPr>
                <w:rFonts w:ascii="Times New Roman" w:eastAsia="MS Mincho" w:hAnsi="Times New Roman" w:cs="Times New Roman"/>
                <w:sz w:val="24"/>
                <w:szCs w:val="24"/>
              </w:rPr>
              <w:t xml:space="preserve"> &amp; </w:t>
            </w:r>
            <w:r w:rsidRPr="00041EDA">
              <w:rPr>
                <w:rFonts w:ascii="Times New Roman" w:eastAsia="MS Mincho" w:hAnsi="Times New Roman" w:cs="Times New Roman"/>
                <w:sz w:val="24"/>
                <w:szCs w:val="24"/>
                <w:lang w:val="en-US"/>
              </w:rPr>
              <w:t>Honour</w:t>
            </w:r>
            <w:r w:rsidRPr="00041EDA">
              <w:rPr>
                <w:rFonts w:ascii="Times New Roman" w:eastAsia="MS Mincho" w:hAnsi="Times New Roman" w:cs="Times New Roman"/>
                <w:sz w:val="24"/>
                <w:szCs w:val="24"/>
              </w:rPr>
              <w:t>» (решение Советского районного суда города Липецка от 07.04.2010).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627.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 ресурс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KavkazChat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с содержащимися на нем информационными материалами (решение Советского районного суда города Липецка от 22.04.2010).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w:t>
            </w:r>
            <w:r w:rsidRPr="00041EDA">
              <w:rPr>
                <w:rFonts w:ascii="Times New Roman" w:eastAsia="MS Mincho" w:hAnsi="Times New Roman" w:cs="Times New Roman"/>
                <w:sz w:val="24"/>
                <w:szCs w:val="24"/>
                <w:lang w:val="en-US"/>
              </w:rPr>
              <w:t>(решение Октябрьского районного суда Санкт-Петербурга от 31.03.2010)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629.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630.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631.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w:t>
            </w:r>
            <w:r w:rsidRPr="00041EDA">
              <w:rPr>
                <w:rFonts w:ascii="Times New Roman" w:eastAsia="MS Mincho" w:hAnsi="Times New Roman" w:cs="Times New Roman"/>
                <w:sz w:val="24"/>
                <w:szCs w:val="24"/>
              </w:rPr>
              <w:lastRenderedPageBreak/>
              <w:t xml:space="preserve">материалов Л.Рона Хаббарда с номера 632 по номер 660. </w:t>
            </w:r>
            <w:r w:rsidRPr="00041EDA">
              <w:rPr>
                <w:rFonts w:ascii="Times New Roman" w:eastAsia="MS Mincho" w:hAnsi="Times New Roman" w:cs="Times New Roman"/>
                <w:sz w:val="24"/>
                <w:szCs w:val="24"/>
                <w:lang w:val="en-US"/>
              </w:rPr>
              <w:t>Определение вступило в законную силу 26 апреля 2011 г.</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661.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Статья под названием «Именем Аллаха призываем вас вступать в ряды сражающихся и их помощников. (Муджахиды Валаята Г1алг1айче)», опубликованную 17.12.2009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ingushetia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(решение Магасского районного суда Республики Ингушетия от 12.04.2010).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662.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Статью под названием «Полюбить джихад – значит познать истинную цену этого мира», опубликованную 17.03.2009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hunafa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Магасского районного суда Республики Ингушетия от 21.04.2010).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663.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Интернет-ресурс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hunafa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Магасского районного суда Республики Ингушетия от 12.04.2010).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664.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Статья под названием «Призыв Аушевых ко всем жителям Республики Ингушетия», опубликованную 25.10.2009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ingushetia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(решение Магасского районного суда Республики Ингушетия от 05.04.2010).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665.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Статья Джамиля Шаньморта под названием «Кавказ обречен без Джихада», опубликованную 12.03.2009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hunafa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Магасского районного суда Республики Ингушетия от 13.05.2010).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666.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Статья Джамиля Шаньморта под названием «С Россией пора кончать!», опубликованную 16.03.2009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hunafa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Магасского районного суда Республики Ингушетия от 13.05.2010).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667.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Запись исключена из списка (смотри № 616).</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668.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Б. Муссолини «Доктрина фашизма» (решение Кировского районного суда города Уфы Республики Башкортостан от 26.05.2010).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w:t>
            </w:r>
            <w:r w:rsidRPr="00041EDA">
              <w:rPr>
                <w:rFonts w:ascii="Times New Roman" w:eastAsia="MS Mincho" w:hAnsi="Times New Roman" w:cs="Times New Roman"/>
                <w:sz w:val="24"/>
                <w:szCs w:val="24"/>
                <w:lang w:val="en-US"/>
              </w:rPr>
              <w:lastRenderedPageBreak/>
              <w:t>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670.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Файлы: 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w:t>
            </w:r>
            <w:r w:rsidRPr="00041EDA">
              <w:rPr>
                <w:rFonts w:ascii="Times New Roman" w:eastAsia="MS Mincho" w:hAnsi="Times New Roman" w:cs="Times New Roman"/>
                <w:sz w:val="24"/>
                <w:szCs w:val="24"/>
                <w:lang w:val="en-US"/>
              </w:rPr>
              <w:lastRenderedPageBreak/>
              <w:t>Кировского районного суда города Томска от 21.07.2009).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673.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67</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Файлы: дискография.dос; collage 2.jpg collage 3.jpg; collage4.jpg; collage5.jpg; collage6.jpg; collage7.jpg; nas_ne_ostan_www.jpg; nas_ne_ostanovit_www.jpg; nepobedimoe_voy_www.jpg; </w:t>
            </w:r>
            <w:r w:rsidRPr="00041EDA">
              <w:rPr>
                <w:rFonts w:ascii="Times New Roman" w:eastAsia="MS Mincho" w:hAnsi="Times New Roman" w:cs="Times New Roman"/>
                <w:sz w:val="24"/>
                <w:szCs w:val="24"/>
                <w:lang w:val="en-US"/>
              </w:rPr>
              <w:lastRenderedPageBreak/>
              <w:t>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676.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Файл </w:t>
            </w:r>
            <w:r w:rsidRPr="00041EDA">
              <w:rPr>
                <w:rFonts w:ascii="Times New Roman" w:eastAsia="MS Mincho" w:hAnsi="Times New Roman" w:cs="Times New Roman"/>
                <w:sz w:val="24"/>
                <w:szCs w:val="24"/>
                <w:lang w:val="en-US"/>
              </w:rPr>
              <w:t>Bound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for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Glory</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Run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nigger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nigger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wmv</w:t>
            </w:r>
            <w:r w:rsidRPr="00041EDA">
              <w:rPr>
                <w:rFonts w:ascii="Times New Roman" w:eastAsia="MS Mincho" w:hAnsi="Times New Roman" w:cs="Times New Roman"/>
                <w:sz w:val="24"/>
                <w:szCs w:val="24"/>
              </w:rPr>
              <w:t xml:space="preserve">, содержащийся на </w:t>
            </w:r>
            <w:r w:rsidRPr="00041EDA">
              <w:rPr>
                <w:rFonts w:ascii="Times New Roman" w:eastAsia="MS Mincho" w:hAnsi="Times New Roman" w:cs="Times New Roman"/>
                <w:sz w:val="24"/>
                <w:szCs w:val="24"/>
                <w:lang w:val="en-US"/>
              </w:rPr>
              <w:t>DVD</w:t>
            </w:r>
            <w:r w:rsidRPr="00041EDA">
              <w:rPr>
                <w:rFonts w:ascii="Times New Roman" w:eastAsia="MS Mincho" w:hAnsi="Times New Roman" w:cs="Times New Roman"/>
                <w:sz w:val="24"/>
                <w:szCs w:val="24"/>
              </w:rPr>
              <w:t xml:space="preserve"> диске № 23 (решение Кировского районного суда города Томска от 21.07.2009).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677.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Запись исключена из списка (смотри № 619).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678.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Запись исключена из списка (смотри № 620).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679.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Запись исключена из списка (смотри № 621).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680.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Информационный материал дефиницию (определение) «Чеченская Республика» в 58 томе книжного издания «Большая энциклопедия» (Москва, издательство «Терра», 2006 г.) </w:t>
            </w:r>
            <w:r w:rsidRPr="00041EDA">
              <w:rPr>
                <w:rFonts w:ascii="Times New Roman" w:eastAsia="MS Mincho" w:hAnsi="Times New Roman" w:cs="Times New Roman"/>
                <w:sz w:val="24"/>
                <w:szCs w:val="24"/>
                <w:lang w:val="en-US"/>
              </w:rPr>
              <w:t>(решение Заводского районного суда города Грозного от 05.04.2010).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681.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682.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Запись исключена из списка (смотри № 615).</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683.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684.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685.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Реклама магазина молодежной одежды «</w:t>
            </w:r>
            <w:r w:rsidRPr="00041EDA">
              <w:rPr>
                <w:rFonts w:ascii="Times New Roman" w:eastAsia="MS Mincho" w:hAnsi="Times New Roman" w:cs="Times New Roman"/>
                <w:sz w:val="24"/>
                <w:szCs w:val="24"/>
                <w:lang w:val="en-US"/>
              </w:rPr>
              <w:t>EXTRA</w:t>
            </w:r>
            <w:r w:rsidRPr="00041EDA">
              <w:rPr>
                <w:rFonts w:ascii="Times New Roman" w:eastAsia="MS Mincho" w:hAnsi="Times New Roman" w:cs="Times New Roman"/>
                <w:sz w:val="24"/>
                <w:szCs w:val="24"/>
              </w:rPr>
              <w:t>»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68</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Видеоматериал «</w:t>
            </w:r>
            <w:r w:rsidRPr="00041EDA">
              <w:rPr>
                <w:rFonts w:ascii="Times New Roman" w:eastAsia="MS Mincho" w:hAnsi="Times New Roman" w:cs="Times New Roman"/>
                <w:sz w:val="24"/>
                <w:szCs w:val="24"/>
                <w:lang w:val="en-US"/>
              </w:rPr>
              <w:t>KAVKAZ</w:t>
            </w:r>
            <w:r w:rsidRPr="00041EDA">
              <w:rPr>
                <w:rFonts w:ascii="Times New Roman" w:eastAsia="MS Mincho" w:hAnsi="Times New Roman" w:cs="Times New Roman"/>
                <w:sz w:val="24"/>
                <w:szCs w:val="24"/>
              </w:rPr>
              <w:t xml:space="preserve">» на Интернет-странице по электронному адресу: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id</w:t>
            </w:r>
            <w:r w:rsidRPr="00041EDA">
              <w:rPr>
                <w:rFonts w:ascii="Times New Roman" w:eastAsia="MS Mincho" w:hAnsi="Times New Roman" w:cs="Times New Roman"/>
                <w:sz w:val="24"/>
                <w:szCs w:val="24"/>
              </w:rPr>
              <w:t xml:space="preserve">28497819 </w:t>
            </w:r>
            <w:r w:rsidRPr="00041EDA">
              <w:rPr>
                <w:rFonts w:ascii="Times New Roman" w:eastAsia="MS Mincho" w:hAnsi="Times New Roman" w:cs="Times New Roman"/>
                <w:sz w:val="24"/>
                <w:szCs w:val="24"/>
              </w:rPr>
              <w:lastRenderedPageBreak/>
              <w:t>(решение Ленинского районного суда города Кемерово Кемеровской области от 25.05.2010).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687.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exsaga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livejournal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Бокситогорского городского суда Ленинградской области от 03.06.2010).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688.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w:t>
            </w:r>
            <w:r w:rsidRPr="00041EDA">
              <w:rPr>
                <w:rFonts w:ascii="Times New Roman" w:eastAsia="MS Mincho" w:hAnsi="Times New Roman" w:cs="Times New Roman"/>
                <w:sz w:val="24"/>
                <w:szCs w:val="24"/>
                <w:lang w:val="en-US"/>
              </w:rPr>
              <w:t>mili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mijlis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blogspot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и </w:t>
            </w:r>
            <w:r w:rsidRPr="00041EDA">
              <w:rPr>
                <w:rFonts w:ascii="Times New Roman" w:eastAsia="MS Mincho" w:hAnsi="Times New Roman" w:cs="Times New Roman"/>
                <w:sz w:val="24"/>
                <w:szCs w:val="24"/>
                <w:lang w:val="en-US"/>
              </w:rPr>
              <w:t>azatlyk</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vatan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blogspot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Набережночелнинского городского суда Республики Татарстан от 07.05.2010).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689.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Видеоматериалы «Почему скины и фашисты разные вещи» и «Нападение на московского скинхеда» (решение Октябрьского районного суда города Кирова от 04.06.2010).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690.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w:t>
            </w:r>
            <w:r w:rsidRPr="00041EDA">
              <w:rPr>
                <w:rFonts w:ascii="Times New Roman" w:eastAsia="MS Mincho" w:hAnsi="Times New Roman" w:cs="Times New Roman"/>
                <w:sz w:val="24"/>
                <w:szCs w:val="24"/>
              </w:rPr>
              <w:lastRenderedPageBreak/>
              <w:t xml:space="preserve">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w:t>
            </w:r>
            <w:r w:rsidRPr="00041EDA">
              <w:rPr>
                <w:rFonts w:ascii="Times New Roman" w:eastAsia="MS Mincho" w:hAnsi="Times New Roman" w:cs="Times New Roman"/>
                <w:sz w:val="24"/>
                <w:szCs w:val="24"/>
                <w:lang w:val="en-US"/>
              </w:rPr>
              <w:t>(решение Юргинского городского суда Кемеровской области от 14.04.2010).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692.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«Независимая Организация Националистов» (решение Железнодорожного районного суда города Рязани от 25.06.2010).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693.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694.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toislam</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Абаканского городского суда Республики Хакасия от 08.06.2010 и определение Абаканского городского суда Республики Хакасия от 12.07.2010).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695.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города Владимира от 09.06.2010).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69</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w:t>
            </w:r>
            <w:r w:rsidRPr="00041EDA">
              <w:rPr>
                <w:rFonts w:ascii="Times New Roman" w:eastAsia="MS Mincho" w:hAnsi="Times New Roman" w:cs="Times New Roman"/>
                <w:sz w:val="24"/>
                <w:szCs w:val="24"/>
              </w:rPr>
              <w:lastRenderedPageBreak/>
              <w:t>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697.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Фильм «Кровь в мечети Ибрагима», содержащийся на ДВД-диске (решение Соль-Илецкого районного суда Оренбургской области от 28.06.2010).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698.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Фильм «Боль», содержащийся на ДВД-диске (решение Соль-Илецкого районного суда Оренбургской области от 28.06.2010).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699.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Фильм «Иерусалим обещание небес»», содержащийся на ДВД-диске (решение Соль-Илецкого районного суда Оренбургской области от 28.06.2010).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700.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Фильм «Воззвание минаретов Аль-Кудса» содержащийся на ДВД-диске (решение Соль-Илецкого районного суда Оренбургской области от 28.06.2010).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701.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Фильм «Иерусалим и черная ненависть», содержащийся на ДВД-диске (решение Соль-Илецкого районного суда Оренбургской области от 28.06.2010).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70</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salahuddin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blog</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Нальчикского </w:t>
            </w:r>
            <w:r w:rsidRPr="00041EDA">
              <w:rPr>
                <w:rFonts w:ascii="Times New Roman" w:eastAsia="MS Mincho" w:hAnsi="Times New Roman" w:cs="Times New Roman"/>
                <w:sz w:val="24"/>
                <w:szCs w:val="24"/>
              </w:rPr>
              <w:lastRenderedPageBreak/>
              <w:t>городского суда Кабардино-Балкарской Республики от 10.06.2010).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hanufa</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(решение Нальчикского городского суда Кабардино-Балкарской Республики от 10.06.2010).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704.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Информационный материал - веб-ресурс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islamdin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w:t>
            </w:r>
            <w:r w:rsidRPr="00041EDA">
              <w:rPr>
                <w:rFonts w:ascii="Times New Roman" w:eastAsia="MS Mincho" w:hAnsi="Times New Roman" w:cs="Times New Roman"/>
                <w:sz w:val="24"/>
                <w:szCs w:val="24"/>
                <w:lang w:val="en-US"/>
              </w:rPr>
              <w:t>IP</w:t>
            </w:r>
            <w:r w:rsidRPr="00041EDA">
              <w:rPr>
                <w:rFonts w:ascii="Times New Roman" w:eastAsia="MS Mincho" w:hAnsi="Times New Roman" w:cs="Times New Roman"/>
                <w:sz w:val="24"/>
                <w:szCs w:val="24"/>
              </w:rPr>
              <w:t>-адрес 80.239.207.201), размещенный в информационно-телекоммуникационной сети «Интернет» (решение Верховного Суда Кабардино-Балкарской Республики от 06.07.2010).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705.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kavkazcenter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Нальчикского городского суда Кабардино-Балкарской Республики от 09.06.2010).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706.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707.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«Нам не безразлична судьба родины» (решение Красногвардейского районного суда Санкт-Петербурга от 19.07.2010).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70</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Печатное издание «Русский партизан. Церковно-повстанческий вестник № 27» (решение Красногвардейского районного суда Санкт-Петербурга от 19.07.2010).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709.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Интернет-ресурс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ingushetia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xml:space="preserve"> (решение Магасского районного суда Республики Ингушетия от 24.06.2010).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710.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711.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Информационный материал под общим названием «Набат», содержащий печатные материалы с подзаголовками «Зеленина в отставку!» и «Долой новых помещиков!» </w:t>
            </w:r>
            <w:r w:rsidRPr="00041EDA">
              <w:rPr>
                <w:rFonts w:ascii="Times New Roman" w:eastAsia="MS Mincho" w:hAnsi="Times New Roman" w:cs="Times New Roman"/>
                <w:sz w:val="24"/>
                <w:szCs w:val="24"/>
                <w:lang w:val="en-US"/>
              </w:rPr>
              <w:t>(решение Московского районного суда города Твери от 26.08.2010).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713.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«Убей! Нам нечего терять. Построй мост с богами!» на странице -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photo</w:t>
            </w:r>
            <w:r w:rsidRPr="00041EDA">
              <w:rPr>
                <w:rFonts w:ascii="Times New Roman" w:eastAsia="MS Mincho" w:hAnsi="Times New Roman" w:cs="Times New Roman"/>
                <w:sz w:val="24"/>
                <w:szCs w:val="24"/>
              </w:rPr>
              <w:t xml:space="preserve">-12739028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vkontaktc</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photo</w:t>
            </w:r>
            <w:r w:rsidRPr="00041EDA">
              <w:rPr>
                <w:rFonts w:ascii="Times New Roman" w:eastAsia="MS Mincho" w:hAnsi="Times New Roman" w:cs="Times New Roman"/>
                <w:sz w:val="24"/>
                <w:szCs w:val="24"/>
              </w:rPr>
              <w:t xml:space="preserve">-12739028 142600916; «Режь! СМИ - п...ц. Смерть системе! Убивать - весело! Время террора настало!...» на странице -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photo</w:t>
            </w:r>
            <w:r w:rsidRPr="00041EDA">
              <w:rPr>
                <w:rFonts w:ascii="Times New Roman" w:eastAsia="MS Mincho" w:hAnsi="Times New Roman" w:cs="Times New Roman"/>
                <w:sz w:val="24"/>
                <w:szCs w:val="24"/>
              </w:rPr>
              <w:t xml:space="preserve">-127.19028 ! 42600917; «Убей тинэйджера, сотвори над ним п...ц...» на странице –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pholo</w:t>
            </w:r>
            <w:r w:rsidRPr="00041EDA">
              <w:rPr>
                <w:rFonts w:ascii="Times New Roman" w:eastAsia="MS Mincho" w:hAnsi="Times New Roman" w:cs="Times New Roman"/>
                <w:sz w:val="24"/>
                <w:szCs w:val="24"/>
              </w:rPr>
              <w:t>-12739028_142601598; «Вали хачей. Умою я свою Россию кровью с улыбкой детской и любовью» на странице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photo</w:t>
            </w:r>
            <w:r w:rsidRPr="00041EDA">
              <w:rPr>
                <w:rFonts w:ascii="Times New Roman" w:eastAsia="MS Mincho" w:hAnsi="Times New Roman" w:cs="Times New Roman"/>
                <w:sz w:val="24"/>
                <w:szCs w:val="24"/>
              </w:rPr>
              <w:t xml:space="preserve">-12739028 142602138; «Смерть жидам. </w:t>
            </w:r>
            <w:r w:rsidRPr="00041EDA">
              <w:rPr>
                <w:rFonts w:ascii="Times New Roman" w:eastAsia="MS Mincho" w:hAnsi="Times New Roman" w:cs="Times New Roman"/>
                <w:sz w:val="24"/>
                <w:szCs w:val="24"/>
                <w:lang w:val="en-US"/>
              </w:rPr>
              <w:t>Ns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cc</w:t>
            </w:r>
            <w:r w:rsidRPr="00041EDA">
              <w:rPr>
                <w:rFonts w:ascii="Times New Roman" w:eastAsia="MS Mincho" w:hAnsi="Times New Roman" w:cs="Times New Roman"/>
                <w:sz w:val="24"/>
                <w:szCs w:val="24"/>
              </w:rPr>
              <w:t xml:space="preserve">» на странице -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photo</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w:t>
            </w:r>
            <w:r w:rsidRPr="00041EDA">
              <w:rPr>
                <w:rFonts w:ascii="Times New Roman" w:eastAsia="MS Mincho" w:hAnsi="Times New Roman" w:cs="Times New Roman"/>
                <w:sz w:val="24"/>
                <w:szCs w:val="24"/>
              </w:rPr>
              <w:t xml:space="preserve"> 2739028 142846621; «Нам нужна ваша кровь! Убивай! Убей мента! Убей </w:t>
            </w:r>
            <w:r w:rsidRPr="00041EDA">
              <w:rPr>
                <w:rFonts w:ascii="Times New Roman" w:eastAsia="MS Mincho" w:hAnsi="Times New Roman" w:cs="Times New Roman"/>
                <w:sz w:val="24"/>
                <w:szCs w:val="24"/>
              </w:rPr>
              <w:lastRenderedPageBreak/>
              <w:t xml:space="preserve">хача!» на странице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photo</w:t>
            </w:r>
            <w:r w:rsidRPr="00041EDA">
              <w:rPr>
                <w:rFonts w:ascii="Times New Roman" w:eastAsia="MS Mincho" w:hAnsi="Times New Roman" w:cs="Times New Roman"/>
                <w:sz w:val="24"/>
                <w:szCs w:val="24"/>
              </w:rPr>
              <w:t xml:space="preserve">-12739028 142601703; «Насилие и террор. Вооружайся!» на странице -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photo</w:t>
            </w:r>
            <w:r w:rsidRPr="00041EDA">
              <w:rPr>
                <w:rFonts w:ascii="Times New Roman" w:eastAsia="MS Mincho" w:hAnsi="Times New Roman" w:cs="Times New Roman"/>
                <w:sz w:val="24"/>
                <w:szCs w:val="24"/>
              </w:rPr>
              <w:t>-12739028 142601962. (решение Няганского городского суда Ханты – Мансийского автономного округа – Югры от 31.08.2010).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714.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Информационные материалы под названием «Драка спецназа и армян в Армавире» размещенные Юшкиным В.В. в телекоммуникационной сети «Интернет» на сайте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kuban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(«Форум на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kuban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715.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«Третья столица» спецвыпуск «Хроники пикирующего градононачальника» (решение Октябрьского районного суда г. Омска от 15.09.2010).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716.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717.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Интернет-ресурс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dobroslav</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onestop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net</w:t>
            </w:r>
            <w:r w:rsidRPr="00041EDA">
              <w:rPr>
                <w:rFonts w:ascii="Times New Roman" w:eastAsia="MS Mincho" w:hAnsi="Times New Roman" w:cs="Times New Roman"/>
                <w:sz w:val="24"/>
                <w:szCs w:val="24"/>
              </w:rPr>
              <w:t>/ и содержащиеся на нем информационные материалы (решение Первомайского районного суда г. Кирова Кировской области от 16.08.2010).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718.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Публикация под заголовком «Контрафактная церковь» автора Товбина Кирилла Михайловича, размещенная в сети Интернет по адресу: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tovbin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hoter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wiki</w:t>
            </w:r>
            <w:r w:rsidRPr="00041EDA">
              <w:rPr>
                <w:rFonts w:ascii="Times New Roman" w:eastAsia="MS Mincho" w:hAnsi="Times New Roman" w:cs="Times New Roman"/>
                <w:sz w:val="24"/>
                <w:szCs w:val="24"/>
              </w:rPr>
              <w:t>/1126/316 (решение Южно-Сахалинского городского суда от 16.06.2010).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719.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 - ресурс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Sovinform</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с содержащимися на нем материалами (решение Советского районного суда г. Липецка от 07.09.2010).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Журнал «Великоросский Хозяин» № 15 (21) за 2006 г. «Почему люди не любят еврейскую мафию?» </w:t>
            </w:r>
            <w:r w:rsidRPr="00041EDA">
              <w:rPr>
                <w:rFonts w:ascii="Times New Roman" w:eastAsia="MS Mincho" w:hAnsi="Times New Roman" w:cs="Times New Roman"/>
                <w:sz w:val="24"/>
                <w:szCs w:val="24"/>
                <w:lang w:val="en-US"/>
              </w:rPr>
              <w:t>(решение Бутырского районного суда г. Москвы от 14.07.2010).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721.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Статья «Соратники! Поможем инородцам покинуть наш город!!!», размещенная на сайте сети Интернет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antagonizm</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Самарского районного суда г. Самары от 19.07.2010).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72</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Журнал «Великоросский Хозяин» № 26 за 2006 г. «Родоверие – русская вера» (решение Бутырского </w:t>
            </w:r>
            <w:r w:rsidRPr="00041EDA">
              <w:rPr>
                <w:rFonts w:ascii="Times New Roman" w:eastAsia="MS Mincho" w:hAnsi="Times New Roman" w:cs="Times New Roman"/>
                <w:sz w:val="24"/>
                <w:szCs w:val="24"/>
              </w:rPr>
              <w:lastRenderedPageBreak/>
              <w:t>районного суда г. Москвы от 14.07.2010).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723.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«Великоросский Хозяин» № 10 (16) за 2005 г. «О деятельности инородцев в России» (решение Бутырского районного суда г. Москвы от 14.07.2010).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724.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«Великоросский Хозяин» № 8 (14) за 2004 г. «Трагикомическое племя» (решение Бутырского районного суда г. Москвы от 14.07.2010).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Журнал «Великоросский Хозяин» № 11 (17) за 2005 г. «Кто заселяет Россию азиатскими мигрантами?» </w:t>
            </w:r>
            <w:r w:rsidRPr="00041EDA">
              <w:rPr>
                <w:rFonts w:ascii="Times New Roman" w:eastAsia="MS Mincho" w:hAnsi="Times New Roman" w:cs="Times New Roman"/>
                <w:sz w:val="24"/>
                <w:szCs w:val="24"/>
                <w:lang w:val="en-US"/>
              </w:rPr>
              <w:t>(решение Бутырского районного суда г. Москвы от 14.07.2010).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726.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Информационный материал - распечатка книги «Моя война», размещенная в ОТКС «Интернет» на сайте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.88</w:t>
            </w:r>
            <w:r w:rsidRPr="00041EDA">
              <w:rPr>
                <w:rFonts w:ascii="Times New Roman" w:eastAsia="MS Mincho" w:hAnsi="Times New Roman" w:cs="Times New Roman"/>
                <w:sz w:val="24"/>
                <w:szCs w:val="24"/>
                <w:lang w:val="en-US"/>
              </w:rPr>
              <w:t>belarus</w:t>
            </w:r>
            <w:r w:rsidRPr="00041EDA">
              <w:rPr>
                <w:rFonts w:ascii="Times New Roman" w:eastAsia="MS Mincho" w:hAnsi="Times New Roman" w:cs="Times New Roman"/>
                <w:sz w:val="24"/>
                <w:szCs w:val="24"/>
              </w:rPr>
              <w:t>.24.</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Ленинского районного суда г. Санкт-Петербурга от 16.09.2010).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727.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«Русская воля» № 9 за 2005 год (решение Железнодорожного районного суда г. Красноярска от 21.09.2010).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728.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729.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730.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5 газеты «Мера понимания», содержащий статью «Четыре взгляда на иудейство» (решение Советского районного суда г. Махачкалы от 14.05.2010).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731.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Видеоролик «</w:t>
            </w:r>
            <w:r w:rsidRPr="00041EDA">
              <w:rPr>
                <w:rFonts w:ascii="Times New Roman" w:eastAsia="MS Mincho" w:hAnsi="Times New Roman" w:cs="Times New Roman"/>
                <w:sz w:val="24"/>
                <w:szCs w:val="24"/>
                <w:lang w:val="en-US"/>
              </w:rPr>
              <w:t>Jamaatshariat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indonezia</w:t>
            </w:r>
            <w:r w:rsidRPr="00041EDA">
              <w:rPr>
                <w:rFonts w:ascii="Times New Roman" w:eastAsia="MS Mincho" w:hAnsi="Times New Roman" w:cs="Times New Roman"/>
                <w:sz w:val="24"/>
                <w:szCs w:val="24"/>
              </w:rPr>
              <w:t>229» (решение Промышленного районного суда г. Самары от 22.09.2010).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732.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Б. Муссолини «Мемуары 1942-1943» (решение Миякинского районного суда Республики Башкортостан от 28.10.2010).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733.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Оран № 7 (7) март 2010 (решение Кировского районного суда города Уфы Республики Башкортостан от 20.09.2010).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734.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Оран № 8 (8) март 2010 (решение Кировского районного суда города Уфы Республики Башкортостан от 20.09.2010).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73</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Газета «Новая рабочая газета» выпуск № 3 (60) 2010 года, напечатанная 27.04.2010 года (решение </w:t>
            </w:r>
            <w:r w:rsidRPr="00041EDA">
              <w:rPr>
                <w:rFonts w:ascii="Times New Roman" w:eastAsia="MS Mincho" w:hAnsi="Times New Roman" w:cs="Times New Roman"/>
                <w:sz w:val="24"/>
                <w:szCs w:val="24"/>
              </w:rPr>
              <w:lastRenderedPageBreak/>
              <w:t>Клинцовского городского суда Брянской области от 19.10.2010).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736.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«Аль-Ваъй» № 218 (решение Московского районного суда г. Казани от 17.09.2010).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737.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«Аль-Ваъй» № 224 (решение Московского районного суда г. Казани от 17.09.2010).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738.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«Аль-Ваъй» № 227 (решение Московского районного суда г. Казани от 17.09.2010).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739.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«Аль-Ваъй» № 228 (решение Московского районного суда г. Казани от 17.09.2010).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740.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«Аль-Ваъй» № 231 (решение Московского районного суда г. Казани от 17.09.2010).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741.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«Аль-Ваъй» № 232 (решение Московского районного суда г. Казани от 17.09.2010).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742.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Информационный материал «Ильм (Знание) и сакафат (Просвещение)» (решение Московского районного суда г. Казани от 17.09.2010).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743.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17.09.2010).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744.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Информационный материал «Исламская личность», часть 1, автор Такийю-д-дин Набханий (решение Московского районного суда г. Казани от 17.09.2010).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745.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Информационный материал «Демократия. Система неверия», автор Абдул-Кадим Заллум (решение Московского районного суда г. Казани от 17.09.2010).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746.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«Ислам, и ничто другое, разрешает проблемы человека» (решение Московского районного суда г. Казани от 17.09.2010).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747.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74</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Листовка «Месячный шахри-халака» (решение Московского районного суда г. Казани от 17.09.2010).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749.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750.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Шейха Али Аль-Тантауи «Общее представление об Исламе» (решение Майкопского городского суда Республики Адыгея от 24.11.2010).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751.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Ясера Аль-Устуани «Что вы знаете об Исламе?» (решение Майкопского городского суда Республики Адыгея от 24.11.2010).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753.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Брошюра «Бодрствуйте!» издательство Watchtower Bible and Tract Society of New York, Inc. Brooklin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New</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York</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w:t>
            </w:r>
            <w:r w:rsidRPr="00041EDA">
              <w:rPr>
                <w:rFonts w:ascii="Times New Roman" w:eastAsia="MS Mincho" w:hAnsi="Times New Roman" w:cs="Times New Roman"/>
                <w:sz w:val="24"/>
                <w:szCs w:val="24"/>
              </w:rPr>
              <w:t>. 2006 (решение Заводского районного суда г. Кемерово Кемеровской области от 28.10.2010).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758.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Видеофайл «Видео: Док. фильм «Русское сопротивление», размещенный по адресу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bashtube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video</w:t>
            </w:r>
            <w:r w:rsidRPr="00041EDA">
              <w:rPr>
                <w:rFonts w:ascii="Times New Roman" w:eastAsia="MS Mincho" w:hAnsi="Times New Roman" w:cs="Times New Roman"/>
                <w:sz w:val="24"/>
                <w:szCs w:val="24"/>
              </w:rPr>
              <w:t>/45183/ (решение Миякинского районного суда Республики Башкортостан от 18.11.2010).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759.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Видеофайл под названием «Видео: Бритоголовые наносят рейд», размещенный по адресу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bashtube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video</w:t>
            </w:r>
            <w:r w:rsidRPr="00041EDA">
              <w:rPr>
                <w:rFonts w:ascii="Times New Roman" w:eastAsia="MS Mincho" w:hAnsi="Times New Roman" w:cs="Times New Roman"/>
                <w:sz w:val="24"/>
                <w:szCs w:val="24"/>
              </w:rPr>
              <w:t>/59036/ (решение Миякинского районного суда Республики Башкортостан от 18.11.2010).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760.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Публикация под заголовком: «Нанайцы: плачевная действительность», размещенную в сети Интернет по адресу: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guraba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net</w:t>
            </w:r>
            <w:r w:rsidRPr="00041EDA">
              <w:rPr>
                <w:rFonts w:ascii="Times New Roman" w:eastAsia="MS Mincho" w:hAnsi="Times New Roman" w:cs="Times New Roman"/>
                <w:sz w:val="24"/>
                <w:szCs w:val="24"/>
              </w:rPr>
              <w:t xml:space="preserve"> (решение Южно-Сахалинского городского суда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76</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Публикация под заголовком: «Ороки: горькая судьба почти исчезнувшего народа», размещенную в сети </w:t>
            </w:r>
            <w:r w:rsidRPr="00041EDA">
              <w:rPr>
                <w:rFonts w:ascii="Times New Roman" w:eastAsia="MS Mincho" w:hAnsi="Times New Roman" w:cs="Times New Roman"/>
                <w:sz w:val="24"/>
                <w:szCs w:val="24"/>
              </w:rPr>
              <w:lastRenderedPageBreak/>
              <w:t xml:space="preserve">Интернет по адресу: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guraba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net</w:t>
            </w:r>
            <w:r w:rsidRPr="00041EDA">
              <w:rPr>
                <w:rFonts w:ascii="Times New Roman" w:eastAsia="MS Mincho" w:hAnsi="Times New Roman" w:cs="Times New Roman"/>
                <w:sz w:val="24"/>
                <w:szCs w:val="24"/>
              </w:rPr>
              <w:t xml:space="preserve"> (решение Южно-Сахалинского городского суда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762.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Публикация под заголовком: «Орочи: горькие плоды геноцида», размещенную в сети Интернет по адресу: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guraba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net</w:t>
            </w:r>
            <w:r w:rsidRPr="00041EDA">
              <w:rPr>
                <w:rFonts w:ascii="Times New Roman" w:eastAsia="MS Mincho" w:hAnsi="Times New Roman" w:cs="Times New Roman"/>
                <w:sz w:val="24"/>
                <w:szCs w:val="24"/>
              </w:rPr>
              <w:t xml:space="preserve"> (решение Южно-Сахалинского городского суда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763.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Публикация под заголовком: «Ульчи: плачевная действительность угнетенного народа», размещенную в сети Интернет по адресу: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guraba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net</w:t>
            </w:r>
            <w:r w:rsidRPr="00041EDA">
              <w:rPr>
                <w:rFonts w:ascii="Times New Roman" w:eastAsia="MS Mincho" w:hAnsi="Times New Roman" w:cs="Times New Roman"/>
                <w:sz w:val="24"/>
                <w:szCs w:val="24"/>
              </w:rPr>
              <w:t xml:space="preserve"> (решение Южно-Сахалинского городского суда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764.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765.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766.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Видеофильм «Россия с ножом в спине 2», файл «2</w:t>
            </w:r>
            <w:r w:rsidRPr="00041EDA">
              <w:rPr>
                <w:rFonts w:ascii="Times New Roman" w:eastAsia="MS Mincho" w:hAnsi="Times New Roman" w:cs="Times New Roman"/>
                <w:sz w:val="24"/>
                <w:szCs w:val="24"/>
                <w:lang w:val="en-US"/>
              </w:rPr>
              <w:t>ed</w:t>
            </w:r>
            <w:r w:rsidRPr="00041EDA">
              <w:rPr>
                <w:rFonts w:ascii="Times New Roman" w:eastAsia="MS Mincho" w:hAnsi="Times New Roman" w:cs="Times New Roman"/>
                <w:sz w:val="24"/>
                <w:szCs w:val="24"/>
              </w:rPr>
              <w:t>8</w:t>
            </w:r>
            <w:r w:rsidRPr="00041EDA">
              <w:rPr>
                <w:rFonts w:ascii="Times New Roman" w:eastAsia="MS Mincho" w:hAnsi="Times New Roman" w:cs="Times New Roman"/>
                <w:sz w:val="24"/>
                <w:szCs w:val="24"/>
                <w:lang w:val="en-US"/>
              </w:rPr>
              <w:t>c</w:t>
            </w:r>
            <w:r w:rsidRPr="00041EDA">
              <w:rPr>
                <w:rFonts w:ascii="Times New Roman" w:eastAsia="MS Mincho" w:hAnsi="Times New Roman" w:cs="Times New Roman"/>
                <w:sz w:val="24"/>
                <w:szCs w:val="24"/>
              </w:rPr>
              <w:t>773883</w:t>
            </w:r>
            <w:r w:rsidRPr="00041EDA">
              <w:rPr>
                <w:rFonts w:ascii="Times New Roman" w:eastAsia="MS Mincho" w:hAnsi="Times New Roman" w:cs="Times New Roman"/>
                <w:sz w:val="24"/>
                <w:szCs w:val="24"/>
                <w:lang w:val="en-US"/>
              </w:rPr>
              <w:t>e</w:t>
            </w:r>
            <w:r w:rsidRPr="00041EDA">
              <w:rPr>
                <w:rFonts w:ascii="Times New Roman" w:eastAsia="MS Mincho" w:hAnsi="Times New Roman" w:cs="Times New Roman"/>
                <w:sz w:val="24"/>
                <w:szCs w:val="24"/>
              </w:rPr>
              <w:t>123334322.</w:t>
            </w:r>
            <w:r w:rsidRPr="00041EDA">
              <w:rPr>
                <w:rFonts w:ascii="Times New Roman" w:eastAsia="MS Mincho" w:hAnsi="Times New Roman" w:cs="Times New Roman"/>
                <w:sz w:val="24"/>
                <w:szCs w:val="24"/>
                <w:lang w:val="en-US"/>
              </w:rPr>
              <w:t>vk</w:t>
            </w:r>
            <w:r w:rsidRPr="00041EDA">
              <w:rPr>
                <w:rFonts w:ascii="Times New Roman" w:eastAsia="MS Mincho" w:hAnsi="Times New Roman" w:cs="Times New Roman"/>
                <w:sz w:val="24"/>
                <w:szCs w:val="24"/>
              </w:rPr>
              <w:t>», формат «.</w:t>
            </w:r>
            <w:r w:rsidRPr="00041EDA">
              <w:rPr>
                <w:rFonts w:ascii="Times New Roman" w:eastAsia="MS Mincho" w:hAnsi="Times New Roman" w:cs="Times New Roman"/>
                <w:sz w:val="24"/>
                <w:szCs w:val="24"/>
                <w:lang w:val="en-US"/>
              </w:rPr>
              <w:t>flv</w:t>
            </w:r>
            <w:r w:rsidRPr="00041EDA">
              <w:rPr>
                <w:rFonts w:ascii="Times New Roman" w:eastAsia="MS Mincho" w:hAnsi="Times New Roman" w:cs="Times New Roman"/>
                <w:sz w:val="24"/>
                <w:szCs w:val="24"/>
              </w:rPr>
              <w:t>» размером 254 Мб, размещенный 26.09.2009 Уткиным Д.В. на сайте социальной сети «ВКонтакте.</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Промышленного районного суда г. Курска от 14.12.2010).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767.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Книга Генриха Гиммлера (нем. </w:t>
            </w:r>
            <w:r w:rsidRPr="00041EDA">
              <w:rPr>
                <w:rFonts w:ascii="Times New Roman" w:eastAsia="MS Mincho" w:hAnsi="Times New Roman" w:cs="Times New Roman"/>
                <w:sz w:val="24"/>
                <w:szCs w:val="24"/>
                <w:lang w:val="en-US"/>
              </w:rPr>
              <w:t>Heinrich</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Luitpold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Himmler</w:t>
            </w:r>
            <w:r w:rsidRPr="00041EDA">
              <w:rPr>
                <w:rFonts w:ascii="Times New Roman" w:eastAsia="MS Mincho" w:hAnsi="Times New Roman" w:cs="Times New Roman"/>
                <w:sz w:val="24"/>
                <w:szCs w:val="24"/>
              </w:rPr>
              <w:t>) «Эсэсовец и вопрос крови» (решение Миякинского районного суда Республики Башкортостан от 22.12.2010).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768.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769.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«Сакаафат «Просвещение» (решение Центрального районного суда г. Челябинска от 19.08.2010).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770.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771.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772.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от 22.10.2010).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773.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774.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«Думать по-русски» № 3 за декабрь 2007 года (решение Ленинского районного суда г. Владивостока Приморского края от 22.10.2010).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775.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776.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Архив старой версии блога, размещенного в сети Интернет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iepifanz</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liveiournal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Миякинского районного суда Республики Башкортостан от 21.12.2010).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777.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Материалы, размещенные в сети Интернет по электронному адресу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iepifanz</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liveiournal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Миякинского районного суда Республики Башкортостан от 21.12.2010).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778.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А.Н. Игнатьева «Пятая колонна» (решение Дзержинского районного суда г. Новосибирска от 29.10.2010).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779.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«Русская Сибирь» № 64 за ноябрь 2001 года (решение Дзержинского районного суда г. Новосибирска от 29.10.2010).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78</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Листовка «РНЕ Организация русского сопротивления» (решение Дзержинского районного суда г. </w:t>
            </w:r>
            <w:r w:rsidRPr="00041EDA">
              <w:rPr>
                <w:rFonts w:ascii="Times New Roman" w:eastAsia="MS Mincho" w:hAnsi="Times New Roman" w:cs="Times New Roman"/>
                <w:sz w:val="24"/>
                <w:szCs w:val="24"/>
              </w:rPr>
              <w:lastRenderedPageBreak/>
              <w:t>Новосибирска от 29.10.2010).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781.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«Деосинизация» (России) (решение Дзержинского районного суда г. Новосибирска от 29.10.2010).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782.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под заголовком «</w:t>
            </w:r>
            <w:r w:rsidRPr="00041EDA">
              <w:rPr>
                <w:rFonts w:ascii="Times New Roman" w:eastAsia="MS Mincho" w:hAnsi="Times New Roman" w:cs="Times New Roman"/>
                <w:sz w:val="24"/>
                <w:szCs w:val="24"/>
                <w:lang w:val="en-US"/>
              </w:rPr>
              <w:t>Welkome</w:t>
            </w:r>
            <w:r w:rsidRPr="00041EDA">
              <w:rPr>
                <w:rFonts w:ascii="Times New Roman" w:eastAsia="MS Mincho" w:hAnsi="Times New Roman" w:cs="Times New Roman"/>
                <w:sz w:val="24"/>
                <w:szCs w:val="24"/>
              </w:rPr>
              <w:t>,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783.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784.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Интернет-сайт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ichkeria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info</w:t>
            </w:r>
            <w:r w:rsidRPr="00041EDA">
              <w:rPr>
                <w:rFonts w:ascii="Times New Roman" w:eastAsia="MS Mincho" w:hAnsi="Times New Roman" w:cs="Times New Roman"/>
                <w:sz w:val="24"/>
                <w:szCs w:val="24"/>
              </w:rPr>
              <w:t xml:space="preserve"> (решение Засвияжского районного суда г.Ульяновска от 19.01.2011).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785.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Музыкальное произведение «Радикальный голос» группы «Коловрат» (решение Дорогомиловского районного суда г. Москвы от 13.09.2010).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786.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Музыкальное произведение «Львы и шакалы» группы «Коловрат» (решение Дорогомиловского районного суда г. Москвы от 13.09.2010).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787.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Музыкальное произведение «Политические солдаты» группы «Коловрат» (решение Дорогомиловского районного суда г. Москвы от 13.09.2010).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788.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Музыкальное произведение «Славянский дух» группы «Коловрат» (решение Дорогомиловского районного суда г. Москвы от 13.09.2010).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789.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Музыкальное произведение «Демократия свинца» группы «Коловрат» (решение Дорогомиловского районного суда г. Москвы от 13.09.2010).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790.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Музыкальное произведение «Стражи Отчизны» группы «Коловрат» (решение Дорогомиловского районного суда г. Москвы от 13.09.2010).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791.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Музыкальное произведение «Клич нордической крови» группы «Коловрат» (решение Дорогомиловского районного суда г. Москвы от 13.09.2010).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792.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Музыкальное произведение «Полицейское государство» группы «Коловрат» (решение Дорогомиловского районного суда г. Москвы от 13.09.2010).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79</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Музыкальное произведение «Знак судьбы» группы «Коловрат» (решение Дорогомиловского районного суда </w:t>
            </w:r>
            <w:r w:rsidRPr="00041EDA">
              <w:rPr>
                <w:rFonts w:ascii="Times New Roman" w:eastAsia="MS Mincho" w:hAnsi="Times New Roman" w:cs="Times New Roman"/>
                <w:sz w:val="24"/>
                <w:szCs w:val="24"/>
              </w:rPr>
              <w:lastRenderedPageBreak/>
              <w:t>г. Москвы от 13.09.2010).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794.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Музыкальное произведение «Каскадеры» группы «Коловрат» (решение Дорогомиловского районного суда г. Москвы от 13.09.2010).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795.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«Геббельс Йозеф. Дневники 1945 года. Последние записи» (решение Миякинского районного суда Республики Башкортостан от 13.01.2011)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796.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Аудиовизуальное издание </w:t>
            </w:r>
            <w:r w:rsidRPr="00041EDA">
              <w:rPr>
                <w:rFonts w:ascii="Times New Roman" w:eastAsia="MS Mincho" w:hAnsi="Times New Roman" w:cs="Times New Roman"/>
                <w:sz w:val="24"/>
                <w:szCs w:val="24"/>
                <w:lang w:val="en-US"/>
              </w:rPr>
              <w:t>CD</w:t>
            </w:r>
            <w:r w:rsidRPr="00041EDA">
              <w:rPr>
                <w:rFonts w:ascii="Times New Roman" w:eastAsia="MS Mincho" w:hAnsi="Times New Roman" w:cs="Times New Roman"/>
                <w:sz w:val="24"/>
                <w:szCs w:val="24"/>
              </w:rPr>
              <w:t>-диск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797.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798.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799.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800.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801.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802.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Видеоролик «Кавказцы в России» (решение Воркутинского городского суда Республики Коми от 20.01.2011).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803.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Видеоролик «анти фа...» (решение Воркутинского городского суда Республики Коми от 20.01.2011).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804.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Аудиофайл «Антифа-Лезгинка» (решение Воркутинского городского суда Республики Коми от 20.01.2011).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805.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Музыкальное произведение «Убей мента» группы «Психея»» (решение Дорогомиловского районного суда г. Москвы от 13.09.2010).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80</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w:t>
            </w:r>
            <w:r w:rsidRPr="00041EDA">
              <w:rPr>
                <w:rFonts w:ascii="Times New Roman" w:eastAsia="MS Mincho" w:hAnsi="Times New Roman" w:cs="Times New Roman"/>
                <w:sz w:val="24"/>
                <w:szCs w:val="24"/>
              </w:rPr>
              <w:lastRenderedPageBreak/>
              <w:t>(да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w:t>
            </w:r>
            <w:r w:rsidRPr="00041EDA">
              <w:rPr>
                <w:rFonts w:ascii="Times New Roman" w:eastAsia="MS Mincho" w:hAnsi="Times New Roman" w:cs="Times New Roman"/>
                <w:sz w:val="24"/>
                <w:szCs w:val="24"/>
                <w:lang w:val="en-US"/>
              </w:rPr>
              <w:t>(решение Ново-Савиновского районного суда г. Казани от 02.09.2010).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808.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809.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Книга Левашова Николая Викторовича «Россия в кривых зеркалах», размещенная в сети Интернет по электронным адресам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levashov</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levashov</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info</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levashov</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name</w:t>
            </w:r>
            <w:r w:rsidRPr="00041EDA">
              <w:rPr>
                <w:rFonts w:ascii="Times New Roman" w:eastAsia="MS Mincho" w:hAnsi="Times New Roman" w:cs="Times New Roman"/>
                <w:sz w:val="24"/>
                <w:szCs w:val="24"/>
              </w:rPr>
              <w:t xml:space="preserve"> (решение Обнинского городского суда Калужской области от 23.04.2010, определение Калужского областного суда от 22.12.2010).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810.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Газета «Русское Забайкалье» № 6 (23) от 4 июня 2008 года (решение Центрального районного суда г. Читы от 07.05.2009).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811.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Информационный материал «Белый букварь», распространенный в сети Интернет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talks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guns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Октябрьского районного суда г. Ижевска от 01.06.2010).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81</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«Программа Русского национального движения» (решение Правобережного районного суда г. Магнитогорска Челябинской области от 25.08.2010).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813.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14 комментариев статьи «Имперская истерика», опубликованной 19 ноября 2009 года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hunafa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(решение Магасского районного суда Республики Ингушетия от 28.12.2010).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814.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islamdin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Нальчикского городского суда от 02.03.2011).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815.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«Важность стойкости на пути джихада»,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salafiti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816.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«Джихад - столп ислама и его вершина»,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salafiti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817.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«Джихад - обязанность мусульманина»,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salafiti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818.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«Законы Джихада»,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salafiti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819.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«Дорогие наши сестры»,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salafiti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820.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«Обращение к сестрам мусульманкам»,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salafiti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821.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«Райские рынки»,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salafiti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822.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«Если вдруг остановится джихад»,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salafiti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823.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«Враги Ислама. Несколько штрихов»,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salafiti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824.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Сайт «</w:t>
            </w:r>
            <w:r w:rsidRPr="00041EDA">
              <w:rPr>
                <w:rFonts w:ascii="Times New Roman" w:eastAsia="MS Mincho" w:hAnsi="Times New Roman" w:cs="Times New Roman"/>
                <w:sz w:val="24"/>
                <w:szCs w:val="24"/>
                <w:lang w:val="en-US"/>
              </w:rPr>
              <w:t>salafiti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расположенный в международной компьютерной сети «Интернет»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82</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Речь в храме отца Василия - Новикова В.Н., размещенную как информационный материал на диске </w:t>
            </w:r>
            <w:r w:rsidRPr="00041EDA">
              <w:rPr>
                <w:rFonts w:ascii="Times New Roman" w:eastAsia="MS Mincho" w:hAnsi="Times New Roman" w:cs="Times New Roman"/>
                <w:sz w:val="24"/>
                <w:szCs w:val="24"/>
                <w:lang w:val="en-US"/>
              </w:rPr>
              <w:t>DVD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MAP</w:t>
            </w:r>
            <w:r w:rsidRPr="00041EDA">
              <w:rPr>
                <w:rFonts w:ascii="Times New Roman" w:eastAsia="MS Mincho" w:hAnsi="Times New Roman" w:cs="Times New Roman"/>
                <w:sz w:val="24"/>
                <w:szCs w:val="24"/>
              </w:rPr>
              <w:t xml:space="preserve"> 702</w:t>
            </w:r>
            <w:r w:rsidRPr="00041EDA">
              <w:rPr>
                <w:rFonts w:ascii="Times New Roman" w:eastAsia="MS Mincho" w:hAnsi="Times New Roman" w:cs="Times New Roman"/>
                <w:sz w:val="24"/>
                <w:szCs w:val="24"/>
                <w:lang w:val="en-US"/>
              </w:rPr>
              <w:t>LL</w:t>
            </w:r>
            <w:r w:rsidRPr="00041EDA">
              <w:rPr>
                <w:rFonts w:ascii="Times New Roman" w:eastAsia="MS Mincho" w:hAnsi="Times New Roman" w:cs="Times New Roman"/>
                <w:sz w:val="24"/>
                <w:szCs w:val="24"/>
              </w:rPr>
              <w:t xml:space="preserve"> 13174652 А2 с надписью на лицевой стороне «+Православие или смерть» (решение </w:t>
            </w:r>
            <w:r w:rsidRPr="00041EDA">
              <w:rPr>
                <w:rFonts w:ascii="Times New Roman" w:eastAsia="MS Mincho" w:hAnsi="Times New Roman" w:cs="Times New Roman"/>
                <w:sz w:val="24"/>
                <w:szCs w:val="24"/>
              </w:rPr>
              <w:lastRenderedPageBreak/>
              <w:t>Новомосковского городского суда Тульской области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826.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Видеофильм под названием «Чудо», размещенный как информационный материал на диске </w:t>
            </w:r>
            <w:r w:rsidRPr="00041EDA">
              <w:rPr>
                <w:rFonts w:ascii="Times New Roman" w:eastAsia="MS Mincho" w:hAnsi="Times New Roman" w:cs="Times New Roman"/>
                <w:sz w:val="24"/>
                <w:szCs w:val="24"/>
                <w:lang w:val="en-US"/>
              </w:rPr>
              <w:t>DVD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Verbatim</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MAP</w:t>
            </w:r>
            <w:r w:rsidRPr="00041EDA">
              <w:rPr>
                <w:rFonts w:ascii="Times New Roman" w:eastAsia="MS Mincho" w:hAnsi="Times New Roman" w:cs="Times New Roman"/>
                <w:sz w:val="24"/>
                <w:szCs w:val="24"/>
              </w:rPr>
              <w:t xml:space="preserve"> 638</w:t>
            </w:r>
            <w:r w:rsidRPr="00041EDA">
              <w:rPr>
                <w:rFonts w:ascii="Times New Roman" w:eastAsia="MS Mincho" w:hAnsi="Times New Roman" w:cs="Times New Roman"/>
                <w:sz w:val="24"/>
                <w:szCs w:val="24"/>
                <w:lang w:val="en-US"/>
              </w:rPr>
              <w:t>NA</w:t>
            </w:r>
            <w:r w:rsidRPr="00041EDA">
              <w:rPr>
                <w:rFonts w:ascii="Times New Roman" w:eastAsia="MS Mincho" w:hAnsi="Times New Roman" w:cs="Times New Roman"/>
                <w:sz w:val="24"/>
                <w:szCs w:val="24"/>
              </w:rPr>
              <w:t>201636304 (решение Новомосковского городского суда Тульской области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827.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Видеофильм под названием «Явление креста», размещенный как информационный материал на диске </w:t>
            </w:r>
            <w:r w:rsidRPr="00041EDA">
              <w:rPr>
                <w:rFonts w:ascii="Times New Roman" w:eastAsia="MS Mincho" w:hAnsi="Times New Roman" w:cs="Times New Roman"/>
                <w:sz w:val="24"/>
                <w:szCs w:val="24"/>
                <w:lang w:val="en-US"/>
              </w:rPr>
              <w:t>DVD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Verbatim</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MAP</w:t>
            </w:r>
            <w:r w:rsidRPr="00041EDA">
              <w:rPr>
                <w:rFonts w:ascii="Times New Roman" w:eastAsia="MS Mincho" w:hAnsi="Times New Roman" w:cs="Times New Roman"/>
                <w:sz w:val="24"/>
                <w:szCs w:val="24"/>
              </w:rPr>
              <w:t xml:space="preserve"> 638</w:t>
            </w:r>
            <w:r w:rsidRPr="00041EDA">
              <w:rPr>
                <w:rFonts w:ascii="Times New Roman" w:eastAsia="MS Mincho" w:hAnsi="Times New Roman" w:cs="Times New Roman"/>
                <w:sz w:val="24"/>
                <w:szCs w:val="24"/>
                <w:lang w:val="en-US"/>
              </w:rPr>
              <w:t>NA</w:t>
            </w:r>
            <w:r w:rsidRPr="00041EDA">
              <w:rPr>
                <w:rFonts w:ascii="Times New Roman" w:eastAsia="MS Mincho" w:hAnsi="Times New Roman" w:cs="Times New Roman"/>
                <w:sz w:val="24"/>
                <w:szCs w:val="24"/>
              </w:rPr>
              <w:t>201636304 (решение Новомосковского городского суда Тульской области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828.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Видеофильм под названием «Телемост», размещенный как информационный материал на диске </w:t>
            </w:r>
            <w:r w:rsidRPr="00041EDA">
              <w:rPr>
                <w:rFonts w:ascii="Times New Roman" w:eastAsia="MS Mincho" w:hAnsi="Times New Roman" w:cs="Times New Roman"/>
                <w:sz w:val="24"/>
                <w:szCs w:val="24"/>
                <w:lang w:val="en-US"/>
              </w:rPr>
              <w:t>DVD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Verbatim</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MAP</w:t>
            </w:r>
            <w:r w:rsidRPr="00041EDA">
              <w:rPr>
                <w:rFonts w:ascii="Times New Roman" w:eastAsia="MS Mincho" w:hAnsi="Times New Roman" w:cs="Times New Roman"/>
                <w:sz w:val="24"/>
                <w:szCs w:val="24"/>
              </w:rPr>
              <w:t xml:space="preserve"> 638</w:t>
            </w:r>
            <w:r w:rsidRPr="00041EDA">
              <w:rPr>
                <w:rFonts w:ascii="Times New Roman" w:eastAsia="MS Mincho" w:hAnsi="Times New Roman" w:cs="Times New Roman"/>
                <w:sz w:val="24"/>
                <w:szCs w:val="24"/>
                <w:lang w:val="en-US"/>
              </w:rPr>
              <w:t>NA</w:t>
            </w:r>
            <w:r w:rsidRPr="00041EDA">
              <w:rPr>
                <w:rFonts w:ascii="Times New Roman" w:eastAsia="MS Mincho" w:hAnsi="Times New Roman" w:cs="Times New Roman"/>
                <w:sz w:val="24"/>
                <w:szCs w:val="24"/>
              </w:rPr>
              <w:t>201636304 (решение Новомосковского городского суда Тульской области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829.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Видеофильм под названием «Чипирование», размещенный как информационный материал на диске </w:t>
            </w:r>
            <w:r w:rsidRPr="00041EDA">
              <w:rPr>
                <w:rFonts w:ascii="Times New Roman" w:eastAsia="MS Mincho" w:hAnsi="Times New Roman" w:cs="Times New Roman"/>
                <w:sz w:val="24"/>
                <w:szCs w:val="24"/>
                <w:lang w:val="en-US"/>
              </w:rPr>
              <w:t>DVD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Verbatim</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MAP</w:t>
            </w:r>
            <w:r w:rsidRPr="00041EDA">
              <w:rPr>
                <w:rFonts w:ascii="Times New Roman" w:eastAsia="MS Mincho" w:hAnsi="Times New Roman" w:cs="Times New Roman"/>
                <w:sz w:val="24"/>
                <w:szCs w:val="24"/>
              </w:rPr>
              <w:t xml:space="preserve"> 638</w:t>
            </w:r>
            <w:r w:rsidRPr="00041EDA">
              <w:rPr>
                <w:rFonts w:ascii="Times New Roman" w:eastAsia="MS Mincho" w:hAnsi="Times New Roman" w:cs="Times New Roman"/>
                <w:sz w:val="24"/>
                <w:szCs w:val="24"/>
                <w:lang w:val="en-US"/>
              </w:rPr>
              <w:t>NA</w:t>
            </w:r>
            <w:r w:rsidRPr="00041EDA">
              <w:rPr>
                <w:rFonts w:ascii="Times New Roman" w:eastAsia="MS Mincho" w:hAnsi="Times New Roman" w:cs="Times New Roman"/>
                <w:sz w:val="24"/>
                <w:szCs w:val="24"/>
              </w:rPr>
              <w:t>201636304 (решение Новомосковского городского суда Тульской области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830.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Видеофильм под названием «Американское шоу», размещенный как информационный материал на диске </w:t>
            </w:r>
            <w:r w:rsidRPr="00041EDA">
              <w:rPr>
                <w:rFonts w:ascii="Times New Roman" w:eastAsia="MS Mincho" w:hAnsi="Times New Roman" w:cs="Times New Roman"/>
                <w:sz w:val="24"/>
                <w:szCs w:val="24"/>
                <w:lang w:val="en-US"/>
              </w:rPr>
              <w:t>DVD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Verbatim</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MAP</w:t>
            </w:r>
            <w:r w:rsidRPr="00041EDA">
              <w:rPr>
                <w:rFonts w:ascii="Times New Roman" w:eastAsia="MS Mincho" w:hAnsi="Times New Roman" w:cs="Times New Roman"/>
                <w:sz w:val="24"/>
                <w:szCs w:val="24"/>
              </w:rPr>
              <w:t xml:space="preserve"> 638</w:t>
            </w:r>
            <w:r w:rsidRPr="00041EDA">
              <w:rPr>
                <w:rFonts w:ascii="Times New Roman" w:eastAsia="MS Mincho" w:hAnsi="Times New Roman" w:cs="Times New Roman"/>
                <w:sz w:val="24"/>
                <w:szCs w:val="24"/>
                <w:lang w:val="en-US"/>
              </w:rPr>
              <w:t>NA</w:t>
            </w:r>
            <w:r w:rsidRPr="00041EDA">
              <w:rPr>
                <w:rFonts w:ascii="Times New Roman" w:eastAsia="MS Mincho" w:hAnsi="Times New Roman" w:cs="Times New Roman"/>
                <w:sz w:val="24"/>
                <w:szCs w:val="24"/>
              </w:rPr>
              <w:t>201636304 (решение Новомосковского городского суда Тульской области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831.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Видеофильм под названием «Гробы для американцев», размещенный как информационный материал на диске </w:t>
            </w:r>
            <w:r w:rsidRPr="00041EDA">
              <w:rPr>
                <w:rFonts w:ascii="Times New Roman" w:eastAsia="MS Mincho" w:hAnsi="Times New Roman" w:cs="Times New Roman"/>
                <w:sz w:val="24"/>
                <w:szCs w:val="24"/>
                <w:lang w:val="en-US"/>
              </w:rPr>
              <w:t>DVD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Verbatim</w:t>
            </w:r>
            <w:r w:rsidRPr="00041EDA">
              <w:rPr>
                <w:rFonts w:ascii="Times New Roman" w:eastAsia="MS Mincho" w:hAnsi="Times New Roman" w:cs="Times New Roman"/>
                <w:sz w:val="24"/>
                <w:szCs w:val="24"/>
              </w:rPr>
              <w:t xml:space="preserve"> № </w:t>
            </w:r>
            <w:r w:rsidRPr="00041EDA">
              <w:rPr>
                <w:rFonts w:ascii="Times New Roman" w:eastAsia="MS Mincho" w:hAnsi="Times New Roman" w:cs="Times New Roman"/>
                <w:sz w:val="24"/>
                <w:szCs w:val="24"/>
                <w:lang w:val="en-US"/>
              </w:rPr>
              <w:t>MAP</w:t>
            </w:r>
            <w:r w:rsidRPr="00041EDA">
              <w:rPr>
                <w:rFonts w:ascii="Times New Roman" w:eastAsia="MS Mincho" w:hAnsi="Times New Roman" w:cs="Times New Roman"/>
                <w:sz w:val="24"/>
                <w:szCs w:val="24"/>
              </w:rPr>
              <w:t xml:space="preserve"> 638</w:t>
            </w:r>
            <w:r w:rsidRPr="00041EDA">
              <w:rPr>
                <w:rFonts w:ascii="Times New Roman" w:eastAsia="MS Mincho" w:hAnsi="Times New Roman" w:cs="Times New Roman"/>
                <w:sz w:val="24"/>
                <w:szCs w:val="24"/>
                <w:lang w:val="en-US"/>
              </w:rPr>
              <w:t>NA</w:t>
            </w:r>
            <w:r w:rsidRPr="00041EDA">
              <w:rPr>
                <w:rFonts w:ascii="Times New Roman" w:eastAsia="MS Mincho" w:hAnsi="Times New Roman" w:cs="Times New Roman"/>
                <w:sz w:val="24"/>
                <w:szCs w:val="24"/>
              </w:rPr>
              <w:t>201636304 (решение Новомосковского городского суда Тульской области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832.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«Боевая программа - Абу Мусс аб ас-Сури. Рекомендую»,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fisadilillahi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833.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«44 способа поддержать Джихад»,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fisadilillahi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834.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«39 способов помощи Джихаду и участия в нем»,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fisadilillahi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835.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«Вопрос о методе восстановления Халифата»,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fisadilillahi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836.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fisadilillahi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837.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f</w:t>
            </w:r>
            <w:r w:rsidRPr="00041EDA">
              <w:rPr>
                <w:rFonts w:ascii="Times New Roman" w:eastAsia="MS Mincho" w:hAnsi="Times New Roman" w:cs="Times New Roman"/>
                <w:sz w:val="24"/>
                <w:szCs w:val="24"/>
              </w:rPr>
              <w:t>1</w:t>
            </w:r>
            <w:r w:rsidRPr="00041EDA">
              <w:rPr>
                <w:rFonts w:ascii="Times New Roman" w:eastAsia="MS Mincho" w:hAnsi="Times New Roman" w:cs="Times New Roman"/>
                <w:sz w:val="24"/>
                <w:szCs w:val="24"/>
                <w:lang w:val="en-US"/>
              </w:rPr>
              <w:t>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83</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Статья «Письмо-обращение Шейх-уль-Ислама Ахмада ибн Таймийи»,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fisadilillahi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(решение Советского </w:t>
            </w:r>
            <w:r w:rsidRPr="00041EDA">
              <w:rPr>
                <w:rFonts w:ascii="Times New Roman" w:eastAsia="MS Mincho" w:hAnsi="Times New Roman" w:cs="Times New Roman"/>
                <w:sz w:val="24"/>
                <w:szCs w:val="24"/>
              </w:rPr>
              <w:lastRenderedPageBreak/>
              <w:t>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839.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«Караван идет, собаки лают»,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fisadilillahi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840.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«Книга Муджапида»,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fisadilillahi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841.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«Мученики»,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fisadilillahi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842.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«Основы движения пораженцев»,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fisadilillahi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843.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w:t>
            </w:r>
            <w:r w:rsidRPr="00041EDA">
              <w:rPr>
                <w:rFonts w:ascii="Times New Roman" w:eastAsia="MS Mincho" w:hAnsi="Times New Roman" w:cs="Times New Roman"/>
                <w:sz w:val="24"/>
                <w:szCs w:val="24"/>
                <w:lang w:val="en-US"/>
              </w:rPr>
              <w:t>Razyasnenie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otnositelno</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kritiki</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I</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somnenij</w:t>
            </w:r>
            <w:r w:rsidRPr="00041EDA">
              <w:rPr>
                <w:rFonts w:ascii="Times New Roman" w:eastAsia="MS Mincho" w:hAnsi="Times New Roman" w:cs="Times New Roman"/>
                <w:sz w:val="24"/>
                <w:szCs w:val="24"/>
              </w:rPr>
              <w:t>»,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fisadilillahi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844.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flsadilillahi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845.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«Идеология моджахеда»,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fisadilillahi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846.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«Путь к земле сражения»,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fisadilillahi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847.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«Приверженность и непричастность», опубликованная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fisadilillahi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848.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Сайт «</w:t>
            </w:r>
            <w:r w:rsidRPr="00041EDA">
              <w:rPr>
                <w:rFonts w:ascii="Times New Roman" w:eastAsia="MS Mincho" w:hAnsi="Times New Roman" w:cs="Times New Roman"/>
                <w:sz w:val="24"/>
                <w:szCs w:val="24"/>
                <w:lang w:val="en-US"/>
              </w:rPr>
              <w:t>fisadilillahi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расположенный в международной компьютерной сети «Интернет»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849.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«Тафсир Суры Аль-Ахзаб, шейхуль-Ислама ибн Теймии», опубликованная в международной компьютерной сети «Интернет» на официальном сайте «</w:t>
            </w:r>
            <w:r w:rsidRPr="00041EDA">
              <w:rPr>
                <w:rFonts w:ascii="Times New Roman" w:eastAsia="MS Mincho" w:hAnsi="Times New Roman" w:cs="Times New Roman"/>
                <w:sz w:val="24"/>
                <w:szCs w:val="24"/>
                <w:lang w:val="en-US"/>
              </w:rPr>
              <w:t>abuhurayra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wen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850.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«Демократия - это религия», опубликованная в международной компьютерной сети «Интернет» на официальном сайте «</w:t>
            </w:r>
            <w:r w:rsidRPr="00041EDA">
              <w:rPr>
                <w:rFonts w:ascii="Times New Roman" w:eastAsia="MS Mincho" w:hAnsi="Times New Roman" w:cs="Times New Roman"/>
                <w:sz w:val="24"/>
                <w:szCs w:val="24"/>
                <w:lang w:val="en-US"/>
              </w:rPr>
              <w:t>abuhurayra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wen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(решение 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85</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Сайт «</w:t>
            </w:r>
            <w:r w:rsidRPr="00041EDA">
              <w:rPr>
                <w:rFonts w:ascii="Times New Roman" w:eastAsia="MS Mincho" w:hAnsi="Times New Roman" w:cs="Times New Roman"/>
                <w:sz w:val="24"/>
                <w:szCs w:val="24"/>
                <w:lang w:val="en-US"/>
              </w:rPr>
              <w:t>abuhurayra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wen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расположенный в международной компьютерной сети «Интернет» (решение </w:t>
            </w:r>
            <w:r w:rsidRPr="00041EDA">
              <w:rPr>
                <w:rFonts w:ascii="Times New Roman" w:eastAsia="MS Mincho" w:hAnsi="Times New Roman" w:cs="Times New Roman"/>
                <w:sz w:val="24"/>
                <w:szCs w:val="24"/>
              </w:rPr>
              <w:lastRenderedPageBreak/>
              <w:t>Советского районного суда г. Махачкалы Республики Дагестан от 15.03.2011).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852.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islamdin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Нальчикского городского суда Кабардино-Балкарской Республики от 16.03.2011).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853.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«Радикальный голос» выпуск № 1 (2006) (решение Тушинского районного суда г. Москвы от 21.09.2010).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854.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855.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856.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г. Красноярска от 21.09.2010).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857.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«Русская воля» № 7 (февраль 2004) (решение Тушинского районного суда г. Москвы от 21.09.2010).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858.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 брошюра «Законодательство не от Аллаха запрещено шариатом» (решение Ленинского районного суда г.Уфы от 17.02.2011).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859.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Видеоматериал - </w:t>
            </w:r>
            <w:r w:rsidRPr="00041EDA">
              <w:rPr>
                <w:rFonts w:ascii="Times New Roman" w:eastAsia="MS Mincho" w:hAnsi="Times New Roman" w:cs="Times New Roman"/>
                <w:sz w:val="24"/>
                <w:szCs w:val="24"/>
                <w:lang w:val="en-US"/>
              </w:rPr>
              <w:t>DVD</w:t>
            </w:r>
            <w:r w:rsidRPr="00041EDA">
              <w:rPr>
                <w:rFonts w:ascii="Times New Roman" w:eastAsia="MS Mincho" w:hAnsi="Times New Roman" w:cs="Times New Roman"/>
                <w:sz w:val="24"/>
                <w:szCs w:val="24"/>
              </w:rPr>
              <w:t>-диск «89 лет без Халифата» 89 лет без законов Аллаха. Халифат - необходимость политического единства» (решение Ленинского районного суда г. Уфы от 17.02.2011).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860.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islamdin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Нальчикского городского суда Кабардино-Балкарской Республики от 16.03.2011).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861.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Родзаевского Константина Владимировича «Завещание русского фашиста» (решение Центрального районного суда г. Красноярска от 11.10.2010).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862.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islamdin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(решение Нальчикского городского суда Кабардино-Балкарской Республики от 16.03.2011).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863.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Статья Зелимхана Мерджо под названием «Власть над мусульманами», опубликованная 18 июня 2010 года на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hunafa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(решение Магасского районного суда Республики Ингушетия от 01.03.2011).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864.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Аудиоматериал - аудио-книга </w:t>
            </w:r>
            <w:r w:rsidRPr="00041EDA">
              <w:rPr>
                <w:rFonts w:ascii="Times New Roman" w:eastAsia="MS Mincho" w:hAnsi="Times New Roman" w:cs="Times New Roman"/>
                <w:sz w:val="24"/>
                <w:szCs w:val="24"/>
                <w:lang w:val="en-US"/>
              </w:rPr>
              <w:t>CD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w:t>
            </w:r>
            <w:r w:rsidRPr="00041EDA">
              <w:rPr>
                <w:rFonts w:ascii="Times New Roman" w:eastAsia="MS Mincho" w:hAnsi="Times New Roman" w:cs="Times New Roman"/>
                <w:sz w:val="24"/>
                <w:szCs w:val="24"/>
              </w:rPr>
              <w:t>-диск «Победа и сила» (решение Ленинского районного суда г. Уфы от 17.02.2011).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865.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Лозунг «Православие или смерть!», размещенный в Интернет-ресурсе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russiansymbol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Черемушкинского районного суда г. Москвы от 21.12.2010).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866.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Лозунг «Россия для русскихъ», размещенный в Интернет-ресурсе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russiansymbol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Черемушкинского районного суда г. Москвы от 21.12.2010).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Видеоматериал </w:t>
            </w:r>
            <w:r w:rsidRPr="00041EDA">
              <w:rPr>
                <w:rFonts w:ascii="Times New Roman" w:eastAsia="MS Mincho" w:hAnsi="Times New Roman" w:cs="Times New Roman"/>
                <w:sz w:val="24"/>
                <w:szCs w:val="24"/>
                <w:lang w:val="en-US"/>
              </w:rPr>
              <w:t>DVD</w:t>
            </w:r>
            <w:r w:rsidRPr="00041EDA">
              <w:rPr>
                <w:rFonts w:ascii="Times New Roman" w:eastAsia="MS Mincho" w:hAnsi="Times New Roman" w:cs="Times New Roman"/>
                <w:sz w:val="24"/>
                <w:szCs w:val="24"/>
              </w:rPr>
              <w:t xml:space="preserve">-диск «Конференция по халифату в Индонезии, конференция по халифату в Крыму и др.» </w:t>
            </w:r>
            <w:r w:rsidRPr="00041EDA">
              <w:rPr>
                <w:rFonts w:ascii="Times New Roman" w:eastAsia="MS Mincho" w:hAnsi="Times New Roman" w:cs="Times New Roman"/>
                <w:sz w:val="24"/>
                <w:szCs w:val="24"/>
                <w:lang w:val="en-US"/>
              </w:rPr>
              <w:t>(решение Ленинского районного суда г.Уфы от 17.02.2011).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868.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Информационный материал, поступивший с адреса электронной почты 22</w:t>
            </w:r>
            <w:r w:rsidRPr="00041EDA">
              <w:rPr>
                <w:rFonts w:ascii="Times New Roman" w:eastAsia="MS Mincho" w:hAnsi="Times New Roman" w:cs="Times New Roman"/>
                <w:sz w:val="24"/>
                <w:szCs w:val="24"/>
                <w:lang w:val="en-US"/>
              </w:rPr>
              <w:t>sud</w:t>
            </w:r>
            <w:r w:rsidRPr="00041EDA">
              <w:rPr>
                <w:rFonts w:ascii="Times New Roman" w:eastAsia="MS Mincho" w:hAnsi="Times New Roman" w:cs="Times New Roman"/>
                <w:sz w:val="24"/>
                <w:szCs w:val="24"/>
              </w:rPr>
              <w:t>2010@</w:t>
            </w:r>
            <w:r w:rsidRPr="00041EDA">
              <w:rPr>
                <w:rFonts w:ascii="Times New Roman" w:eastAsia="MS Mincho" w:hAnsi="Times New Roman" w:cs="Times New Roman"/>
                <w:sz w:val="24"/>
                <w:szCs w:val="24"/>
                <w:lang w:val="en-US"/>
              </w:rPr>
              <w:t>gmail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w:t>
            </w:r>
            <w:r w:rsidRPr="00041EDA">
              <w:rPr>
                <w:rFonts w:ascii="Times New Roman" w:eastAsia="MS Mincho" w:hAnsi="Times New Roman" w:cs="Times New Roman"/>
                <w:sz w:val="24"/>
                <w:szCs w:val="24"/>
              </w:rPr>
              <w:lastRenderedPageBreak/>
              <w:t>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869.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Информационный материал - видео - обращение под наименованием «</w:t>
            </w:r>
            <w:r w:rsidRPr="00041EDA">
              <w:rPr>
                <w:rFonts w:ascii="Times New Roman" w:eastAsia="MS Mincho" w:hAnsi="Times New Roman" w:cs="Times New Roman"/>
                <w:sz w:val="24"/>
                <w:szCs w:val="24"/>
                <w:lang w:val="en-US"/>
              </w:rPr>
              <w:t>razyasnenie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Abdullaha</w:t>
            </w:r>
            <w:r w:rsidRPr="00041EDA">
              <w:rPr>
                <w:rFonts w:ascii="Times New Roman" w:eastAsia="MS Mincho" w:hAnsi="Times New Roman" w:cs="Times New Roman"/>
                <w:sz w:val="24"/>
                <w:szCs w:val="24"/>
              </w:rPr>
              <w:t>_</w:t>
            </w:r>
            <w:r w:rsidRPr="00041EDA">
              <w:rPr>
                <w:rFonts w:ascii="Times New Roman" w:eastAsia="MS Mincho" w:hAnsi="Times New Roman" w:cs="Times New Roman"/>
                <w:sz w:val="24"/>
                <w:szCs w:val="24"/>
                <w:lang w:val="en-US"/>
              </w:rPr>
              <w:t>KBK</w:t>
            </w:r>
            <w:r w:rsidRPr="00041EDA">
              <w:rPr>
                <w:rFonts w:ascii="Times New Roman" w:eastAsia="MS Mincho" w:hAnsi="Times New Roman" w:cs="Times New Roman"/>
                <w:sz w:val="24"/>
                <w:szCs w:val="24"/>
              </w:rPr>
              <w:t>_2010_</w:t>
            </w:r>
            <w:r w:rsidRPr="00041EDA">
              <w:rPr>
                <w:rFonts w:ascii="Times New Roman" w:eastAsia="MS Mincho" w:hAnsi="Times New Roman" w:cs="Times New Roman"/>
                <w:sz w:val="24"/>
                <w:szCs w:val="24"/>
                <w:lang w:val="en-US"/>
              </w:rPr>
              <w:t>okt</w:t>
            </w:r>
            <w:r w:rsidRPr="00041EDA">
              <w:rPr>
                <w:rFonts w:ascii="Times New Roman" w:eastAsia="MS Mincho" w:hAnsi="Times New Roman" w:cs="Times New Roman"/>
                <w:sz w:val="24"/>
                <w:szCs w:val="24"/>
              </w:rPr>
              <w:t xml:space="preserve">_» с видеозаписью обращения членов незаконного вооруженного формирования «Объединенного вилайят Кабарды, Балкарии и Карачая» в том числе Занкишиева А.Р.»» </w:t>
            </w:r>
            <w:r w:rsidRPr="00041EDA">
              <w:rPr>
                <w:rFonts w:ascii="Times New Roman" w:eastAsia="MS Mincho" w:hAnsi="Times New Roman" w:cs="Times New Roman"/>
                <w:sz w:val="24"/>
                <w:szCs w:val="24"/>
                <w:lang w:val="en-US"/>
              </w:rPr>
              <w:t>(решение Нальчикского городского суда Кабардино-Балкарской Республики от 12.04.2011).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871.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 сайт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.44</w:t>
            </w:r>
            <w:r w:rsidRPr="00041EDA">
              <w:rPr>
                <w:rFonts w:ascii="Times New Roman" w:eastAsia="MS Mincho" w:hAnsi="Times New Roman" w:cs="Times New Roman"/>
                <w:sz w:val="24"/>
                <w:szCs w:val="24"/>
                <w:lang w:val="en-US"/>
              </w:rPr>
              <w:t>x</w:t>
            </w:r>
            <w:r w:rsidRPr="00041EDA">
              <w:rPr>
                <w:rFonts w:ascii="Times New Roman" w:eastAsia="MS Mincho" w:hAnsi="Times New Roman" w:cs="Times New Roman"/>
                <w:sz w:val="24"/>
                <w:szCs w:val="24"/>
              </w:rPr>
              <w:t>2.</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с содержащимися на нем информационными материалами (решение Советского районного суда г. Липецка от 29.03.2011).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872.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t xml:space="preserve">DVD-диск с фильмами: «sura as-sadja», «sura gaf-ayat 16-end», «Багдадский снайпер», «Как взрывали Россию </w:t>
            </w:r>
            <w:r w:rsidRPr="00041EDA">
              <w:rPr>
                <w:rFonts w:ascii="Times New Roman" w:eastAsia="MS Mincho" w:hAnsi="Times New Roman" w:cs="Times New Roman"/>
                <w:sz w:val="24"/>
                <w:szCs w:val="24"/>
              </w:rPr>
              <w:t>Ф.С.Б.», «Конец», «Мультик», «Проповедь9992» (видеостудия «</w:t>
            </w:r>
            <w:r w:rsidRPr="00041EDA">
              <w:rPr>
                <w:rFonts w:ascii="Times New Roman" w:eastAsia="MS Mincho" w:hAnsi="Times New Roman" w:cs="Times New Roman"/>
                <w:sz w:val="24"/>
                <w:szCs w:val="24"/>
                <w:lang w:val="en-US"/>
              </w:rPr>
              <w:t>NIRVANA</w:t>
            </w:r>
            <w:r w:rsidRPr="00041EDA">
              <w:rPr>
                <w:rFonts w:ascii="Times New Roman" w:eastAsia="MS Mincho" w:hAnsi="Times New Roman" w:cs="Times New Roman"/>
                <w:sz w:val="24"/>
                <w:szCs w:val="24"/>
              </w:rPr>
              <w:t>»,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87</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lang w:val="en-US"/>
              </w:rPr>
              <w:lastRenderedPageBreak/>
              <w:t>DVD</w:t>
            </w:r>
            <w:r w:rsidRPr="00041EDA">
              <w:rPr>
                <w:rFonts w:ascii="Times New Roman" w:eastAsia="MS Mincho" w:hAnsi="Times New Roman" w:cs="Times New Roman"/>
                <w:sz w:val="24"/>
                <w:szCs w:val="24"/>
              </w:rPr>
              <w:t>-диск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874.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875.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876.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877.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878.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879.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 журнал «Аль-Ваъй» № 265 от февраля 2009 г. (решение Нефтеюганского городского суда Ханты-Мансийского автономного округа — Югры Тюменской области от 07.04.2011).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880.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881.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882.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883.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884.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Книга «Таухид» из серии «Библиотека мусульманина» - издание третье, перевод с арабского, данные о месте и годе издания отсутствуют, на 147 стр. </w:t>
            </w:r>
            <w:r w:rsidRPr="00041EDA">
              <w:rPr>
                <w:rFonts w:ascii="Times New Roman" w:eastAsia="MS Mincho" w:hAnsi="Times New Roman" w:cs="Times New Roman"/>
                <w:sz w:val="24"/>
                <w:szCs w:val="24"/>
                <w:lang w:val="en-US"/>
              </w:rPr>
              <w:t>(решение Первореченского районного суда г. Владивостока от 15.02.2011).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88</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w:t>
            </w:r>
            <w:r w:rsidRPr="00041EDA">
              <w:rPr>
                <w:rFonts w:ascii="Times New Roman" w:eastAsia="MS Mincho" w:hAnsi="Times New Roman" w:cs="Times New Roman"/>
                <w:sz w:val="24"/>
                <w:szCs w:val="24"/>
              </w:rPr>
              <w:lastRenderedPageBreak/>
              <w:t>Ростова-на-Дону от 21.12.2010).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887.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«Сто законов из Талмуда», автор неизвестен, изданная ООО фирма «Витязь» (решение Тимирязевского районного суда г. Москвы от 17.09.2010).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888.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«Кто виноват», автор В.Ф. Романенко, изданная ООО фирма «Витязь» (решение Тимирязевского районного суда г. Москвы от 17.09.2010).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889.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«Суд над академиком», автор В.И. Корчагин, изданная ООО фирма «Витязь» (решение Тимирязевского районного суда г. Москвы от 17.09.2010).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890.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Видеолекция Айрата Вахитова «Закаат» издательство «Бадр» - файл </w:t>
            </w:r>
            <w:r w:rsidRPr="00041EDA">
              <w:rPr>
                <w:rFonts w:ascii="Times New Roman" w:eastAsia="MS Mincho" w:hAnsi="Times New Roman" w:cs="Times New Roman"/>
                <w:sz w:val="24"/>
                <w:szCs w:val="24"/>
                <w:lang w:val="en-US"/>
              </w:rPr>
              <w:t>Islamtvru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Zakatayrat</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Vakhitov</w:t>
            </w:r>
            <w:r w:rsidRPr="00041EDA">
              <w:rPr>
                <w:rFonts w:ascii="Times New Roman" w:eastAsia="MS Mincho" w:hAnsi="Times New Roman" w:cs="Times New Roman"/>
                <w:sz w:val="24"/>
                <w:szCs w:val="24"/>
              </w:rPr>
              <w:t>551.</w:t>
            </w:r>
            <w:r w:rsidRPr="00041EDA">
              <w:rPr>
                <w:rFonts w:ascii="Times New Roman" w:eastAsia="MS Mincho" w:hAnsi="Times New Roman" w:cs="Times New Roman"/>
                <w:sz w:val="24"/>
                <w:szCs w:val="24"/>
                <w:lang w:val="en-US"/>
              </w:rPr>
              <w:t>wmv</w:t>
            </w:r>
            <w:r w:rsidRPr="00041EDA">
              <w:rPr>
                <w:rFonts w:ascii="Times New Roman" w:eastAsia="MS Mincho" w:hAnsi="Times New Roman" w:cs="Times New Roman"/>
                <w:sz w:val="24"/>
                <w:szCs w:val="24"/>
              </w:rPr>
              <w:t>, размещенная в сети «Интернет» (решение Металлургического районного суда г. Челябинска от 28.02.2011).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Книга «Разъяснение к Книге Единобожия» шейха Абд ар-Рахман Наср ас-Са ди и шейха Абд ар-Рахман ибн Хасан, Баку - 1997, 250 стр. </w:t>
            </w:r>
            <w:r w:rsidRPr="00041EDA">
              <w:rPr>
                <w:rFonts w:ascii="Times New Roman" w:eastAsia="MS Mincho" w:hAnsi="Times New Roman" w:cs="Times New Roman"/>
                <w:sz w:val="24"/>
                <w:szCs w:val="24"/>
                <w:lang w:val="en-US"/>
              </w:rPr>
              <w:t>(решение Норильского городского суда Красноярского края от 28.10.2010).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892.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893.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Текстовый документ под названием: «Имам Шамиль и его «Мусульманская империя»,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894.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Текстовый документ под названием: «Яркий период» политического Ислама,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895.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Текстовый документ под названием: «Победа над куффром близка!»,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896.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Текстовый документ под названием: «Сложен выбор для мусульманина»,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Газета «Русский порядок», сентябрь 2009, с заголовком «Путь в нерусскую </w:t>
            </w:r>
            <w:r w:rsidRPr="00041EDA">
              <w:rPr>
                <w:rFonts w:ascii="Times New Roman" w:eastAsia="MS Mincho" w:hAnsi="Times New Roman" w:cs="Times New Roman"/>
                <w:sz w:val="24"/>
                <w:szCs w:val="24"/>
                <w:lang w:val="en-US"/>
              </w:rPr>
              <w:t>Россию», 4 страницы (решение Кропоткинского городского суда Краснодарского края от 24.05.2011).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Газета «Русский порядок», январь 2010, с заголовком «Прикрываясь Западом, Кремль продает Россию </w:t>
            </w:r>
            <w:r w:rsidRPr="00041EDA">
              <w:rPr>
                <w:rFonts w:ascii="Times New Roman" w:eastAsia="MS Mincho" w:hAnsi="Times New Roman" w:cs="Times New Roman"/>
                <w:sz w:val="24"/>
                <w:szCs w:val="24"/>
                <w:lang w:val="en-US"/>
              </w:rPr>
              <w:t>Китаю», 4 страницы (решение Кропоткинского городского суда Краснодарского края от 24.05.2011).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89</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lastRenderedPageBreak/>
              <w:t xml:space="preserve">Листовка с заголовком «Взгляни-ка, князь какая м.., в кремлевских стенах завелась!» </w:t>
            </w:r>
            <w:r w:rsidRPr="00041EDA">
              <w:rPr>
                <w:rFonts w:ascii="Times New Roman" w:eastAsia="MS Mincho" w:hAnsi="Times New Roman" w:cs="Times New Roman"/>
                <w:sz w:val="24"/>
                <w:szCs w:val="24"/>
                <w:lang w:val="en-US"/>
              </w:rPr>
              <w:t xml:space="preserve">(решение </w:t>
            </w:r>
            <w:r w:rsidRPr="00041EDA">
              <w:rPr>
                <w:rFonts w:ascii="Times New Roman" w:eastAsia="MS Mincho" w:hAnsi="Times New Roman" w:cs="Times New Roman"/>
                <w:sz w:val="24"/>
                <w:szCs w:val="24"/>
                <w:lang w:val="en-US"/>
              </w:rPr>
              <w:lastRenderedPageBreak/>
              <w:t>Кропоткинского городского суда Краснодарского края от 24.05.2011).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Листовка с заголовком «Солдаты рейха!!! Запомните их! Эти люди легко совершили то, что не удалось вам за годы кровавых усилий!» </w:t>
            </w:r>
            <w:r w:rsidRPr="00041EDA">
              <w:rPr>
                <w:rFonts w:ascii="Times New Roman" w:eastAsia="MS Mincho" w:hAnsi="Times New Roman" w:cs="Times New Roman"/>
                <w:sz w:val="24"/>
                <w:szCs w:val="24"/>
                <w:lang w:val="en-US"/>
              </w:rPr>
              <w:t>(решение Кропоткинского городского суда Краснодарского края от 24.05.2011).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901.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Листовка с заголовком «Спасибо за увольнение», «Согласен с повышением тарифов ЖКХ»... </w:t>
            </w:r>
            <w:r w:rsidRPr="00041EDA">
              <w:rPr>
                <w:rFonts w:ascii="Times New Roman" w:eastAsia="MS Mincho" w:hAnsi="Times New Roman" w:cs="Times New Roman"/>
                <w:sz w:val="24"/>
                <w:szCs w:val="24"/>
                <w:lang w:val="en-US"/>
              </w:rPr>
              <w:t>(решение Кропоткинского городского суда Краснодарского края от 24.05.2011).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903.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с заголовком «УМРИ ЗА РОДИНУ», «А НЕ ИЗ-ЗА ПЬЯНСТВА!» (решение Кропоткинского городского суда Краснодарского края от 24.05.2011).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Листовка с заголовком «Перед вами чудо-изобретение», «Телевизатор!» </w:t>
            </w:r>
            <w:r w:rsidRPr="00041EDA">
              <w:rPr>
                <w:rFonts w:ascii="Times New Roman" w:eastAsia="MS Mincho" w:hAnsi="Times New Roman" w:cs="Times New Roman"/>
                <w:sz w:val="24"/>
                <w:szCs w:val="24"/>
                <w:lang w:val="en-US"/>
              </w:rPr>
              <w:t>(решение Кропоткинского городского суда Краснодарского края от 24.05.2011).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905.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Статья (письмо) от имени Бойкова </w:t>
            </w:r>
            <w:r w:rsidRPr="00041EDA">
              <w:rPr>
                <w:rFonts w:ascii="Times New Roman" w:eastAsia="MS Mincho" w:hAnsi="Times New Roman" w:cs="Times New Roman"/>
                <w:sz w:val="24"/>
                <w:szCs w:val="24"/>
                <w:lang w:val="en-US"/>
              </w:rPr>
              <w:t>A</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M</w:t>
            </w:r>
            <w:r w:rsidRPr="00041EDA">
              <w:rPr>
                <w:rFonts w:ascii="Times New Roman" w:eastAsia="MS Mincho" w:hAnsi="Times New Roman" w:cs="Times New Roman"/>
                <w:sz w:val="24"/>
                <w:szCs w:val="24"/>
              </w:rPr>
              <w:t>. «Размышление после неудачи» (решение Федерального суда Ленинского района г. Махачкалы Республики Дагестан от 20.07.2004).</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906.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907.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Электронный журнал «НС-Тайга» (решение Нижневартовского городского суда Ханты-Мансийского автономного округа – Югры от 20.04.2011).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908.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Видеоролик «Достойны смерти!», размещенный в международной компьютерной сети «Интернет» на информационном сайте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harchikov</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clan</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su</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publ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video</w:t>
            </w:r>
            <w:r w:rsidRPr="00041EDA">
              <w:rPr>
                <w:rFonts w:ascii="Times New Roman" w:eastAsia="MS Mincho" w:hAnsi="Times New Roman" w:cs="Times New Roman"/>
                <w:sz w:val="24"/>
                <w:szCs w:val="24"/>
              </w:rPr>
              <w:t>/3-2-2» (решение Ленинского районного суда г. Саранска Республики Мордовия от 06.06.2011).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909.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910.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911.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Журнал «Корпус», январь – февраль 2007 г., № 1, 32 страницы (решение Королевского городского суда Московской области от 07.12.2010).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912.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913.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Журнал «Русская воля», февраль 2007г., № 10,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russianwill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org</w:t>
            </w:r>
            <w:r w:rsidRPr="00041EDA">
              <w:rPr>
                <w:rFonts w:ascii="Times New Roman" w:eastAsia="MS Mincho" w:hAnsi="Times New Roman" w:cs="Times New Roman"/>
                <w:sz w:val="24"/>
                <w:szCs w:val="24"/>
              </w:rPr>
              <w:t>., 48 страниц (решение Королевского городского суда Московской области от 07.12.2010).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916.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Статья «Что такое </w:t>
            </w:r>
            <w:r w:rsidRPr="00041EDA">
              <w:rPr>
                <w:rFonts w:ascii="Times New Roman" w:eastAsia="MS Mincho" w:hAnsi="Times New Roman" w:cs="Times New Roman"/>
                <w:sz w:val="24"/>
                <w:szCs w:val="24"/>
                <w:lang w:val="en-US"/>
              </w:rPr>
              <w:t>ZOG</w:t>
            </w:r>
            <w:r w:rsidRPr="00041EDA">
              <w:rPr>
                <w:rFonts w:ascii="Times New Roman" w:eastAsia="MS Mincho" w:hAnsi="Times New Roman" w:cs="Times New Roman"/>
                <w:sz w:val="24"/>
                <w:szCs w:val="24"/>
              </w:rPr>
              <w:t xml:space="preserve">?», опубликованная в международной компьютерной сети «Интернет» на информационных сайтах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elniki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fans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ucoz</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и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elniki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fans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Ленинского районного суда г. Саранска Республики Мордовия от 08.06.2011).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917.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w:t>
            </w:r>
            <w:r w:rsidRPr="00041EDA">
              <w:rPr>
                <w:rFonts w:ascii="Times New Roman" w:eastAsia="MS Mincho" w:hAnsi="Times New Roman" w:cs="Times New Roman"/>
                <w:sz w:val="24"/>
                <w:szCs w:val="24"/>
                <w:lang w:val="en-US"/>
              </w:rPr>
              <w:t>ZOG</w:t>
            </w:r>
            <w:r w:rsidRPr="00041EDA">
              <w:rPr>
                <w:rFonts w:ascii="Times New Roman" w:eastAsia="MS Mincho" w:hAnsi="Times New Roman" w:cs="Times New Roman"/>
                <w:sz w:val="24"/>
                <w:szCs w:val="24"/>
              </w:rPr>
              <w:t xml:space="preserve">», опубликованная в международной компьютерной сети «Интернет» на информационных сайтах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elniki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fans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ucoz</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com</w:t>
            </w:r>
            <w:r w:rsidRPr="00041EDA">
              <w:rPr>
                <w:rFonts w:ascii="Times New Roman" w:eastAsia="MS Mincho" w:hAnsi="Times New Roman" w:cs="Times New Roman"/>
                <w:sz w:val="24"/>
                <w:szCs w:val="24"/>
              </w:rPr>
              <w:t xml:space="preserve">// и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elniki</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fans</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Ленинского районного суда г. Саранска Республики Мордовия от 08.06.2011).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91</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w:t>
            </w:r>
            <w:r w:rsidRPr="00041EDA">
              <w:rPr>
                <w:rFonts w:ascii="Times New Roman" w:eastAsia="MS Mincho" w:hAnsi="Times New Roman" w:cs="Times New Roman"/>
                <w:sz w:val="24"/>
                <w:szCs w:val="24"/>
              </w:rPr>
              <w:lastRenderedPageBreak/>
              <w:t>Свердловской области от 23.12.2009).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919.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920.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reichblood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narod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Промышленного районного суда города Курска от 04.05.2011).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Статья «Русское национально-освободительное Движение СТРАТЕГИЯ 2020 Концепция стратегического развития. </w:t>
            </w:r>
            <w:r w:rsidRPr="00041EDA">
              <w:rPr>
                <w:rFonts w:ascii="Times New Roman" w:eastAsia="MS Mincho" w:hAnsi="Times New Roman" w:cs="Times New Roman"/>
                <w:sz w:val="24"/>
                <w:szCs w:val="24"/>
                <w:lang w:val="en-US"/>
              </w:rPr>
              <w:t>Общий вектор.» (решение Благовещенского городского суда Амурской области от 14.06.2011).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922.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reichblood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narod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Промышленного районного суда города Курска от 17.05.2011).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923.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reichblood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narod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Промышленного районного суда города Курска от 17.05.2011).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92</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Текст интервью </w:t>
            </w:r>
            <w:r w:rsidRPr="00041EDA">
              <w:rPr>
                <w:rFonts w:ascii="Times New Roman" w:eastAsia="MS Mincho" w:hAnsi="Times New Roman" w:cs="Times New Roman"/>
                <w:sz w:val="24"/>
                <w:szCs w:val="24"/>
                <w:lang w:val="en-US"/>
              </w:rPr>
              <w:t>HVIS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ASATRU</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TAR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OSS</w:t>
            </w:r>
            <w:r w:rsidRPr="00041EDA">
              <w:rPr>
                <w:rFonts w:ascii="Times New Roman" w:eastAsia="MS Mincho" w:hAnsi="Times New Roman" w:cs="Times New Roman"/>
                <w:sz w:val="24"/>
                <w:szCs w:val="24"/>
              </w:rPr>
              <w:t xml:space="preserve"> от 27.11.2005г., размещенный на Интернет-сайте «Кровь-Рейха», имеющий электронный адрес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reichblood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narod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Промышленного районного суда города </w:t>
            </w:r>
            <w:r w:rsidRPr="00041EDA">
              <w:rPr>
                <w:rFonts w:ascii="Times New Roman" w:eastAsia="MS Mincho" w:hAnsi="Times New Roman" w:cs="Times New Roman"/>
                <w:sz w:val="24"/>
                <w:szCs w:val="24"/>
              </w:rPr>
              <w:lastRenderedPageBreak/>
              <w:t>Курска от 02.06.2011).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925.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Текст интервью </w:t>
            </w:r>
            <w:r w:rsidRPr="00041EDA">
              <w:rPr>
                <w:rFonts w:ascii="Times New Roman" w:eastAsia="MS Mincho" w:hAnsi="Times New Roman" w:cs="Times New Roman"/>
                <w:sz w:val="24"/>
                <w:szCs w:val="24"/>
                <w:lang w:val="en-US"/>
              </w:rPr>
              <w:t>CHAOS</w:t>
            </w:r>
            <w:r w:rsidRPr="00041EDA">
              <w:rPr>
                <w:rFonts w:ascii="Times New Roman" w:eastAsia="MS Mincho" w:hAnsi="Times New Roman" w:cs="Times New Roman"/>
                <w:sz w:val="24"/>
                <w:szCs w:val="24"/>
              </w:rPr>
              <w:t xml:space="preserve"> 34 </w:t>
            </w:r>
            <w:r w:rsidRPr="00041EDA">
              <w:rPr>
                <w:rFonts w:ascii="Times New Roman" w:eastAsia="MS Mincho" w:hAnsi="Times New Roman" w:cs="Times New Roman"/>
                <w:sz w:val="24"/>
                <w:szCs w:val="24"/>
                <w:lang w:val="en-US"/>
              </w:rPr>
              <w:t>ZINE</w:t>
            </w:r>
            <w:r w:rsidRPr="00041EDA">
              <w:rPr>
                <w:rFonts w:ascii="Times New Roman" w:eastAsia="MS Mincho" w:hAnsi="Times New Roman" w:cs="Times New Roman"/>
                <w:sz w:val="24"/>
                <w:szCs w:val="24"/>
              </w:rPr>
              <w:t xml:space="preserve"> от 2006г., размещенный на Интернет-сайте «Кровь-Рейха», имеющий электронный адрес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reichblood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narod</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Промышленного районного суда города Курска от 02.06.2011).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926.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927.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Видеоролик «</w:t>
            </w:r>
            <w:r w:rsidRPr="00041EDA">
              <w:rPr>
                <w:rFonts w:ascii="Times New Roman" w:eastAsia="MS Mincho" w:hAnsi="Times New Roman" w:cs="Times New Roman"/>
                <w:sz w:val="24"/>
                <w:szCs w:val="24"/>
                <w:lang w:val="en-US"/>
              </w:rPr>
              <w:t>Format</w:t>
            </w:r>
            <w:r w:rsidRPr="00041EDA">
              <w:rPr>
                <w:rFonts w:ascii="Times New Roman" w:eastAsia="MS Mincho" w:hAnsi="Times New Roman" w:cs="Times New Roman"/>
                <w:sz w:val="24"/>
                <w:szCs w:val="24"/>
              </w:rPr>
              <w:t>18. Казнь предателя.</w:t>
            </w:r>
            <w:r w:rsidRPr="00041EDA">
              <w:rPr>
                <w:rFonts w:ascii="Times New Roman" w:eastAsia="MS Mincho" w:hAnsi="Times New Roman" w:cs="Times New Roman"/>
                <w:sz w:val="24"/>
                <w:szCs w:val="24"/>
                <w:lang w:val="en-US"/>
              </w:rPr>
              <w:t>wmv</w:t>
            </w:r>
            <w:r w:rsidRPr="00041EDA">
              <w:rPr>
                <w:rFonts w:ascii="Times New Roman" w:eastAsia="MS Mincho" w:hAnsi="Times New Roman" w:cs="Times New Roman"/>
                <w:sz w:val="24"/>
                <w:szCs w:val="24"/>
              </w:rPr>
              <w:t>»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928.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Видеоролик «</w:t>
            </w:r>
            <w:r w:rsidRPr="00041EDA">
              <w:rPr>
                <w:rFonts w:ascii="Times New Roman" w:eastAsia="MS Mincho" w:hAnsi="Times New Roman" w:cs="Times New Roman"/>
                <w:sz w:val="24"/>
                <w:szCs w:val="24"/>
                <w:lang w:val="en-US"/>
              </w:rPr>
              <w:t>MEDVED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FILMS</w:t>
            </w:r>
            <w:r w:rsidRPr="00041EDA">
              <w:rPr>
                <w:rFonts w:ascii="Times New Roman" w:eastAsia="MS Mincho" w:hAnsi="Times New Roman" w:cs="Times New Roman"/>
                <w:sz w:val="24"/>
                <w:szCs w:val="24"/>
              </w:rPr>
              <w:t xml:space="preserve">. Россия для Русских. </w:t>
            </w:r>
            <w:r w:rsidRPr="00041EDA">
              <w:rPr>
                <w:rFonts w:ascii="Times New Roman" w:eastAsia="MS Mincho" w:hAnsi="Times New Roman" w:cs="Times New Roman"/>
                <w:sz w:val="24"/>
                <w:szCs w:val="24"/>
                <w:lang w:val="en-US"/>
              </w:rPr>
              <w:t>wmv</w:t>
            </w:r>
            <w:r w:rsidRPr="00041EDA">
              <w:rPr>
                <w:rFonts w:ascii="Times New Roman" w:eastAsia="MS Mincho" w:hAnsi="Times New Roman" w:cs="Times New Roman"/>
                <w:sz w:val="24"/>
                <w:szCs w:val="24"/>
              </w:rPr>
              <w:t>»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929.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Видеоролик «</w:t>
            </w:r>
            <w:r w:rsidRPr="00041EDA">
              <w:rPr>
                <w:rFonts w:ascii="Times New Roman" w:eastAsia="MS Mincho" w:hAnsi="Times New Roman" w:cs="Times New Roman"/>
                <w:sz w:val="24"/>
                <w:szCs w:val="24"/>
                <w:lang w:val="en-US"/>
              </w:rPr>
              <w:t>Format</w:t>
            </w:r>
            <w:r w:rsidRPr="00041EDA">
              <w:rPr>
                <w:rFonts w:ascii="Times New Roman" w:eastAsia="MS Mincho" w:hAnsi="Times New Roman" w:cs="Times New Roman"/>
                <w:sz w:val="24"/>
                <w:szCs w:val="24"/>
              </w:rPr>
              <w:t xml:space="preserve">18. </w:t>
            </w:r>
            <w:r w:rsidRPr="00041EDA">
              <w:rPr>
                <w:rFonts w:ascii="Times New Roman" w:eastAsia="MS Mincho" w:hAnsi="Times New Roman" w:cs="Times New Roman"/>
                <w:sz w:val="24"/>
                <w:szCs w:val="24"/>
                <w:lang w:val="en-US"/>
              </w:rPr>
              <w:t>News</w:t>
            </w:r>
            <w:r w:rsidRPr="00041EDA">
              <w:rPr>
                <w:rFonts w:ascii="Times New Roman" w:eastAsia="MS Mincho" w:hAnsi="Times New Roman" w:cs="Times New Roman"/>
                <w:sz w:val="24"/>
                <w:szCs w:val="24"/>
              </w:rPr>
              <w:t>. урок экстремизма.</w:t>
            </w:r>
            <w:r w:rsidRPr="00041EDA">
              <w:rPr>
                <w:rFonts w:ascii="Times New Roman" w:eastAsia="MS Mincho" w:hAnsi="Times New Roman" w:cs="Times New Roman"/>
                <w:sz w:val="24"/>
                <w:szCs w:val="24"/>
                <w:lang w:val="en-US"/>
              </w:rPr>
              <w:t>wmv</w:t>
            </w:r>
            <w:r w:rsidRPr="00041EDA">
              <w:rPr>
                <w:rFonts w:ascii="Times New Roman" w:eastAsia="MS Mincho" w:hAnsi="Times New Roman" w:cs="Times New Roman"/>
                <w:sz w:val="24"/>
                <w:szCs w:val="24"/>
              </w:rPr>
              <w:t>»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930.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Видеоролик «</w:t>
            </w:r>
            <w:r w:rsidRPr="00041EDA">
              <w:rPr>
                <w:rFonts w:ascii="Times New Roman" w:eastAsia="MS Mincho" w:hAnsi="Times New Roman" w:cs="Times New Roman"/>
                <w:sz w:val="24"/>
                <w:szCs w:val="24"/>
                <w:lang w:val="en-US"/>
              </w:rPr>
              <w:t>Format</w:t>
            </w:r>
            <w:r w:rsidRPr="00041EDA">
              <w:rPr>
                <w:rFonts w:ascii="Times New Roman" w:eastAsia="MS Mincho" w:hAnsi="Times New Roman" w:cs="Times New Roman"/>
                <w:sz w:val="24"/>
                <w:szCs w:val="24"/>
              </w:rPr>
              <w:t>18. Экстремист.</w:t>
            </w:r>
            <w:r w:rsidRPr="00041EDA">
              <w:rPr>
                <w:rFonts w:ascii="Times New Roman" w:eastAsia="MS Mincho" w:hAnsi="Times New Roman" w:cs="Times New Roman"/>
                <w:sz w:val="24"/>
                <w:szCs w:val="24"/>
                <w:lang w:val="en-US"/>
              </w:rPr>
              <w:t>wmv</w:t>
            </w:r>
            <w:r w:rsidRPr="00041EDA">
              <w:rPr>
                <w:rFonts w:ascii="Times New Roman" w:eastAsia="MS Mincho" w:hAnsi="Times New Roman" w:cs="Times New Roman"/>
                <w:sz w:val="24"/>
                <w:szCs w:val="24"/>
              </w:rPr>
              <w:t>»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931.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Видеоролик «</w:t>
            </w:r>
            <w:r w:rsidRPr="00041EDA">
              <w:rPr>
                <w:rFonts w:ascii="Times New Roman" w:eastAsia="MS Mincho" w:hAnsi="Times New Roman" w:cs="Times New Roman"/>
                <w:sz w:val="24"/>
                <w:szCs w:val="24"/>
                <w:lang w:val="en-US"/>
              </w:rPr>
              <w:t>Home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video</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hdsl</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avi</w:t>
            </w:r>
            <w:r w:rsidRPr="00041EDA">
              <w:rPr>
                <w:rFonts w:ascii="Times New Roman" w:eastAsia="MS Mincho" w:hAnsi="Times New Roman" w:cs="Times New Roman"/>
                <w:sz w:val="24"/>
                <w:szCs w:val="24"/>
              </w:rPr>
              <w:t>»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932.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Видеоролик «</w:t>
            </w:r>
            <w:r w:rsidRPr="00041EDA">
              <w:rPr>
                <w:rFonts w:ascii="Times New Roman" w:eastAsia="MS Mincho" w:hAnsi="Times New Roman" w:cs="Times New Roman"/>
                <w:sz w:val="24"/>
                <w:szCs w:val="24"/>
                <w:lang w:val="en-US"/>
              </w:rPr>
              <w:t>metro</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avi</w:t>
            </w:r>
            <w:r w:rsidRPr="00041EDA">
              <w:rPr>
                <w:rFonts w:ascii="Times New Roman" w:eastAsia="MS Mincho" w:hAnsi="Times New Roman" w:cs="Times New Roman"/>
                <w:sz w:val="24"/>
                <w:szCs w:val="24"/>
              </w:rPr>
              <w:t>»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933.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Видеоролик «ОБЩАГА НЕГРОВ.</w:t>
            </w:r>
            <w:r w:rsidRPr="00041EDA">
              <w:rPr>
                <w:rFonts w:ascii="Times New Roman" w:eastAsia="MS Mincho" w:hAnsi="Times New Roman" w:cs="Times New Roman"/>
                <w:sz w:val="24"/>
                <w:szCs w:val="24"/>
                <w:lang w:val="en-US"/>
              </w:rPr>
              <w:t>avi</w:t>
            </w:r>
            <w:r w:rsidRPr="00041EDA">
              <w:rPr>
                <w:rFonts w:ascii="Times New Roman" w:eastAsia="MS Mincho" w:hAnsi="Times New Roman" w:cs="Times New Roman"/>
                <w:sz w:val="24"/>
                <w:szCs w:val="24"/>
              </w:rPr>
              <w:t>»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934.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Видеоролик «Банда Москвы ВИВАТ, РОССИЯ! «Отмахали цунора на </w:t>
            </w:r>
            <w:r w:rsidRPr="00041EDA">
              <w:rPr>
                <w:rFonts w:ascii="Times New Roman" w:eastAsia="MS Mincho" w:hAnsi="Times New Roman" w:cs="Times New Roman"/>
                <w:sz w:val="24"/>
                <w:szCs w:val="24"/>
                <w:lang w:val="en-US"/>
              </w:rPr>
              <w:t>nacxy</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wmv</w:t>
            </w:r>
            <w:r w:rsidRPr="00041EDA">
              <w:rPr>
                <w:rFonts w:ascii="Times New Roman" w:eastAsia="MS Mincho" w:hAnsi="Times New Roman" w:cs="Times New Roman"/>
                <w:sz w:val="24"/>
                <w:szCs w:val="24"/>
              </w:rPr>
              <w:t>»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935.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Видеоролик «Правый Кулак </w:t>
            </w:r>
            <w:r w:rsidRPr="00041EDA">
              <w:rPr>
                <w:rFonts w:ascii="Times New Roman" w:eastAsia="MS Mincho" w:hAnsi="Times New Roman" w:cs="Times New Roman"/>
                <w:sz w:val="24"/>
                <w:szCs w:val="24"/>
                <w:lang w:val="en-US"/>
              </w:rPr>
              <w:t>CIIB</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wmv</w:t>
            </w:r>
            <w:r w:rsidRPr="00041EDA">
              <w:rPr>
                <w:rFonts w:ascii="Times New Roman" w:eastAsia="MS Mincho" w:hAnsi="Times New Roman" w:cs="Times New Roman"/>
                <w:sz w:val="24"/>
                <w:szCs w:val="24"/>
              </w:rPr>
              <w:t>»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936.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Видеоролик «Стадо Косых.</w:t>
            </w:r>
            <w:r w:rsidRPr="00041EDA">
              <w:rPr>
                <w:rFonts w:ascii="Times New Roman" w:eastAsia="MS Mincho" w:hAnsi="Times New Roman" w:cs="Times New Roman"/>
                <w:sz w:val="24"/>
                <w:szCs w:val="24"/>
                <w:lang w:val="en-US"/>
              </w:rPr>
              <w:t>wmv</w:t>
            </w:r>
            <w:r w:rsidRPr="00041EDA">
              <w:rPr>
                <w:rFonts w:ascii="Times New Roman" w:eastAsia="MS Mincho" w:hAnsi="Times New Roman" w:cs="Times New Roman"/>
                <w:sz w:val="24"/>
                <w:szCs w:val="24"/>
              </w:rPr>
              <w:t>»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93</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w:t>
            </w:r>
            <w:r w:rsidRPr="00041EDA">
              <w:rPr>
                <w:rFonts w:ascii="Times New Roman" w:eastAsia="MS Mincho" w:hAnsi="Times New Roman" w:cs="Times New Roman"/>
                <w:sz w:val="24"/>
                <w:szCs w:val="24"/>
                <w:lang w:val="en-US"/>
              </w:rPr>
              <w:t>SKINHEADS</w:t>
            </w:r>
            <w:r w:rsidRPr="00041EDA">
              <w:rPr>
                <w:rFonts w:ascii="Times New Roman" w:eastAsia="MS Mincho" w:hAnsi="Times New Roman" w:cs="Times New Roman"/>
                <w:sz w:val="24"/>
                <w:szCs w:val="24"/>
              </w:rPr>
              <w:t xml:space="preserve">» Будущее </w:t>
            </w:r>
            <w:r w:rsidRPr="00041EDA">
              <w:rPr>
                <w:rFonts w:ascii="Times New Roman" w:eastAsia="MS Mincho" w:hAnsi="Times New Roman" w:cs="Times New Roman"/>
                <w:sz w:val="24"/>
                <w:szCs w:val="24"/>
              </w:rPr>
              <w:lastRenderedPageBreak/>
              <w:t>принадлежит нам! ... Бойся нас!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938.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Изображение с надписями на сером фоне «</w:t>
            </w:r>
            <w:r w:rsidRPr="00041EDA">
              <w:rPr>
                <w:rFonts w:ascii="Times New Roman" w:eastAsia="MS Mincho" w:hAnsi="Times New Roman" w:cs="Times New Roman"/>
                <w:sz w:val="24"/>
                <w:szCs w:val="24"/>
                <w:lang w:val="en-US"/>
              </w:rPr>
              <w:t>White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Power</w:t>
            </w:r>
            <w:r w:rsidRPr="00041EDA">
              <w:rPr>
                <w:rFonts w:ascii="Times New Roman" w:eastAsia="MS Mincho" w:hAnsi="Times New Roman" w:cs="Times New Roman"/>
                <w:sz w:val="24"/>
                <w:szCs w:val="24"/>
              </w:rPr>
              <w:t>» и «</w:t>
            </w:r>
            <w:r w:rsidRPr="00041EDA">
              <w:rPr>
                <w:rFonts w:ascii="Times New Roman" w:eastAsia="MS Mincho" w:hAnsi="Times New Roman" w:cs="Times New Roman"/>
                <w:sz w:val="24"/>
                <w:szCs w:val="24"/>
                <w:lang w:val="en-US"/>
              </w:rPr>
              <w:t>Skin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Head</w:t>
            </w:r>
            <w:r w:rsidRPr="00041EDA">
              <w:rPr>
                <w:rFonts w:ascii="Times New Roman" w:eastAsia="MS Mincho" w:hAnsi="Times New Roman" w:cs="Times New Roman"/>
                <w:sz w:val="24"/>
                <w:szCs w:val="24"/>
              </w:rPr>
              <w:t xml:space="preserve"> Мы должны защищать существование …» </w:t>
            </w:r>
            <w:r w:rsidRPr="00041EDA">
              <w:rPr>
                <w:rFonts w:ascii="Times New Roman" w:eastAsia="MS Mincho" w:hAnsi="Times New Roman" w:cs="Times New Roman"/>
                <w:sz w:val="24"/>
                <w:szCs w:val="24"/>
                <w:lang w:val="en-US"/>
              </w:rPr>
              <w:t>(решение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w:t>
            </w:r>
            <w:r w:rsidRPr="00041EDA">
              <w:rPr>
                <w:rFonts w:ascii="Times New Roman" w:eastAsia="MS Mincho" w:hAnsi="Times New Roman" w:cs="Times New Roman"/>
                <w:sz w:val="24"/>
                <w:szCs w:val="24"/>
                <w:lang w:val="en-US"/>
              </w:rPr>
              <w:t>(решение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941.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942.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943.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944.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Изображение двух солдат в форме, напоминающей форму солдат фашистской армии, приставивших пистолеты, наклонившегося мужчины и надписями «</w:t>
            </w:r>
            <w:r w:rsidRPr="00041EDA">
              <w:rPr>
                <w:rFonts w:ascii="Times New Roman" w:eastAsia="MS Mincho" w:hAnsi="Times New Roman" w:cs="Times New Roman"/>
                <w:sz w:val="24"/>
                <w:szCs w:val="24"/>
                <w:lang w:val="en-US"/>
              </w:rPr>
              <w:t>Blood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Honor</w:t>
            </w:r>
            <w:r w:rsidRPr="00041EDA">
              <w:rPr>
                <w:rFonts w:ascii="Times New Roman" w:eastAsia="MS Mincho" w:hAnsi="Times New Roman" w:cs="Times New Roman"/>
                <w:sz w:val="24"/>
                <w:szCs w:val="24"/>
              </w:rPr>
              <w:t>», «</w:t>
            </w:r>
            <w:r w:rsidRPr="00041EDA">
              <w:rPr>
                <w:rFonts w:ascii="Times New Roman" w:eastAsia="MS Mincho" w:hAnsi="Times New Roman" w:cs="Times New Roman"/>
                <w:sz w:val="24"/>
                <w:szCs w:val="24"/>
                <w:lang w:val="en-US"/>
              </w:rPr>
              <w:t>Serbia</w:t>
            </w:r>
            <w:r w:rsidRPr="00041EDA">
              <w:rPr>
                <w:rFonts w:ascii="Times New Roman" w:eastAsia="MS Mincho" w:hAnsi="Times New Roman" w:cs="Times New Roman"/>
                <w:sz w:val="24"/>
                <w:szCs w:val="24"/>
              </w:rPr>
              <w:t>», «</w:t>
            </w:r>
            <w:r w:rsidRPr="00041EDA">
              <w:rPr>
                <w:rFonts w:ascii="Times New Roman" w:eastAsia="MS Mincho" w:hAnsi="Times New Roman" w:cs="Times New Roman"/>
                <w:sz w:val="24"/>
                <w:szCs w:val="24"/>
                <w:lang w:val="en-US"/>
              </w:rPr>
              <w:t>Athems</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cleansing</w:t>
            </w:r>
            <w:r w:rsidRPr="00041EDA">
              <w:rPr>
                <w:rFonts w:ascii="Times New Roman" w:eastAsia="MS Mincho" w:hAnsi="Times New Roman" w:cs="Times New Roman"/>
                <w:sz w:val="24"/>
                <w:szCs w:val="24"/>
              </w:rPr>
              <w:t>»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945.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Изображение портрета императора Александра </w:t>
            </w:r>
            <w:r w:rsidRPr="00041EDA">
              <w:rPr>
                <w:rFonts w:ascii="Times New Roman" w:eastAsia="MS Mincho" w:hAnsi="Times New Roman" w:cs="Times New Roman"/>
                <w:sz w:val="24"/>
                <w:szCs w:val="24"/>
                <w:lang w:val="en-US"/>
              </w:rPr>
              <w:t>III</w:t>
            </w:r>
            <w:r w:rsidRPr="00041EDA">
              <w:rPr>
                <w:rFonts w:ascii="Times New Roman" w:eastAsia="MS Mincho" w:hAnsi="Times New Roman" w:cs="Times New Roman"/>
                <w:sz w:val="24"/>
                <w:szCs w:val="24"/>
              </w:rPr>
              <w:t xml:space="preserve"> и надписями «Россия – для Русских …! Александр </w:t>
            </w:r>
            <w:r w:rsidRPr="00041EDA">
              <w:rPr>
                <w:rFonts w:ascii="Times New Roman" w:eastAsia="MS Mincho" w:hAnsi="Times New Roman" w:cs="Times New Roman"/>
                <w:sz w:val="24"/>
                <w:szCs w:val="24"/>
                <w:lang w:val="en-US"/>
              </w:rPr>
              <w:t>III</w:t>
            </w:r>
            <w:r w:rsidRPr="00041EDA">
              <w:rPr>
                <w:rFonts w:ascii="Times New Roman" w:eastAsia="MS Mincho" w:hAnsi="Times New Roman" w:cs="Times New Roman"/>
                <w:sz w:val="24"/>
                <w:szCs w:val="24"/>
              </w:rPr>
              <w:t>»,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946.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Изображение мужчины в черной куртке и черной маске и надписью «</w:t>
            </w:r>
            <w:r w:rsidRPr="00041EDA">
              <w:rPr>
                <w:rFonts w:ascii="Times New Roman" w:eastAsia="MS Mincho" w:hAnsi="Times New Roman" w:cs="Times New Roman"/>
                <w:sz w:val="24"/>
                <w:szCs w:val="24"/>
                <w:lang w:val="en-US"/>
              </w:rPr>
              <w:t>Blood</w:t>
            </w:r>
            <w:r w:rsidRPr="00041EDA">
              <w:rPr>
                <w:rFonts w:ascii="Times New Roman" w:eastAsia="MS Mincho" w:hAnsi="Times New Roman" w:cs="Times New Roman"/>
                <w:sz w:val="24"/>
                <w:szCs w:val="24"/>
              </w:rPr>
              <w:t xml:space="preserve"> (изображение, сходное с нацистской символикой до степени смешения) </w:t>
            </w:r>
            <w:r w:rsidRPr="00041EDA">
              <w:rPr>
                <w:rFonts w:ascii="Times New Roman" w:eastAsia="MS Mincho" w:hAnsi="Times New Roman" w:cs="Times New Roman"/>
                <w:sz w:val="24"/>
                <w:szCs w:val="24"/>
                <w:lang w:val="en-US"/>
              </w:rPr>
              <w:t>Honor</w:t>
            </w:r>
            <w:r w:rsidRPr="00041EDA">
              <w:rPr>
                <w:rFonts w:ascii="Times New Roman" w:eastAsia="MS Mincho" w:hAnsi="Times New Roman" w:cs="Times New Roman"/>
                <w:sz w:val="24"/>
                <w:szCs w:val="24"/>
              </w:rPr>
              <w:t>» и изображение белого круга с буквой «</w:t>
            </w:r>
            <w:r w:rsidRPr="00041EDA">
              <w:rPr>
                <w:rFonts w:ascii="Times New Roman" w:eastAsia="MS Mincho" w:hAnsi="Times New Roman" w:cs="Times New Roman"/>
                <w:sz w:val="24"/>
                <w:szCs w:val="24"/>
                <w:lang w:val="en-US"/>
              </w:rPr>
              <w:t>S</w:t>
            </w:r>
            <w:r w:rsidRPr="00041EDA">
              <w:rPr>
                <w:rFonts w:ascii="Times New Roman" w:eastAsia="MS Mincho" w:hAnsi="Times New Roman" w:cs="Times New Roman"/>
                <w:sz w:val="24"/>
                <w:szCs w:val="24"/>
              </w:rPr>
              <w:t>», стилизованной под знак «</w:t>
            </w:r>
            <w:r w:rsidRPr="00041EDA">
              <w:rPr>
                <w:rFonts w:ascii="Times New Roman" w:eastAsia="MS Mincho" w:hAnsi="Times New Roman" w:cs="Times New Roman"/>
                <w:sz w:val="24"/>
                <w:szCs w:val="24"/>
                <w:lang w:val="en-US"/>
              </w:rPr>
              <w:t>SS</w:t>
            </w:r>
            <w:r w:rsidRPr="00041EDA">
              <w:rPr>
                <w:rFonts w:ascii="Times New Roman" w:eastAsia="MS Mincho" w:hAnsi="Times New Roman" w:cs="Times New Roman"/>
                <w:sz w:val="24"/>
                <w:szCs w:val="24"/>
              </w:rPr>
              <w:t>»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947.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948.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Листовка, начинающаяся словами «Народам и ставленникам над ними» (решение Засвияжского районного суда города Ульяновска от 25.05.2011).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949.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«Наши женщины справа» (решение Засвияжского районного суда города Ульяновска от 25.05.2011).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95</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 xml:space="preserve">Статья «Клич победы - ТУРАНГОЛ! АЛЛА АКБАР!» (решение Засвияжского районного суда города </w:t>
            </w:r>
            <w:r w:rsidRPr="00041EDA">
              <w:rPr>
                <w:rFonts w:ascii="Times New Roman" w:eastAsia="MS Mincho" w:hAnsi="Times New Roman" w:cs="Times New Roman"/>
                <w:sz w:val="24"/>
                <w:szCs w:val="24"/>
              </w:rPr>
              <w:lastRenderedPageBreak/>
              <w:t>Ульяновска от 25.05.2011).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951.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Статья «Дневник </w:t>
            </w:r>
            <w:r w:rsidRPr="00041EDA">
              <w:rPr>
                <w:rFonts w:ascii="Times New Roman" w:eastAsia="MS Mincho" w:hAnsi="Times New Roman" w:cs="Times New Roman"/>
                <w:sz w:val="24"/>
                <w:szCs w:val="24"/>
                <w:lang w:val="en-US"/>
              </w:rPr>
              <w:t>Nailkhan</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Jihadshah</w:t>
            </w:r>
            <w:r w:rsidRPr="00041EDA">
              <w:rPr>
                <w:rFonts w:ascii="Times New Roman" w:eastAsia="MS Mincho" w:hAnsi="Times New Roman" w:cs="Times New Roman"/>
                <w:sz w:val="24"/>
                <w:szCs w:val="24"/>
              </w:rPr>
              <w:t>» (решение Засвияжского районного суда города Ульяновска от 25.05.2011).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952.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Статья «БЭС см.: ВИРУСЫ (от лат. </w:t>
            </w:r>
            <w:r w:rsidRPr="00041EDA">
              <w:rPr>
                <w:rFonts w:ascii="Times New Roman" w:eastAsia="MS Mincho" w:hAnsi="Times New Roman" w:cs="Times New Roman"/>
                <w:sz w:val="24"/>
                <w:szCs w:val="24"/>
                <w:lang w:val="en-US"/>
              </w:rPr>
              <w:t>Virus</w:t>
            </w:r>
            <w:r w:rsidRPr="00041EDA">
              <w:rPr>
                <w:rFonts w:ascii="Times New Roman" w:eastAsia="MS Mincho" w:hAnsi="Times New Roman" w:cs="Times New Roman"/>
                <w:sz w:val="24"/>
                <w:szCs w:val="24"/>
              </w:rPr>
              <w:t xml:space="preserve"> - яд)» (решение Засвияжского районного суда города Ульяновска от 25.05.2011).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953.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Статья «Русский язык искусственно придуман» (решение Засвияжского районного суда города Ульяновска от 25.05.2011).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954.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Интернет-сайт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livainternet</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Засвияжского районного суда города Ульяновска от 25.05.2011).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955.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Интернет-сайт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TATARLAR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Засвияжского районного суда города Ульяновска от 25.05.2011).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956.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Размещенная Байкаловым Никитой Игоревичем в сети Интернет на странице «Сергей Правый» сайта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w:t>
            </w:r>
            <w:r w:rsidRPr="00041EDA">
              <w:rPr>
                <w:rFonts w:ascii="Times New Roman" w:eastAsia="MS Mincho" w:hAnsi="Times New Roman" w:cs="Times New Roman"/>
                <w:sz w:val="24"/>
                <w:szCs w:val="24"/>
                <w:lang w:val="en-US"/>
              </w:rPr>
              <w:t>by</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Sturmovik</w:t>
            </w:r>
            <w:r w:rsidRPr="00041EDA">
              <w:rPr>
                <w:rFonts w:ascii="Times New Roman" w:eastAsia="MS Mincho" w:hAnsi="Times New Roman" w:cs="Times New Roman"/>
                <w:sz w:val="24"/>
                <w:szCs w:val="24"/>
              </w:rPr>
              <w:t xml:space="preserve">» с изображением ботинком черно-желтого цвета и палкой серо-желтого цвета (решение </w:t>
            </w:r>
            <w:r w:rsidRPr="00041EDA">
              <w:rPr>
                <w:rFonts w:ascii="Times New Roman" w:eastAsia="MS Mincho" w:hAnsi="Times New Roman" w:cs="Times New Roman"/>
                <w:sz w:val="24"/>
                <w:szCs w:val="24"/>
              </w:rPr>
              <w:lastRenderedPageBreak/>
              <w:t>Югорского районного суда Ханты-Мансийского автономного округа – Югры от 22.06.2011).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957.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Размещенная Байкаловым Никитой Игоревичем в сети Интернет на странице «Сергей Правый» сайта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958.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Размещенные Байкаловым Никитой Игоревичем в сети Интернет на странице «Сергей Правый» сайта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фотографии с надписями «14/88» «СЛаВа России» «</w:t>
            </w:r>
            <w:r w:rsidRPr="00041EDA">
              <w:rPr>
                <w:rFonts w:ascii="Times New Roman" w:eastAsia="MS Mincho" w:hAnsi="Times New Roman" w:cs="Times New Roman"/>
                <w:sz w:val="24"/>
                <w:szCs w:val="24"/>
                <w:lang w:val="en-US"/>
              </w:rPr>
              <w:t>People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And</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A</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Future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For</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White</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Children</w:t>
            </w:r>
            <w:r w:rsidRPr="00041EDA">
              <w:rPr>
                <w:rFonts w:ascii="Times New Roman" w:eastAsia="MS Mincho" w:hAnsi="Times New Roman" w:cs="Times New Roman"/>
                <w:sz w:val="24"/>
                <w:szCs w:val="24"/>
              </w:rPr>
              <w:t>»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959.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Размещенный Байкаловым Никитой Игоревичем в сети Интернет на странице «Сергей Правый» сайта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видеофайл «Поддержи русского» (решение Югорского районного суда Ханты-Мансийского автономного округа – Югры от 22.06.2011).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960.</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Размещенный Байкаловым Никитой Игоревичем в сети Интернет на странице «Сергей Правый» сайта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видеофайл «Русские девушки и южные парни» (решение Югорского районного суда Ханты-Мансийского автономного округа – Югры от 22.06.2011).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961.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Размещенный Байкаловым Никитой Игоревичем в сети Интернет на странице «Сергей Правый» сайта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962.</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Размещенный Байкаловым Никитой Игоревичем в сети Интернет на странице «Сергей Правый» сайта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видеофайл «Толерантность к славянскому населению» (решение Югорского районного суда Ханты-Мансийского автономного округа – Югры от 22.06.2011).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963.</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Размещенная Байкаловым Никитой Игоревичем в сети Интернет на странице «Сергей Правый» сайта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аудиозапись «Велимор – Коловрат. Россия» (решение Югорского районного суда Ханты-Мансийского автономного округа – Югры от 22.06.2011).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964.</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Размещенная Байкаловым Никитой Игоревичем в сети Интернет на странице «Сергей Правый» сайта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аудиозапись «</w:t>
            </w:r>
            <w:r w:rsidRPr="00041EDA">
              <w:rPr>
                <w:rFonts w:ascii="Times New Roman" w:eastAsia="MS Mincho" w:hAnsi="Times New Roman" w:cs="Times New Roman"/>
                <w:sz w:val="24"/>
                <w:szCs w:val="24"/>
                <w:lang w:val="en-US"/>
              </w:rPr>
              <w:t>Holdaar</w:t>
            </w:r>
            <w:r w:rsidRPr="00041EDA">
              <w:rPr>
                <w:rFonts w:ascii="Times New Roman" w:eastAsia="MS Mincho" w:hAnsi="Times New Roman" w:cs="Times New Roman"/>
                <w:sz w:val="24"/>
                <w:szCs w:val="24"/>
              </w:rPr>
              <w:t>&amp;Железный порядок – Бей первым!» (решение Югорского районного суда Ханты-Мансийского автономного округа – Югры от 22.06.2011).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965.</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Размещенная Байкаловым Никитой Игоревичем в сети Интернет на странице «Сергей Правый» сайта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аудиозапись «Железный порядок – Полные ненависти» (решение Югорского районного суда Ханты-Мансийского автономного округа – Югры от 22.06.2011).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966.</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Размещенная Байкаловым Никитой Игоревичем в сети Интернет на странице «Сергей Правый» сайта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vkontakte</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аудиозапись «Железный порядок – Прямое действие» (решение Югорского районного суда Ханты-Мансийского автономного округа – Югры от 22.06.2011).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967.</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Анонимная брошюра «ОСКАЛ», размещенная на сайте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ifolder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в файлах, доступная по ссылкам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ifolder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/4576084 и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ifolder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/7870362 (решение Железнодорожного районного суда г. Пензы от 28.07.2011).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96</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lastRenderedPageBreak/>
              <w:t>Анонимная брошюра «</w:t>
            </w:r>
            <w:r w:rsidRPr="00041EDA">
              <w:rPr>
                <w:rFonts w:ascii="Times New Roman" w:eastAsia="MS Mincho" w:hAnsi="Times New Roman" w:cs="Times New Roman"/>
                <w:sz w:val="24"/>
                <w:szCs w:val="24"/>
                <w:lang w:val="en-US"/>
              </w:rPr>
              <w:t>Smell</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of</w:t>
            </w:r>
            <w:r w:rsidRPr="00041EDA">
              <w:rPr>
                <w:rFonts w:ascii="Times New Roman" w:eastAsia="MS Mincho" w:hAnsi="Times New Roman" w:cs="Times New Roman"/>
                <w:sz w:val="24"/>
                <w:szCs w:val="24"/>
              </w:rPr>
              <w:t xml:space="preserve"> </w:t>
            </w:r>
            <w:r w:rsidRPr="00041EDA">
              <w:rPr>
                <w:rFonts w:ascii="Times New Roman" w:eastAsia="MS Mincho" w:hAnsi="Times New Roman" w:cs="Times New Roman"/>
                <w:sz w:val="24"/>
                <w:szCs w:val="24"/>
                <w:lang w:val="en-US"/>
              </w:rPr>
              <w:t>Hatred</w:t>
            </w:r>
            <w:r w:rsidRPr="00041EDA">
              <w:rPr>
                <w:rFonts w:ascii="Times New Roman" w:eastAsia="MS Mincho" w:hAnsi="Times New Roman" w:cs="Times New Roman"/>
                <w:sz w:val="24"/>
                <w:szCs w:val="24"/>
              </w:rPr>
              <w:t xml:space="preserve">», размещенная на сайте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ifolder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в файлах, доступная по ссылкам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ifolder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/4576084 и </w:t>
            </w:r>
            <w:r w:rsidRPr="00041EDA">
              <w:rPr>
                <w:rFonts w:ascii="Times New Roman" w:eastAsia="MS Mincho" w:hAnsi="Times New Roman" w:cs="Times New Roman"/>
                <w:sz w:val="24"/>
                <w:szCs w:val="24"/>
                <w:lang w:val="en-US"/>
              </w:rPr>
              <w:t>http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ifolder</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/7870362 (решение Железнодорожного районного суда г. </w:t>
            </w:r>
            <w:r w:rsidRPr="00041EDA">
              <w:rPr>
                <w:rFonts w:ascii="Times New Roman" w:eastAsia="MS Mincho" w:hAnsi="Times New Roman" w:cs="Times New Roman"/>
                <w:sz w:val="24"/>
                <w:szCs w:val="24"/>
              </w:rPr>
              <w:lastRenderedPageBreak/>
              <w:t>Пензы от 28.07.2011).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969.</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Интернет ресурс </w:t>
            </w:r>
            <w:r w:rsidRPr="00041EDA">
              <w:rPr>
                <w:rFonts w:ascii="Times New Roman" w:eastAsia="MS Mincho" w:hAnsi="Times New Roman" w:cs="Times New Roman"/>
                <w:sz w:val="24"/>
                <w:szCs w:val="24"/>
                <w:lang w:val="en-US"/>
              </w:rPr>
              <w:t>www</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nbp</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info</w:t>
            </w:r>
            <w:r w:rsidRPr="00041EDA">
              <w:rPr>
                <w:rFonts w:ascii="Times New Roman" w:eastAsia="MS Mincho" w:hAnsi="Times New Roman" w:cs="Times New Roman"/>
                <w:sz w:val="24"/>
                <w:szCs w:val="24"/>
              </w:rPr>
              <w:t>.</w:t>
            </w:r>
            <w:r w:rsidRPr="00041EDA">
              <w:rPr>
                <w:rFonts w:ascii="Times New Roman" w:eastAsia="MS Mincho" w:hAnsi="Times New Roman" w:cs="Times New Roman"/>
                <w:sz w:val="24"/>
                <w:szCs w:val="24"/>
                <w:lang w:val="en-US"/>
              </w:rPr>
              <w:t>ru</w:t>
            </w:r>
            <w:r w:rsidRPr="00041EDA">
              <w:rPr>
                <w:rFonts w:ascii="Times New Roman" w:eastAsia="MS Mincho" w:hAnsi="Times New Roman" w:cs="Times New Roman"/>
                <w:sz w:val="24"/>
                <w:szCs w:val="24"/>
              </w:rPr>
              <w:t xml:space="preserve"> (решение Ленинского районного суда г. Кирова от 22.07.2011).</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Книга В.Н. Емельянова «Десионизация» (Москва, Издательство «Русская правда», 2005 г.) </w:t>
            </w:r>
            <w:r w:rsidRPr="00041EDA">
              <w:rPr>
                <w:rFonts w:ascii="Times New Roman" w:eastAsia="MS Mincho" w:hAnsi="Times New Roman" w:cs="Times New Roman"/>
                <w:sz w:val="24"/>
                <w:szCs w:val="24"/>
                <w:lang w:val="en-US"/>
              </w:rPr>
              <w:t>(решение Мещанского районного суда г. Москвы от 03.12.2008).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971.</w:t>
            </w:r>
          </w:p>
        </w:tc>
        <w:tc>
          <w:tcPr>
            <w:tcW w:w="2880" w:type="dxa"/>
          </w:tcPr>
          <w:p w:rsidR="00041EDA" w:rsidRPr="00041EDA" w:rsidRDefault="00041EDA" w:rsidP="00041EDA">
            <w:pPr>
              <w:spacing w:before="240"/>
              <w:rPr>
                <w:rFonts w:ascii="Times New Roman" w:eastAsia="MS Mincho" w:hAnsi="Times New Roman" w:cs="Times New Roman"/>
                <w:sz w:val="24"/>
                <w:szCs w:val="24"/>
              </w:rPr>
            </w:pPr>
            <w:r w:rsidRPr="00041EDA">
              <w:rPr>
                <w:rFonts w:ascii="Times New Roman" w:eastAsia="MS Mincho" w:hAnsi="Times New Roman" w:cs="Times New Roman"/>
                <w:sz w:val="24"/>
                <w:szCs w:val="24"/>
              </w:rPr>
              <w:t xml:space="preserve">Книга А. Бенсона «Фактор сионизма. Влияние евреев на историю </w:t>
            </w:r>
            <w:r w:rsidRPr="00041EDA">
              <w:rPr>
                <w:rFonts w:ascii="Times New Roman" w:eastAsia="MS Mincho" w:hAnsi="Times New Roman" w:cs="Times New Roman"/>
                <w:sz w:val="24"/>
                <w:szCs w:val="24"/>
                <w:lang w:val="en-US"/>
              </w:rPr>
              <w:t>XX</w:t>
            </w:r>
            <w:r w:rsidRPr="00041EDA">
              <w:rPr>
                <w:rFonts w:ascii="Times New Roman" w:eastAsia="MS Mincho" w:hAnsi="Times New Roman" w:cs="Times New Roman"/>
                <w:sz w:val="24"/>
                <w:szCs w:val="24"/>
              </w:rPr>
              <w:t xml:space="preserve">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c>
          <w:tcPr>
            <w:tcW w:w="2880" w:type="dxa"/>
          </w:tcPr>
          <w:p w:rsidR="00041EDA" w:rsidRPr="00041EDA" w:rsidRDefault="00041EDA" w:rsidP="00041EDA">
            <w:pPr>
              <w:spacing w:before="240"/>
              <w:rPr>
                <w:rFonts w:ascii="Times New Roman" w:eastAsia="MS Mincho" w:hAnsi="Times New Roman" w:cs="Times New Roman"/>
                <w:sz w:val="24"/>
                <w:szCs w:val="24"/>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Брошюра Родионова И.А. «Решение еврейского вопроса» (Москва, Издательство «Витязь», 2000 г.) </w:t>
            </w:r>
            <w:r w:rsidRPr="00041EDA">
              <w:rPr>
                <w:rFonts w:ascii="Times New Roman" w:eastAsia="MS Mincho" w:hAnsi="Times New Roman" w:cs="Times New Roman"/>
                <w:sz w:val="24"/>
                <w:szCs w:val="24"/>
                <w:lang w:val="en-US"/>
              </w:rPr>
              <w:t>(решение Мещанского районного суда г. Москвы от 03.12.2008).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Книга Ю. Графа «Миф о холокосте. Правда о судьбе евреев во второй мировой войне» (Москва, Издательство «Витязь», 2001 г.) </w:t>
            </w:r>
            <w:r w:rsidRPr="00041EDA">
              <w:rPr>
                <w:rFonts w:ascii="Times New Roman" w:eastAsia="MS Mincho" w:hAnsi="Times New Roman" w:cs="Times New Roman"/>
                <w:sz w:val="24"/>
                <w:szCs w:val="24"/>
                <w:lang w:val="en-US"/>
              </w:rPr>
              <w:t>(решение Мещанского районного суда г. Москвы от 03.12.2008).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rPr>
              <w:t xml:space="preserve">Книга А.М. Белогорова «Славянские веды» (Москва, Издательство «Витязь», 2004 г.) </w:t>
            </w:r>
            <w:r w:rsidRPr="00041EDA">
              <w:rPr>
                <w:rFonts w:ascii="Times New Roman" w:eastAsia="MS Mincho" w:hAnsi="Times New Roman" w:cs="Times New Roman"/>
                <w:sz w:val="24"/>
                <w:szCs w:val="24"/>
                <w:lang w:val="en-US"/>
              </w:rPr>
              <w:t>(решение Мещанского районного суда г. Москвы от 03.12.2008).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Сторожевая Башня «Чем станет для вас ПРИШЕСТВИЕ ХРИСТА?», 15 марта 2007, 32 страницы (решение Первомайского районного суда г. Краснодара от 22.04.2011).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Сторожевая Башня «Стоит ли жить сегодняшним днем?», 15 октября 2007, 32 страницы, издательство WATCH TOWER BIBLE AND TRACT SOCIETY OF PENNSYLVANIA (решение Первомайского районного суда г. Краснодара от 22.04.2011).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Книгу «Приближайся к Иегове», 2002, 319 страниц, издательство WATCH TOWER BIBLE AND TRACT SOCIETY OF NEW YORK, INC. INTERNATIONAL BIBLE STUDENTS ASSOCIATION Brooklyn, New York, U.S.A) (решение Первомайского районного суда г. Краснодара от 22.04.2011).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(решение Мещанского районного суда г. Москвы от 03.12.2008).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98</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Статья «Это их цивилизация» (решение Никулинского районного суда г. Москвы от 12.09.2011).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«В Беслане вспомнили про письмо Шамиля Басаева Владимиру Путину» (решение Никулинского районного суда г. Москвы от 12.09.2011).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«Джамаат «Шариат» обещает атаковать Сочи и синагогу в Шамилькале» (решение Никулинского районного суда г. Москвы от 12.09.2011).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«Дагестанский Фронт: Джихад продолжается» (решение Никулинского районного суда г. Москвы от 12.09.2011).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«Кавказ-Центр» (www.kavkazcenter.com), его зеркала: kavkaz.tv, kavkaznews.com, kavkaz.org.uk, kavkazcenter.com, kavkazcenter.net, kavkazcenter.info (решение Никулинского районного суда г. Москвы от 12.09.2011).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«J_bulgar-AllahnenKollarellTrening_wmvll4», размещенный на интернет-ресурсе www.tawba.info (решение Вахитовского районного суда города Казани от 28.07.2011).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«Wolfram-JamaatBulgarNews466», размещенный на интернет-ресурсе www.tawba.info (решение Вахитовского районного суда города Казани от 28.07.2011).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под названием «Videos-JamaatBulgar-obrashenie Adama», размещенный на интернет-ресурсе www.tawba.info (решение Вахитовского районного суда города Казани от 23.08.2011).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содержащийся в листовке «Мы не доверяем этой власти!» (решение Рудничного районного суда г. Прокопьевска Кемеровской области от 20.09.2011).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99</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Исламский идеологический журнал «Халифат» № 35 от 02.2009 (решение Мещанского районного суда </w:t>
            </w:r>
            <w:r w:rsidRPr="00041EDA">
              <w:rPr>
                <w:rFonts w:ascii="Times New Roman" w:eastAsia="MS Mincho" w:hAnsi="Times New Roman" w:cs="Times New Roman"/>
                <w:sz w:val="24"/>
                <w:szCs w:val="24"/>
                <w:lang w:val="en-US"/>
              </w:rPr>
              <w:lastRenderedPageBreak/>
              <w:t>г.Москвы от 14.07.2011).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995.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Исламский идеологический журнал «Халифат» № 34 от 31.01.2009 (решение Мещанского районного суда г. Москвы от 14.07.2011).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«Русский марш», размещенный в международной компьютерной сети «Интернет» на информационной странице http://www.youtube.com/watch?v=46uPyOhX5bQ сайта www.youtube.com (решение Ленинского районного суда г. Саранска Республики Мордовия от 05.09.2011).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Журнал-газета «Аркаим» № 1 от 19.01.2010 г. «Духовно-Родовой Державы Русь» (решение Горячеключевского городского суда Краснодарского края от 26.07.2011).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Журнал-газета «Аркаим» № 2 от 23.02.2010 г. «Духовно-Родовой Державы Русь» (решение Горячеключевского городского суда Краснодарского края от 26.07.2011).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999.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«Россия ополчается против разрушителей» (решение Ленинского районного суда г. Воронежа от 28.06.2011).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«Сознание» («Аль-Ваъй») № 282/282, часть-1, июль-август 2010 года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«Эй, Мусульмане! Неужели не настала пора перемен?»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«Продолжаются преступления президента Узбекистана и его шайки»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006.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Статья «Объявление для печати. Али Абдуллох Солих боится, что участь Хосни Мубарака придет и за ним» </w:t>
            </w:r>
            <w:r w:rsidRPr="00041EDA">
              <w:rPr>
                <w:rFonts w:ascii="Times New Roman" w:eastAsia="MS Mincho" w:hAnsi="Times New Roman" w:cs="Times New Roman"/>
                <w:sz w:val="24"/>
                <w:szCs w:val="24"/>
                <w:lang w:val="en-US"/>
              </w:rPr>
              <w:lastRenderedPageBreak/>
              <w:t>(решение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«Преступное действо полностью исполнено…, Юг поделен»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w:t>
            </w:r>
            <w:r w:rsidRPr="00041EDA">
              <w:rPr>
                <w:rFonts w:ascii="Times New Roman" w:eastAsia="MS Mincho" w:hAnsi="Times New Roman" w:cs="Times New Roman"/>
                <w:sz w:val="24"/>
                <w:szCs w:val="24"/>
                <w:lang w:val="en-US"/>
              </w:rPr>
              <w:lastRenderedPageBreak/>
              <w:t>Раймонда Девиса»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«Не допустить западного агрессора в Ливию!»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«Крах модели мультикультурного общества»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«Тунис и вся достоверная правда о перевороте»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022.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Статья «Сводка демонстрации рядом с посольством Египта в Бейруте» (решение Люблинского районного </w:t>
            </w:r>
            <w:r w:rsidRPr="00041EDA">
              <w:rPr>
                <w:rFonts w:ascii="Times New Roman" w:eastAsia="MS Mincho" w:hAnsi="Times New Roman" w:cs="Times New Roman"/>
                <w:sz w:val="24"/>
                <w:szCs w:val="24"/>
                <w:lang w:val="en-US"/>
              </w:rPr>
              <w:lastRenderedPageBreak/>
              <w:t>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«Свергнут второй из защитников Кемп-Девида»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«Перемены, которые мы жаждем»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«Объявление для печати»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102</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w:t>
            </w:r>
            <w:r w:rsidRPr="00041EDA">
              <w:rPr>
                <w:rFonts w:ascii="Times New Roman" w:eastAsia="MS Mincho" w:hAnsi="Times New Roman" w:cs="Times New Roman"/>
                <w:sz w:val="24"/>
                <w:szCs w:val="24"/>
                <w:lang w:val="en-US"/>
              </w:rPr>
              <w:lastRenderedPageBreak/>
              <w:t>сторонников «Хизб-ут-Тахрир»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Листовки «Обращение Хизб ат-тахрир с призывом к искренним имамам» в количестве 7 штук (решение Мещанского районного суда города Москвы от 14.07.2011).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www.limonka.nbp-info.ru (решение Первомайского районного суда г. Кирова Кировской области от 06.10.2011).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Волкова Владимира Игоревича «Middle finger» (The radikal view) собрание сочинений 2001-2006 года (решение Ленинского районного суда г. Пензы от 17.10.2011).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«Книга Муджахеда», автор текста - Амир Абдуллагъ Шамиль Абу Идрис (решение Шахунского районного суда Нижегородской области от 09.09.2011).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http://infokavkaz.com (решение Октябрьского городского суда Республики Башкортостан от 28.09.2011).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http://djamagat.wordpress.com (решение Октябрьского городского суда Республики Башкортостан от 23.09.2011).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http://vdagestan.info (решение Октябрьского городского суда Республики Башкортостан от 23.09.2011).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038.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Интернет-ресурс http://kavkazanhaamash.com/meny.html (решение Октябрьского городского суда Республики </w:t>
            </w:r>
            <w:r w:rsidRPr="00041EDA">
              <w:rPr>
                <w:rFonts w:ascii="Times New Roman" w:eastAsia="MS Mincho" w:hAnsi="Times New Roman" w:cs="Times New Roman"/>
                <w:sz w:val="24"/>
                <w:szCs w:val="24"/>
                <w:lang w:val="en-US"/>
              </w:rPr>
              <w:lastRenderedPageBreak/>
              <w:t>Башкортостан от 23.09.2011).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http://vilayatiu.co.cc (решение Октябрьского городского суда Республики Башкортостан от 23.09.2011).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«Сторожевая башня возвещает царство Иеговы» 01.12.2007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104</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Журнал «Сторожевая башня возвещает царство Иеговы» 15.12.2007, изд. Wachtturn Bibel- und Traktat –Gesellschaft der Zeugen jehovas, e. V., Selters/Taunus (решение Сальского городского суда Ростовской области </w:t>
            </w:r>
            <w:r w:rsidRPr="00041EDA">
              <w:rPr>
                <w:rFonts w:ascii="Times New Roman" w:eastAsia="MS Mincho" w:hAnsi="Times New Roman" w:cs="Times New Roman"/>
                <w:sz w:val="24"/>
                <w:szCs w:val="24"/>
                <w:lang w:val="en-US"/>
              </w:rPr>
              <w:lastRenderedPageBreak/>
              <w:t>от 27.06.2011 и определение Ростовского областного суда от 13.10.2011).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«Бодрствуйте! В каком отношении? Почему это особенно важно именно теперь?» изд. Watchtower Bible and Tract Society of New York, Inc Brooklyn, New York U.S.A. 2004 (решение Сальского городского суда Ростовской области от 27.06.2011 и определение Ростовского областного суда от 13.10.2011).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«Пробудитесь!» декабрь 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Прокламация «Список государственных преступников», адрес отправителя – hqwaflmaiw@el.ru (решение Куйбышевского районного суда города Новокузнецка Кемеровской области от 05.09.2011).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www.resistance88.com с содержащимися на нем информационными материалами (решение Советского районного суда города Липецка от 25.10.2011).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«Наша трибуна» № 32, январь 2005 года (решение Ленинского районного суда Санкт-Петербурга от 03.10.2011).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«Наша трибуна» № 1 (49), январь 2006 года (решение Ленинского районного суда Санкт-Петербурга от 03.10.2011).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«Наша трибуна» № 4 (52) сентябрь 2006 года (решение Ленинского районного суда Санкт-Петербурга от 03.10.2011).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«Наша трибуна» № 1 (54), январь 2007 года (решение Ленинского районного суда Санкт-Петербурга от 03.10.2011).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054.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Газета «Русский фронт Московии» № 8-9, 2005 года (решение Ленинского районного суда Санкт-</w:t>
            </w:r>
            <w:r w:rsidRPr="00041EDA">
              <w:rPr>
                <w:rFonts w:ascii="Times New Roman" w:eastAsia="MS Mincho" w:hAnsi="Times New Roman" w:cs="Times New Roman"/>
                <w:sz w:val="24"/>
                <w:szCs w:val="24"/>
                <w:lang w:val="en-US"/>
              </w:rPr>
              <w:lastRenderedPageBreak/>
              <w:t>Петербурга от 03.10.2011).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«Русский фронт Московии» № 10-11, 2005 года (решение Ленинского районного суда Санкт-Петербурга от 03.10.2011).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«Резонанс» № 4, июнь 2006 года (решение Ленинского районного суда Санкт-Петербурга от 03.10.2011).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105</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Листовка «Катехизис кавказца в России» (решение Тушинского районного суда города Москвы от 29.08.2011).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http://kavkazcenter.com/russ/content/2011/ 02/78726.shtml (решение Кировского районного суда г. Уфы от 17.11.2011).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Шестой комментарий к статье «Крик души башкирской женщины» под ником Ildar (размещенный 16 сентября 2010 в 19:21), расположенный по электронному адресу сети Интернет http://kyk-byre.ru/188-krik-dushi-bashkirskoj-zenshhiny.html» (решение Кировского районного суда г.Уфы от 08.07.2011).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http://kavkazcenter.com/russ/content/2011/01/09/78000.shtml (решение Кировского районного суда г. Уфы от 17.11.2011).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«Временами.flv», размещенный в международной компьютерной сети Интернет на сайте http://j-net.ru (решение Советского районного суда г. Нижнего Новгорода от 27.10.2011).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«На сердце тоска.flv», размещенный в международной компьютерной сети Интернет на сайте http://j-net.ru (решение Советского районного суда г. Нижнего Новгорода от 27.10.2011).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«ony drygue.flv», размещенный в международной компьютерной сети Интернет на сайте http://j-net.ru (решение Советского районного суда г. Нижнего Новгорода от 27.10.2011).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070.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«Свет священного Корана (разъяснения и толкования)» том 4, составленная группой мусульманских </w:t>
            </w:r>
            <w:r w:rsidRPr="00041EDA">
              <w:rPr>
                <w:rFonts w:ascii="Times New Roman" w:eastAsia="MS Mincho" w:hAnsi="Times New Roman" w:cs="Times New Roman"/>
                <w:sz w:val="24"/>
                <w:szCs w:val="24"/>
                <w:lang w:val="en-US"/>
              </w:rPr>
              <w:lastRenderedPageBreak/>
              <w:t>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названием «Обращение командования муджахидов вилаята ГIалгIайче», опубликованная 31 марта 2010 года на сайте http//hunafa.com (решение Магасского районного суда Республики Ингушетия от 31.05.2011).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http://ipvnews.org/ (решение Октябрьского городского суда Республики Башкортостан от 25.10.2011).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«Виталий Малов, Валентин Малахов. Экспансия с Юга. Остановим?! (решение Суздальского районного суда Владимирской области от 09.12.2011).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"Видеообращение под наименованием "Разоблачение банды ФСБ "Черные ястребы", обнаруженное на Интернет сайте "www.djamaattakbir.com" (решение Нальчикского городского суда Кабардино-Балкарской Республики от 21.12.2011) .</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107</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Статья "Книга Джихада", опубликованная 15 февраля 2011 года на сайте http//hunafa.com (решение Магасского районного суда Республики Ингушения от 13.12.2011).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Ягафар Тангуари аль-Башкурдистани "Обращение к мусульманской молодежи Булгара и Башкортостана", опубликованная 12 февраля 2011 года на сайте http//hunafa.com (решение Магасского районного суда Республики Ингушетия от 13.12.2011).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Мовлади Удугова под названием "Амир Супьян: 17 лет на Джихаде", опубликованная 1 апреля 2011 года на сайте http//hunafa.com (решение Магасского районного суда Республики Ингушетия от 13.12.2011).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Ахмада "Как победить терроризм", опубликованная 27 января 2011 года на сайте http//hunafa.com (решение Магасского районного суда Республики Ингушетия от 13.12.2011).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Веб-ресурс (сайт) www.djamaattakbir.com (ip-адрес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www.kazak-chita.ru (решение Центрального районного суда города Читы от 14.03.2011).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«Артур Идельбаев (СБМ) встречается с Басаевым», размещенный в сети Интернет по электронному адресу: http://video.yandex.ra/users/farzan1248/view/1/ (решение Кировского районного суда г. Уфы Республики Башкортостан от 09.09.2011).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Комментарии к статье «Заявление командования муджахидов Вилаята Г1алг1айче», опубликованные в период с 12 августа по 6 сентября 2011 года на сайте http//hunafa.com (решение Магасского районного суда Республики Ингушетия от 21.12.2011).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Комментарии к статье «Ушли в бессмертие», опубликованные в период с 6 июля по 18 июля 2011 года на сайте http//hunafa.com (решение Магасского районного суда Республики Ингушетия от 21.12.2011).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086.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«Сравнение веры и неверия» из собрания сочинений «Рисале-и Нур», автор Бадиуззаман Сайд Нурси, </w:t>
            </w:r>
            <w:r w:rsidRPr="00041EDA">
              <w:rPr>
                <w:rFonts w:ascii="Times New Roman" w:eastAsia="MS Mincho" w:hAnsi="Times New Roman" w:cs="Times New Roman"/>
                <w:sz w:val="24"/>
                <w:szCs w:val="24"/>
                <w:lang w:val="en-US"/>
              </w:rPr>
              <w:lastRenderedPageBreak/>
              <w:t>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«Цена свободы — freedomprice» и «Еврей — брат», имеющиеся на CD дисках с серийными номерами 141446-REB29875, 141446-REB29849, принадлежащих Денисенко Александре Игоревне (решение Лабинского городского суда Краснодарского края от 27.12.2011).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109</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Программное обеспечение «For Freedom Ichkeriya» Компьютерная игра «BAMUT» (решение Ленинского районного суда г. Грозного от 14.04.2011).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«rgd_88-okchizna_vo_tme» (решение Октябрьского районного суда города Тамбова от 30.08.2011).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«Циклон-Б — Каждый день под флагом смерти» (решение Октябрьского районного суда города Тамбова от 30.08.2011).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 брошюра «Новости 11.04.2010» (решение Ленинского районного суда г. Уфы от 17.02.2011).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w:t>
            </w:r>
            <w:r w:rsidRPr="00041EDA">
              <w:rPr>
                <w:rFonts w:ascii="Times New Roman" w:eastAsia="MS Mincho" w:hAnsi="Times New Roman" w:cs="Times New Roman"/>
                <w:sz w:val="24"/>
                <w:szCs w:val="24"/>
                <w:lang w:val="en-US"/>
              </w:rPr>
              <w:lastRenderedPageBreak/>
              <w:t>Петушинского районного суда Владимирской области от 12.12.2011).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Орей Волот. Крысолюди. — М: «Свекрасаф», 2010. — С.608 (решение Черемушкинского районного суда города Москвы от 14.12.2011).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Научно-популярный журнал «Халифат» № 2 1998 года (решение Туркменского районного суда Ставропольского края от 07.10.2011).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Научно-популярный журнал «Халифат» № 4 1998 года (решение Туркменского районного суда Ставропольского края от 07.10.2011).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Аудиокомпозиция «Слава Руси» музыкальной группы «Коловрат» (решение Ленинского районного суда города Кемерово от 30.01.2012).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«Россия 88 (Бабулька) (решение Ленинского районного суда города Кемерово от 30.01.2012).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«О союзе с «хорошими евреями» Глазунов - Эренбургу» (решение Самарского районного суда города Самары от 15.12.2011).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«Приморский Муромец», размещенное на Интернет-ресурсе http://www.17marta.org, в качестве автора которого указан Леонид Корнилов (решение Самарского районного суда города Самары от 20.01.2012).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листовка, содержащая изображение и текст «Беспощадно разгромим и уничтожим врага!», размещенная на Интернет-сайте http:/rusprav.org/ (решение Ленинского районного суда города Владивостока Приморского края от 16.12.2011).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http:/rusprav.org/ (решение Ленинского районного суда города Владивостока Приморского края от 16.12.2011).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107.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«Чекистский ренессанс» автора Г.Л. Бельского (заочное решение Бутырского районного суда г. </w:t>
            </w:r>
            <w:r w:rsidRPr="00041EDA">
              <w:rPr>
                <w:rFonts w:ascii="Times New Roman" w:eastAsia="MS Mincho" w:hAnsi="Times New Roman" w:cs="Times New Roman"/>
                <w:sz w:val="24"/>
                <w:szCs w:val="24"/>
                <w:lang w:val="en-US"/>
              </w:rPr>
              <w:lastRenderedPageBreak/>
              <w:t>Москвы от 07.04.2011).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«Русский Хозяин» № 3 за 2000 год «Русский - значит бесправный!» (заочное решение Бутырского районного суда г. Москвы от 07.04.2011).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«SKIN-HEADS» (решение Левобережного районного суда города Воронежа от 29.11.2011).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«Отношение к инородцам» (решение Левобережного районного суда города Воронежа от 29.11.2011).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111</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Текстовый документ «Отношение к наркотикам» (решение Левобережного районного суда города Воронежа от 29.11.2011).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«Что значит быть белым» (решение Левобережного районного суда города Воронежа от 29.11.2011).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«Часто задаваемые вопросы о том, кто такие скинхеды» (решение Левобережного районного суда города Воронежа от 29.11.2011).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«О фашизме в России» (решение Левобережного районного суда города Воронежа от 29.11.2011).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«Наша война» (решение Левобережного районного суда города Воронежа от 29.11.2011).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«Нацизм» (решение Левобережного районного суда города Воронежа от 29.11.2011).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«Инородцы» (решение Левобережного районного суда города Воронежа от 29.11.2011).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«Часть 1. Идеология скинхедов. Цели бритоголовых» (решение Левобережного районного суда города Воронежа от 29.11.2011).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«Кодекс бритоголового» (решение Левобережного районного суда города Воронежа от 29.11.2011).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«Ненависть к врагам» (решение Левобережного районного суда города Воронежа от 29.11.2011).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«С.С. - Студии прямого действия Ф — 1», имеющая электронный адрес: http://vkontakte.ru/video-18665550_159476609, размещенная пользователем под псевдонимом «Максим Барзах» (http://vkontakte.ru/pravoverie#/islamofashist) (решение Центрального районного суда города Красноярска от 29.12.2011).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123.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«AKez @ Dub Dervish — Русский Осман» (http://vkontakte.ru/rusislam#/audio) (решение </w:t>
            </w:r>
            <w:r w:rsidRPr="00041EDA">
              <w:rPr>
                <w:rFonts w:ascii="Times New Roman" w:eastAsia="MS Mincho" w:hAnsi="Times New Roman" w:cs="Times New Roman"/>
                <w:sz w:val="24"/>
                <w:szCs w:val="24"/>
                <w:lang w:val="en-US"/>
              </w:rPr>
              <w:lastRenderedPageBreak/>
              <w:t>Центрального районного суда города Красноярска от 29.12.2011).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«Русский, очнись! Против тебя идет война!»,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«Русский проснись»,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«Россия для Русских!»,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112</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«Обращение бойцов Славянского союза к русским», размещенный Гончаровым О.В. на интернет-странице по адресу http://vkontakte.ru/id50692184, в социальной сети «В КОНТАКТЕ РУ» (решение </w:t>
            </w:r>
            <w:r w:rsidRPr="00041EDA">
              <w:rPr>
                <w:rFonts w:ascii="Times New Roman" w:eastAsia="MS Mincho" w:hAnsi="Times New Roman" w:cs="Times New Roman"/>
                <w:sz w:val="24"/>
                <w:szCs w:val="24"/>
                <w:lang w:val="en-US"/>
              </w:rPr>
              <w:lastRenderedPageBreak/>
              <w:t>Прикубанского районного суда города Краснодара от 26.01.2012);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«Вся правда о ЗОГ)))»,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«ВПЕРЕД СЛАВЯНЕ»,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«FORMAT 18-символика»,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«combar 18»,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Александра III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III Он националист! А ты?» (решение Муромского городского суда Владимирской области от 31.01.2012);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113</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(решение Муромского городского суда Владимирской области </w:t>
            </w:r>
            <w:r w:rsidRPr="00041EDA">
              <w:rPr>
                <w:rFonts w:ascii="Times New Roman" w:eastAsia="MS Mincho" w:hAnsi="Times New Roman" w:cs="Times New Roman"/>
                <w:sz w:val="24"/>
                <w:szCs w:val="24"/>
                <w:lang w:val="en-US"/>
              </w:rPr>
              <w:lastRenderedPageBreak/>
              <w:t>от 31.01.2012);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(решение Муромского городского суда Владимирской области от 31.01.2012);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(решение Муромского городского суда Владимирской области от 31.01.2012);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человека еврейской национальности с изображением шестиконечной звезды на лбу в сидячем положении летит в сторону таблички с надписью «ISRAEL»,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(решение Муромского городского суда Владимирской области от 31.01.2012);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ноги в берцовом ботинке, наступающей на шестиконечную звезду, над картинкой текст «Дави жидов!» (решение Муромского городского суда Владимирской области от 31.01.2012);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w:t>
            </w:r>
            <w:r w:rsidRPr="00041EDA">
              <w:rPr>
                <w:rFonts w:ascii="Times New Roman" w:eastAsia="MS Mincho" w:hAnsi="Times New Roman" w:cs="Times New Roman"/>
                <w:sz w:val="24"/>
                <w:szCs w:val="24"/>
                <w:lang w:val="en-US"/>
              </w:rPr>
              <w:lastRenderedPageBreak/>
              <w:t>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w:t>
            </w:r>
            <w:r w:rsidRPr="00041EDA">
              <w:rPr>
                <w:rFonts w:ascii="Times New Roman" w:eastAsia="MS Mincho" w:hAnsi="Times New Roman" w:cs="Times New Roman"/>
                <w:sz w:val="24"/>
                <w:szCs w:val="24"/>
                <w:lang w:val="en-US"/>
              </w:rPr>
              <w:lastRenderedPageBreak/>
              <w:t>области от 31.01.2012);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ресурс http://www.doloyputinism.ru, содержащий в себе статью «Товарищ трудящийся» (решение Центрального районного суда города Кемерово от 06.02.2012);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«www.djamaattakbir.com» (решение Нальчикского городского суда Кабардино-Балкарской Республики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комментария, размещенный на интернет-ресурсе www.Islamdin.tv,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114</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Информационные материалы статьи «WTS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Вiктор Роог «Молодь i нацiоналiзм» 2002 г. (решение Мещанского районного суда города Москвы от 01.12.2011);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«Голодомор 1932-1933 рокiв в Украiнi: Матерiали кримiнальноi справи № 475» (решение Мещанского районного суда города Москвы от 01.12.2011);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Юрiй Шаповал, Володимир Пристайко, Вадим Золотарьов «ЧК - ГПУ - НКВД в Украiнi: особи, факти, документи» 1997 г. (решение Мещанского районного суда города Москвы от 01.12.2011);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Василь Морочко «Геноцид украiнцiв. Серiя: Голодомори 1932-1933. Голодомор» 2007 г. (решение Мещанского районного суда города Москвы от 01.12.2011);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УНА-УНСО: «Хай ненавидять, аби любили» Кiев Видавництво «ЕВРАЗ1Я» 1996 (решение Мещанского районного суда города Москвы от 01.12.2011);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статьи «Новые люди и новые времена», размещенной в сети Интернет на ресурсах информационного сайта «РусьИнфо» www.rusinfo.cc/entries/589 (решение Советского районного суда города Липецка от 27.12.2011, определения Советского районного суда города Липецка от 13.02.2012 и от 01.03.2012);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«Скины режут чурок», размещенный на сайте информационно – телекоммуникационной сети «Интернет» «vkontakte.ru» (решение Сыктывкарского городского суда Республики Коми от 03.02.2012);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www.anticompromat.org и www.nswap.info (решение Никулинского </w:t>
            </w:r>
            <w:r w:rsidRPr="00041EDA">
              <w:rPr>
                <w:rFonts w:ascii="Times New Roman" w:eastAsia="MS Mincho" w:hAnsi="Times New Roman" w:cs="Times New Roman"/>
                <w:sz w:val="24"/>
                <w:szCs w:val="24"/>
                <w:lang w:val="en-US"/>
              </w:rPr>
              <w:lastRenderedPageBreak/>
              <w:t>районного суда города Москвы от 21.12.2011);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Воеводина Алексея Михайловича «Моя война. Посвящено Боровикову Дмитрию «Кислому», размещенный на Интернет-сайте www.geroivoli.info (решение Никулинского районного суда города Москвы от 21.12.2011);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«Время героев», размещенный на Интернет-сайте www.geroivoli.info (решение Никулинского районного суда города Москвы от 21.12.2011);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«Библия скинхэда», размещенный на Интернет-сайте www.geroivoli.info (решение Никулинского районного суда города Москвы от 21.12.2011);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«Действуй (нсвп риальне одобре!)», размещенный на Интернет-сайте www.geroivoli.info (решение Никулинского районного суда города Москвы от 21.12.2011);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«Генералы о еврейской мафии», Г.К. Дубров, Москва, Витязь, 2009 г. (решение Заельцовского районного суда города Новосибирска от 23.11.2011);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Публикация (статья) под наименованием «Война в Нальчике. Дело было не в Бабине», размещенная в сети Интернет на веб-ресурсе «www.livejournal.com – Живой журнал» в персональном блоге пользователя «t1000_fp», доступ к которому осуществляется по ссылке http://t1000-fp.livejournal.com/165584.html (решение Нальчикского городского суда Кабардино-Балкарской Республики от 29.02.2012);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с надписью «Русы – хозяева русской земли!» (решение Солнечногорского городского суда Московской области от 06.12.2011);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с надписью «Смерть иудодемократам!» (решение Солнечногорского городского суда Московской области от 06.12.2011);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 19166813» (решение Ленинского районного суда города Саратова от 08.02.2012);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169.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Видеофайл «Великий белый воин и борец за белую Расу и Русь без жидохристиан Дмитрий Боровиков, это </w:t>
            </w:r>
            <w:r w:rsidRPr="00041EDA">
              <w:rPr>
                <w:rFonts w:ascii="Times New Roman" w:eastAsia="MS Mincho" w:hAnsi="Times New Roman" w:cs="Times New Roman"/>
                <w:sz w:val="24"/>
                <w:szCs w:val="24"/>
                <w:lang w:val="en-US"/>
              </w:rPr>
              <w:lastRenderedPageBreak/>
              <w:t>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«http://vkontakte.ru/club19166813» (решение Ленинского районного суда города Саратова от 08.02.2012);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117</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w:t>
            </w:r>
            <w:r w:rsidRPr="00041EDA">
              <w:rPr>
                <w:rFonts w:ascii="Times New Roman" w:eastAsia="MS Mincho" w:hAnsi="Times New Roman" w:cs="Times New Roman"/>
                <w:sz w:val="24"/>
                <w:szCs w:val="24"/>
                <w:lang w:val="en-US"/>
              </w:rPr>
              <w:lastRenderedPageBreak/>
              <w:t>20.03.2012);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www.vkontakte.ru на странице пользователя «Матушка Фотиния» (решение Канавинского районного суда города Нижнего Новгорода от 27.02.2012);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Видеоклип «Последнее интервью Приморских партизан», размещенный в международной компьютерной сети Интернет на сайте социальной сети www.vkontakte.ru (решение Канавинского районного суда города Нижнего Новгорода от 07.03.2012);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с текстом «Я русский. Иммигрант с Кавказа! Ты следующий!» (решение Устиновского районного суда города Ижевска Удмуртской Республики от 29.02.2012);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с текстом «Помни, ты всегда прав!» (решение Устиновского районного суда города Ижевска Удмуртской Республики от 29.02.2012);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с текстом «282 ЗАПРЕЩАЕТ БЫТЬ РУССКИМ» (решение Устиновского районного суда города Ижевска Удмуртской Республики от 29.02.2012);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с текстом «Дави жидов!» (решение Устиновского районного суда города Ижевска Удмуртской Республики от 29.02.2012);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«Первое видео где действуют скины», продолжительностью 2 мин. 21 сек., размещенный на Интернет-странице id 24688690 Интернет-сайта www.vkontakte.ru (решение Кировского районного суда города Курска от 14.03.2012);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«Правые звучит гордо!!!», продолжительностью 2 мин. 39 сек., размещенный на Интернет-странице id 24688690 Интернет-сайта www.vkontakte.ru (решение Кировского районного суда города Курска от 14.03.2012);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185.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Видеоматериал «Правда про жидов», продолжительностью 5 мин. 14 сек., размещенный на Интернет-</w:t>
            </w:r>
            <w:r w:rsidRPr="00041EDA">
              <w:rPr>
                <w:rFonts w:ascii="Times New Roman" w:eastAsia="MS Mincho" w:hAnsi="Times New Roman" w:cs="Times New Roman"/>
                <w:sz w:val="24"/>
                <w:szCs w:val="24"/>
                <w:lang w:val="en-US"/>
              </w:rPr>
              <w:lastRenderedPageBreak/>
              <w:t>странице id 24688690 Интернет-сайта www.vkontakte.ru (решение Кировского районного суда города Курска от 14.03.2012);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расположенная по адресу: http://www.hateit.ru/churok-ubivat-nado-a-ne-razgla. (решение Ленинского районного суда города Орска Оренбургской области от 15.03.2012);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расположенная по адресу: http://demotivation.me/ agjpzksit8jvpic.html. (решение Ленинского районного суда города Орска Оренбургской области от 15.03.2012);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расположенная по адресу: http://demotivation.me/ jkxupzutfj9ppic.html. (решение Ленинского районного суда города Орска Оренбургской области от 15.03.2012);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расположенная по адресу: http://demotivation.me/ 69mu4cugq993pic.html. (решение Ленинского районного суда города Орска Оренбургской области от 15.03.2012);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119</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Интернет-страница, расположенная по адресу: http://rko.marsho.net/articl/mashadov.htm (решение Ленинского районного суда города Орска Оренбургской области от 15.03.2012);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группы «Наш путь Джихад», расположенные на сайте по адресу http://vkontakte.ru/our_way_jihad в Интернет-ресурсе www.vkontakte.ru (решение Советского районного суда г. Липецка от 12.03.2012 и определение Советского районного суда г. Липецка от 06.03.2013);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«Боб Мэтьюз»,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«А есть ли русский фашизм»?»,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Cтихотворение «Шёл отряд по берегу. Антифашистская пестня», опубликованное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«Погибайте, арийские гои»,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«14 слов Дэвида Лэйна»,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в форме текста комментария, размещенного в сети интернет на ресурсе www.Islamdin.tv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«Кирпич» № 4 (решение Вельского районного суда Архангельской области от 28.03.2012);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201.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Брошюра NOWOSK # 1 (решение Вельского районного суда Архангельской области от 28.03.2012);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«Болотные огни» (решение Вельского районного суда Архангельской области от 28.03.2012);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«Русского национально - освободительного Движения» СТРАТЕГИЯ 2020 (решение Вельского районного суда Архангельской области от 28.03.2012);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«Еврейство в музыке» с указанием автора Рихарда Вагнера (решение Вельского районного суда Архангельской области от 28.03.2012);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Всероссийский журнал «Русская правда» № 10А (решение Вельского районного суда Архангельской области от 28.03.2012);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Журнал «Атака» без номера и даты (решение Вельского районного суда Архангельской области от 28.03.2012);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«Кирпич» № 2 (решение Вельского районного суда Архангельской области от 28.03.2012);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«100 советов исламской молодежи» без автора (решение Первомайского районного суда города Владивостока от 06.03.2012);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«Как мы понимаем единобожие» (автор Мухаммад Ахмад Башамил) (решение Первомайского районного суда города Владивостока от 06.03.2012);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«К вопросу об одежде» (автор Маулана Саийдид Абуль Ала Маудуди) (решение Первомайского районного суда города Владивостока от 06.03.2012);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217.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«Отведение сомнений» (автор Мухаммад ибн Сулейман ат-Тамими) (решение Первомайского </w:t>
            </w:r>
            <w:r w:rsidRPr="00041EDA">
              <w:rPr>
                <w:rFonts w:ascii="Times New Roman" w:eastAsia="MS Mincho" w:hAnsi="Times New Roman" w:cs="Times New Roman"/>
                <w:sz w:val="24"/>
                <w:szCs w:val="24"/>
                <w:lang w:val="en-US"/>
              </w:rPr>
              <w:lastRenderedPageBreak/>
              <w:t>районного суда города Владивостока от 06.03.2012);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«Вера в предопределение доброе и злое» без автора (решение Первомайского районного суда города Владивостока от 06.03.2012);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«Три принципа и их доказательства» без автора (решение Первомайского районного суда города Владивостока от 06.03.2012);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122</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w:t>
            </w:r>
            <w:r w:rsidRPr="00041EDA">
              <w:rPr>
                <w:rFonts w:ascii="Times New Roman" w:eastAsia="MS Mincho" w:hAnsi="Times New Roman" w:cs="Times New Roman"/>
                <w:sz w:val="24"/>
                <w:szCs w:val="24"/>
                <w:lang w:val="en-US"/>
              </w:rPr>
              <w:lastRenderedPageBreak/>
              <w:t>06.03.2012);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233.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песни группы «Коловрат» под названием «Либерал», автором и исполнителем которой является </w:t>
            </w:r>
            <w:r w:rsidRPr="00041EDA">
              <w:rPr>
                <w:rFonts w:ascii="Times New Roman" w:eastAsia="MS Mincho" w:hAnsi="Times New Roman" w:cs="Times New Roman"/>
                <w:sz w:val="24"/>
                <w:szCs w:val="24"/>
                <w:lang w:val="en-US"/>
              </w:rPr>
              <w:lastRenderedPageBreak/>
              <w:t>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«Каратель «СС Варяг» (Song Lyrics),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123</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«Шитскин (S.H.A.K.P.)»,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249.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песни группы «Коловрат» под названием «Народная», автором и исполнителем которой является </w:t>
            </w:r>
            <w:r w:rsidRPr="00041EDA">
              <w:rPr>
                <w:rFonts w:ascii="Times New Roman" w:eastAsia="MS Mincho" w:hAnsi="Times New Roman" w:cs="Times New Roman"/>
                <w:sz w:val="24"/>
                <w:szCs w:val="24"/>
                <w:lang w:val="en-US"/>
              </w:rPr>
              <w:lastRenderedPageBreak/>
              <w:t>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«mailto smertputinismu@svergnutputina.ru», озаглавленное словами: «Все на войну с путинизмом!!!» (решение Кировского районного суда города Ярославля от 28.03.2012);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125</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http://vkontakte.ru (решение </w:t>
            </w:r>
            <w:r w:rsidRPr="00041EDA">
              <w:rPr>
                <w:rFonts w:ascii="Times New Roman" w:eastAsia="MS Mincho" w:hAnsi="Times New Roman" w:cs="Times New Roman"/>
                <w:sz w:val="24"/>
                <w:szCs w:val="24"/>
                <w:lang w:val="en-US"/>
              </w:rPr>
              <w:lastRenderedPageBreak/>
              <w:t>Промышленного районного суда города Курска от 22.03.2012);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Листовки под заголовком «Ополчимся против разрушителей России!» (решение Золотухинского районного суда Курской области от 13.04.2012);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Выступление Кебекова А.А., размещенное в международной компьютерной сети Интернет на Интернет сайте www.guraba.info (решение Советского районного суда города Махачкалы Республики Дагестан от 02.04.2012);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заголовком «Не поддержавший Ислам поддержал куфр» на интернет сайте «www.hunafa.com» (решение Майкопского городского суда Республики Адыгея от 19.04.2012);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заголовком «Великороссам» на интернет сайте «www.hunafa.com» (решение Майкопского городского суда Республики Адыгея от 19.04.2012);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заголовком «Что посеешь - то и пожнешь» на интернет сайте «www.hunafa.com» (решение Майкопского городского суда Республики Адыгея от 19.04.2012);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заголовком «О милиции» на интернет сайте «www.hunafa.com» (решение Майкопского городского суда Республики Адыгея от 19.04.2012);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заголовком «Мирный ли российский народ» на интернет сайте «www.hunafa.com» (решение Майкопского городского суда Республики Адыгея от 19.04.2012);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Файл под именем «Люди первой подрасы» (решение Яльчикского районного суда Чувашской Республики от 03.04.2012);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Файл под именем «Христианство/Мусульманство» (решение Яльчикского районного суда Чувашской Республики от 03.04.2012);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Файл под именем «Хайрутдин Гиммадеевич Гимадутдинов» (решение Яльчикского районного суда Чувашской Республики от 03.04.2012);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265.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Файл под именем «В древнем мире все люди говорили» (решение Яльчикского районного суда Чувашской </w:t>
            </w:r>
            <w:r w:rsidRPr="00041EDA">
              <w:rPr>
                <w:rFonts w:ascii="Times New Roman" w:eastAsia="MS Mincho" w:hAnsi="Times New Roman" w:cs="Times New Roman"/>
                <w:sz w:val="24"/>
                <w:szCs w:val="24"/>
                <w:lang w:val="en-US"/>
              </w:rPr>
              <w:lastRenderedPageBreak/>
              <w:t>Республики от 03.04.2012);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Файл под именем «Я удивляюсь и не понимаю» (решение Яльчикского районного суда Чувашской Республики от 03.04.2012);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Файл под именем «I made a discovery.doc» (решение Яльчикского районного суда Чувашской Республики от 03.04.2012);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Файл под именем «Truth teres.doc» (решение Яльчикского районного суда Чувашской Республики от 03.04.2012);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 поводу новой кондопоги в детском лагере», распространенный в сети Интернет на сайте http://ogurcova-uchebka.com/blog/ - «Ogurcova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127</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Файл «Адыгея», в тексте которого имеется высказывание «АРМАВИР только для АДЫГОВ», расположенный на компакт-диске «SmartTrack» формата DVD-R с надписью «Сетов» (решение Успенского </w:t>
            </w:r>
            <w:r w:rsidRPr="00041EDA">
              <w:rPr>
                <w:rFonts w:ascii="Times New Roman" w:eastAsia="MS Mincho" w:hAnsi="Times New Roman" w:cs="Times New Roman"/>
                <w:sz w:val="24"/>
                <w:szCs w:val="24"/>
                <w:lang w:val="en-US"/>
              </w:rPr>
              <w:lastRenderedPageBreak/>
              <w:t>районного суда Краснодарского края от 05.04.2012);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www.zdravomyslie.ru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«Запрещенная на ТВ социальная реклама в 2010/2», размещенный в глобальной сети Интернет на сайте www.vkontakte.ru, на странице пользователя сети под ником «Сергей Сопов» (решение Золотухинского районного суда Курской области от 26.04.2012);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«О, сестры! Ваша очередь – мужчины спят!», размещенный на Интернет-сайте www.kavkazweb.net (решение Дорогомиловского районного суда города Москвы от 05.03.2012);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«Рецепт приготовления негра», размером 3,11 МБ (3 270 656 байт), общей продолжительностью 46 секунд (решение Ленинского районного суда города Курска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«Смешной хаченок», размером 6,09 МБ (6 393 856 байт), общей продолжительностью 02 минуты 13 секунд (решение Ленинского районного суда города Курска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«Реппер», размером 3,58 МБ (3 758 080 байт), общей продолжительностью 45 секунд (решение Ленинского районного суда города Курска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«Правда о холокосте», размером 60,7 МБ (63 744 000 байт), общей продолжительностью 07 минут 02 секунды (решение Ленинского районного суда города Курска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«Китайское общежитие», размером 6,09 МБ (6 393 856 байт), общей продолжительностью 25 секунд (решение Ленинского районного суда города Курска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280.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(листовка) под названием «Убей путинского полицая!!!», который </w:t>
            </w:r>
            <w:r w:rsidRPr="00041EDA">
              <w:rPr>
                <w:rFonts w:ascii="Times New Roman" w:eastAsia="MS Mincho" w:hAnsi="Times New Roman" w:cs="Times New Roman"/>
                <w:sz w:val="24"/>
                <w:szCs w:val="24"/>
                <w:lang w:val="en-US"/>
              </w:rPr>
              <w:lastRenderedPageBreak/>
              <w:t>распространяется путем направления на различные адреса электронной почты с интернет-адреса «smertputinismu@smertputinismu.ru», а также опубликован для свободного доступа на следующих интернет-страницах: «http://community.livejournal.com/_politics_/5298002.htm», «http://blog.imhonet.ru/author/gerbert/post/4851253/», «http://wcb.ru/q/lofiversion/index.php?t25518-50.html», «http://a-o-p.livejournal.com/» (решение Свердловского районного суда города Костромы от 23.04.2012);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«Истина» (решение Тушинского районного суда города Москвы от 23.04.2012);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города Оренбурга от 21.03.2012 и решение Соль-Илецкого районного суда Оренбургской области от 28.05.2012);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290.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Османа Нури Топбаша серии «В свете Священного Корана» «Пророк Мухаммад Мустафа-1, да </w:t>
            </w:r>
            <w:r w:rsidRPr="00041EDA">
              <w:rPr>
                <w:rFonts w:ascii="Times New Roman" w:eastAsia="MS Mincho" w:hAnsi="Times New Roman" w:cs="Times New Roman"/>
                <w:sz w:val="24"/>
                <w:szCs w:val="24"/>
                <w:lang w:val="en-US"/>
              </w:rPr>
              <w:lastRenderedPageBreak/>
              <w:t>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Сафи ар-Рахман аль-Мубаракфури «Жизнь Пророка» на 652 страницах, 2008 года издания, издательство «UMMAH»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129</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306.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Османа Нури Топбаша «Ислам. Вера. Поклонение», издание второе исправленное, на 298 страницах, </w:t>
            </w:r>
            <w:r w:rsidRPr="00041EDA">
              <w:rPr>
                <w:rFonts w:ascii="Times New Roman" w:eastAsia="MS Mincho" w:hAnsi="Times New Roman" w:cs="Times New Roman"/>
                <w:sz w:val="24"/>
                <w:szCs w:val="24"/>
                <w:lang w:val="en-US"/>
              </w:rPr>
              <w:lastRenderedPageBreak/>
              <w:t>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131</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322.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С.Хабибуллиной «Истории из Священного Корана», на 133 листах, 2007 года издания, издательская </w:t>
            </w:r>
            <w:r w:rsidRPr="00041EDA">
              <w:rPr>
                <w:rFonts w:ascii="Times New Roman" w:eastAsia="MS Mincho" w:hAnsi="Times New Roman" w:cs="Times New Roman"/>
                <w:sz w:val="24"/>
                <w:szCs w:val="24"/>
                <w:lang w:val="en-US"/>
              </w:rPr>
              <w:lastRenderedPageBreak/>
              <w:t>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132</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Ф.Гюлена «Сомнения порожденные веком», том первый, на 224 страницах, 1999 года издания, перевод с турецкого Байрамовой С.С., издательство KAYNAK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338.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Ф.Гюлена «Пророк Мухаммад – венец рода человеческого», том первый, на 345 страницах, 2004 года </w:t>
            </w:r>
            <w:r w:rsidRPr="00041EDA">
              <w:rPr>
                <w:rFonts w:ascii="Times New Roman" w:eastAsia="MS Mincho" w:hAnsi="Times New Roman" w:cs="Times New Roman"/>
                <w:sz w:val="24"/>
                <w:szCs w:val="24"/>
                <w:lang w:val="en-US"/>
              </w:rPr>
              <w:lastRenderedPageBreak/>
              <w:t>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134</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«II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«Казнь пяти оккупантов НС-бойцами.flx»,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354.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«Скины.flx», размещенный в сети Интернет по адресу: http://vkontakte.ru/id33560673 на </w:t>
            </w:r>
            <w:r w:rsidRPr="00041EDA">
              <w:rPr>
                <w:rFonts w:ascii="Times New Roman" w:eastAsia="MS Mincho" w:hAnsi="Times New Roman" w:cs="Times New Roman"/>
                <w:sz w:val="24"/>
                <w:szCs w:val="24"/>
                <w:lang w:val="en-US"/>
              </w:rPr>
              <w:lastRenderedPageBreak/>
              <w:t>персональной странице Новикова Александра Михайловича (решение Апатитского городского суда Мурманской области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 новым годом 2010 поздравьте чурок.flx»,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«Скинхеды жестоко наказывают хачей.flx»,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«Гелаевский спецназ», расположенный на компакт-диске «SONY» формата CD-R с надписью «Наров» (решение Успенского районного суда Краснодарского края от 05.04.2012);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«Кавказ и фашизм», расположенный на компакт-диске «SONY» формата CD-R с надписью «Наров» (решение Успенского районного суда Краснодарского края от 05.04.2012);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135</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Файл с изображениями «ОСТАРОЖНО», расположенный на компакт-диске «SONY» формата CD-R с надписью «Наров» (решение Успенского районного суда Краснодарского края от 05.04.2012);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«Частичный таухид», размещенный на информационном сайте системы «Интернет» www.kavkazweb.net (решение Дорогомиловского районного суда города Москвы от 29.02.2012);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http://seyfullah.tauhid.biz/ (решение Дзержинского районного суда Калужской области от 04.05.2012);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14.05.2012);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136</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www.djamaattakbir.com (решение Нальчикского городского суда Кабардино-Балкарской Республики от </w:t>
            </w:r>
            <w:r w:rsidRPr="00041EDA">
              <w:rPr>
                <w:rFonts w:ascii="Times New Roman" w:eastAsia="MS Mincho" w:hAnsi="Times New Roman" w:cs="Times New Roman"/>
                <w:sz w:val="24"/>
                <w:szCs w:val="24"/>
                <w:lang w:val="en-US"/>
              </w:rPr>
              <w:lastRenderedPageBreak/>
              <w:t>14.05.2012);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«Талмуд о неевреях» (решение Курганского городского суда Курганской области от 10.05.2012);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«Русский марш 2010-х… (пора действовать)» (решение Курганского городского суда Курганской области от 10.05.2012);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Фотографии из фотоальбомов, размещенных на Интернет-ресурсе http://vkontakte.ru/id25080872#/seitovss: фотографии № 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136</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Видеоматериалы «Русский, очнись!» и «Акция», размещенные 16 октября 2010 года и 29 октября 2010 года в глобальной сети Интернет на сайте www.vkontakte.ru, на странице пользователя сети под ником «Лыков Александр» (решение Золотухинского районного суда Курской области от 03.04.2012 и апелляционное </w:t>
            </w:r>
            <w:r w:rsidRPr="00041EDA">
              <w:rPr>
                <w:rFonts w:ascii="Times New Roman" w:eastAsia="MS Mincho" w:hAnsi="Times New Roman" w:cs="Times New Roman"/>
                <w:sz w:val="24"/>
                <w:szCs w:val="24"/>
                <w:lang w:val="en-US"/>
              </w:rPr>
              <w:lastRenderedPageBreak/>
              <w:t>определение судебной коллегии по гражданским делам Курского областного суда от 13.06.2012);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«живая и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«Метизация (гибридизация) – убийство Высшей расы и предательство предков», размещенный в сети Интернет на сайте s-mahat.ru (решение Воткинского районного суда Удмуртской Республики от 05.06.2012);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«Расовая гигиена-главное условие инегрального совершенства», размещенный в сети Интернет на сайте s-mahat.ru (решение Воткинского районного суда Удмуртской Республики от 05.06.2012);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««Прожидовленная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«прожидовленная церковь», размещенный в сети Интернет на сайте s-mahat.ru (решение Воткинского районного суда Удмуртской Республики от 05.06.2012);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«Условия паразитирования», размещенный в сети Интернет на сайте s-mahat.ru (решение Воткинского районного суда Удмуртской Республики от 05.06.2012);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«Необходимость коловрата-свастики: как Русских убивают в России», размещенный в сети Интернет на сайте s-mahat.ru (решение Воткинского районного суда Удмуртской Республики от 05.06.2012);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на интернет-сайте http://www.islamdin.biz,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и текст песни «Россия для чурок» (решение Кромского районного суда Орловской области от 13.06.2012);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(сайт): http://kavkazinform.com/ - «Исламское информационно-аналитическое интернет издание Имарата Кавказ» (решение Интинского городского суда Республики Коми от 06.06.2012);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385.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Абу Хамид аль-Газали «Наставление правителям», издательский дом «Ансар», Москва, 2008 г., 334 </w:t>
            </w:r>
            <w:r w:rsidRPr="00041EDA">
              <w:rPr>
                <w:rFonts w:ascii="Times New Roman" w:eastAsia="MS Mincho" w:hAnsi="Times New Roman" w:cs="Times New Roman"/>
                <w:sz w:val="24"/>
                <w:szCs w:val="24"/>
                <w:lang w:val="en-US"/>
              </w:rPr>
              <w:lastRenderedPageBreak/>
              <w:t>страницы (решение Соль-Илецкого районного суда Оренбургской области от 28.05.2012);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МУХТАСАР Шейх Абдуллаh Аль-hарарий. Учебное пособие, обеспечивающее необходимыми знаниями по исламу (по учению имама Абу Ханифа). Духовное управление мусульман Украины, издание второе, «Аль-Иршад» г.Киев 2004г. (решение Соль-Илецкого районного суда Оренбургской области от 28.05.2012 и определение Соль-Илецкого районного суда Оренбургской области от 23.08.2012);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«Скины в поезде 2», размещенный на интернет-сайте «Вконтакте», имеющий электронный адрес http://vkontakte.ru решение Промышленного районного суда города Курска от 11.05.2012);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139</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Видеофайл «oi skin-head.avi», размером 518 Мб, содержащий русскоязычную видеозапись – видеоролик с песней, общей продолжительностью 2 мин. 23 сек., размещенный в сети Интернет, на сайте «www.vkontakte.ru», на интернет-странице, имеющей адрес «http://vkontakte.ru/id5907944», в открытом для </w:t>
            </w:r>
            <w:r w:rsidRPr="00041EDA">
              <w:rPr>
                <w:rFonts w:ascii="Times New Roman" w:eastAsia="MS Mincho" w:hAnsi="Times New Roman" w:cs="Times New Roman"/>
                <w:sz w:val="24"/>
                <w:szCs w:val="24"/>
                <w:lang w:val="en-US"/>
              </w:rPr>
              <w:lastRenderedPageBreak/>
              <w:t>неограниченного круга лиц доступе (решение Промышленного районного суда города Курска от 12.05.2012);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«Моджахеды, Шахиды, чечня», размещенный 22 апреля 2009 г. в международной компьютерной сети «Интернет» на информационной странице http://smotri.com/video/view/?id=v9417287e73 сайта smotri.com (решение Ленинского районного суда города Саранска Республики Мордовия от 03.05.2012);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комментариев, размещенных в сети интернет на ресурсе «www.odnoklassniki.ru»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на интернет-сайте http://vdagestan.com,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«Караджич – герой сербского народа!», который расположен в сети интернет по адресу http://www.km.ru/news/karadzhich_geroy_serbskogo_naroda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139</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Статья под названием «Война есть война», автором которой является «Ахмад» и комментарии к ней, опубликованные в период с 29.03.2012 по 16.04.2012 года на сайте http://www.hunafa.com решение Магасского районного суда Республики Ингушетия от 08.06.2012);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«www.djamaattakbir.com» (решение Нальчикского городского суда Кабардино-Балкарской Республики от 26.06.2012);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«Заявление командования муджахидов Вилаята Галг1айче» и комментарии к ней, опубликованные в период с 4 мая 2012 года по 12 мая 2012 года на сайте http://hunafa.com (решение Магасского районного суда Республики Ингушетия от 15.06.2012);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«Заявление командования муджахидов Вилаята Галг1айче» и комментарии к ней, опубликованные в период с 5 марта 2012 года по 16 марта 2012 года на сайте http://hunafa.com (решение Магасского районного суда Республики Ингушетия от 15.06.2012);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(сайт): http://milleti-ibrahim.info/ru/ - «Азербайджанское исламское независимое информационное издание» на русском языке (решение Интинского городского суда Республики Коми от 19.06.2012);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Независимое православно-патриотическое издание «Русь православная» (решение Куйбышевского районного суда города Санкт-Петербурга от 21.03.2012);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http://www.ispovednik.com./veroispovedanie-rospc/ (решение Первомайского районного суда города Кирова Кировской области от 02.05.2012);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411.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http://www.ispovednik.com./veroispovedanie-rospc-i (решение Первомайского районного суда города Кирова </w:t>
            </w:r>
            <w:r w:rsidRPr="00041EDA">
              <w:rPr>
                <w:rFonts w:ascii="Times New Roman" w:eastAsia="MS Mincho" w:hAnsi="Times New Roman" w:cs="Times New Roman"/>
                <w:sz w:val="24"/>
                <w:szCs w:val="24"/>
                <w:lang w:val="en-US"/>
              </w:rPr>
              <w:lastRenderedPageBreak/>
              <w:t>Кировской области от 02.05.2012);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http://www.ispovednik.com./veroispovedanie-rospc-ii (решение Первомайского районного суда города Кирова Кировской области от 02.05.2012);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http://www.ispovednik.com./veroispovedanie-rospc-iii (решение Первомайского районного суда города Кирова Кировской области от 02.05.2012);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http://www.ispovednik.com./veroispovedanie-rospc-iv (решение Первомайского районного суда города Кирова Кировской области от 02.05.2012);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http://www.ispovednik.com./veroispovedanie-rospc-v (решение Первомайского районного суда города Кирова Кировской области от 02.05.2012);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http://www.ispovednik.com./veroispovedanie-rospc-vi (решение Первомайского районного суда города Кирова Кировской области от 02.05.2012);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http://www.ispovednik.com./veroispovedanie-rospc-vii (решение Первомайского районного суда города Кирова Кировской области от 02.05.2012);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http://www.ispovednik.com./prilozenie-no-1 (решение Первомайского районного суда города Кирова Кировской области от 02.05.2012);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http://www.ispovednik.com./prilozenie-no-2 (решение Первомайского районного суда города Кирова Кировской области от 02.05.2012);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1а», длительностью 32 минуты 34 секунды (решение Вахитовского районного суда города Казани Республики Татарстан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142</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1б», длительностью 32 минуты 09 секунд (решение Вахитовского районного суда города Казани </w:t>
            </w:r>
            <w:r w:rsidRPr="00041EDA">
              <w:rPr>
                <w:rFonts w:ascii="Times New Roman" w:eastAsia="MS Mincho" w:hAnsi="Times New Roman" w:cs="Times New Roman"/>
                <w:sz w:val="24"/>
                <w:szCs w:val="24"/>
                <w:lang w:val="en-US"/>
              </w:rPr>
              <w:lastRenderedPageBreak/>
              <w:t>Республики Татарстан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2», длительностью 1 час 04 минуты 09 секунд (решение Вахитовского районного суда города Казани Республики Татарстан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3», длительностью 1 час 04 минуты 08 секунд (решение Вахитовского районного суда города Казани Республики Татарстан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4», длительностью 1 час 04 минуты 19 секунд (решение Вахитовского районного суда города Казани Республики Татарстан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5», длительностью 1 час 04 минуты 15 секунд (решение Вахитовского районного суда города Казани Республики Татарстан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6», длительностью 31 минута 59 секунд (решение Вахитовского районного суда города Казани Республики Татарстан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(сайт) http:/czeczenia-rus.blog.onet.pl/ - «Serwis Emiratu Kaukaskiego» (Сервис Имарат Кавказ) (решение Усть-Куломского районного суда Республики Коми от 27.06.2012);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(сайт): http://vdagestan.com/ - «Официальный сайт Вилайята Дагестан» (решение Интинского городского суда Республики Коми от 19.06.2012);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«Русские националисты..mp4»,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«Русские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«Русские парни против хачей РУССКИЕ СИЛА..mp4»,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«Русский Скинхед против толпы Хачей..mp4»,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«Русский очнись..mp4»,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«Скинхед vs Азер.mp4»,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436.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видеофайл формата mp4 «убили ни за что…за нацию Русски, я восхищаюсь его мужеством.mp4», </w:t>
            </w:r>
            <w:r w:rsidRPr="00041EDA">
              <w:rPr>
                <w:rFonts w:ascii="Times New Roman" w:eastAsia="MS Mincho" w:hAnsi="Times New Roman" w:cs="Times New Roman"/>
                <w:sz w:val="24"/>
                <w:szCs w:val="24"/>
                <w:lang w:val="en-US"/>
              </w:rPr>
              <w:lastRenderedPageBreak/>
              <w:t>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«СМЕРТЬ хачам.mp4»,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«Дети сраных гор.mp4»,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«Московские бритоголовые.mp4»,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«SkinHead aka Jagdstaffel.mp4»,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144</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видеофайл формата mp4 «Рабы, сосите пиво..mp4»,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«скин хед герл..mp4»,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«Германские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«Mein Kampf.mp4»,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«ПравыйМалый – Посвящение в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«Драка в армии, Русские против хачей.mp4»,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«Ребята русские..mp4»,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mp4 «вот так нахуй.mp4»,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www.politklub.ru,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Юрия Мухина «За державу обидно!» (решение Серпуховского городского суда Московской области от 13.06.2012);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 текстовым сопровождением «Вся правда о русских! / АКАБ «Кибуц 69», размещенная на странице на имя «Elizabeth Takalachutzeka» в социальной сети интернет на сайте «В контакте» (решение Бердского городского суда Новосибирской области от 02.04.2012);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 газета «Пасха Третьего Рима» № 1073–1074, 2010 г. (решение Абаканского городского суда Республики Хакасия от 22.06.2012);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«Непокоримый Кавказ», размещенные на Интернет-ресурсе http://www muslim-ru.com/lib/nepokorimy_ kavkaz.doc. (решение Пролетарского районного суда города Ростова-на-Дону от 14.06.2012);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(сайт): http://abror.info/ - «Информационное агентство Вилайята ГIалгIайче» (решение Интинского городского суда Республики Коми от 22.06.2012).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DVD диск с фильмом компании HUDAMEDIA лекция Халида Ясина «Чуждые» (решение Ленинского районного суда города Краснодара от 18.06.2012);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457.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Статусы, размещенные пользователем «УМАР КБК» в информационно-телекоммуникационной сети </w:t>
            </w:r>
            <w:r w:rsidRPr="00041EDA">
              <w:rPr>
                <w:rFonts w:ascii="Times New Roman" w:eastAsia="MS Mincho" w:hAnsi="Times New Roman" w:cs="Times New Roman"/>
                <w:sz w:val="24"/>
                <w:szCs w:val="24"/>
                <w:lang w:val="en-US"/>
              </w:rPr>
              <w:lastRenderedPageBreak/>
              <w:t>Интернет на сайте «www.odnoklassniki.ru» (решение Нальчикского городского суда Кабардино-Балкарской Республики от 12.07.2012);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http://vkontakte.ru/id81169264 (решение Кировского районного суда города Уфы Республики Башкортостан от 03.07.2012);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сайт http://baboons.narod.ru (решение Ленинского районного суда города Саранска Республики Мордовия от 18.07.2012);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названием «Западло…» автор «Аслан Магомадов ИА «ХУНАФА»», размещенный в сети интернет на ресурсе «www.djamaattakbir.com» (решение Майского районного суда Кабардино-Балкарской Республики от 09.07.2012);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146</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w:t>
            </w:r>
            <w:r w:rsidRPr="00041EDA">
              <w:rPr>
                <w:rFonts w:ascii="Times New Roman" w:eastAsia="MS Mincho" w:hAnsi="Times New Roman" w:cs="Times New Roman"/>
                <w:sz w:val="24"/>
                <w:szCs w:val="24"/>
                <w:lang w:val="en-US"/>
              </w:rPr>
              <w:lastRenderedPageBreak/>
              <w:t>электронному адресу: http://vk.com/hvorost_detka, созданной на сайте социальной интернет-сети «ВКонтакте» по электронному адресу: http://vk.com (решение Ленинского районного суда города Саранска Республики Мордовия от 17.07.2012);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Тексты, размещенные Ивановым Кириллом Константиновичем 09.04.2009 года на персональной интернет-странице по адресу: http://www.vkontakte.ru/id17763900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http://www.vkontakte.ru/id17763900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http://my.mail.ru/mail/nazi1488orenburg в разделе «Статусы» (решение Ленинского районного суда города Оренбурга от 09.07.2012);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Видеоролик пропагандистского характера под названием «репер»,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w:t>
            </w:r>
            <w:r w:rsidRPr="00041EDA">
              <w:rPr>
                <w:rFonts w:ascii="Times New Roman" w:eastAsia="MS Mincho" w:hAnsi="Times New Roman" w:cs="Times New Roman"/>
                <w:sz w:val="24"/>
                <w:szCs w:val="24"/>
                <w:lang w:val="en-US"/>
              </w:rPr>
              <w:lastRenderedPageBreak/>
              <w:t>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Николы Королева «Числа праведности» (решение Олонецкого районного суда Республики Карелия от 19.07.2012);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«Последние пожелания Иванам» с текстом (решение Стерлитамакского городского суда Республики Башкортостан от 05.07.2012);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(сайт): http:/guraba.info/ - «Независимое информационно-аналитическое издание Вилаята Дагестан» (решение Интинского городского суда Республики Коми от 19.06.2012);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Интернет-ресурсе «Сопротивление» по электронному адресу: «http://soprotivlenie.marsho.net/doc/turkey.htm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(сайт): http://haamash.wordpress.com/ – «Новости Ичкерии. Чеченская Республика Ичкерия» (решение Интинского городского суда Республики Коми от 26.07.2012); Интернет-ресурс (сайт): http://jamagat.wordpress.com/ – «Сайт информационного агентства «Джамагъат» - ИА «Джамагъат» (решение Интинского городского суда Республики Коми от 26.07.2012);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ресурс http://www.radosvet.net, расположенный в глобальной сети Интернет и размещенные на нем материалы (решение Самарского районного суда города Самары от 18.07.2012);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DVD диск с видеофильмом «Дело-88»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481.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DVD диск с видеофильмом «Очистим наш дом» (решение Ленинского районного суда города Оренбурга от </w:t>
            </w:r>
            <w:r w:rsidRPr="00041EDA">
              <w:rPr>
                <w:rFonts w:ascii="Times New Roman" w:eastAsia="MS Mincho" w:hAnsi="Times New Roman" w:cs="Times New Roman"/>
                <w:sz w:val="24"/>
                <w:szCs w:val="24"/>
                <w:lang w:val="en-US"/>
              </w:rPr>
              <w:lastRenderedPageBreak/>
              <w:t>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«Германский национал-социализм», автор Русаков В.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«Отвертка» № 9 за 2000 год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«Отвертка» № 6 за 1999 год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148</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Журнал «Bulldog» № 6 июль 1998 год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Копия книги «Вся правда о холокосте», автор Марк Вебер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Копия повести «Борьба», автор Д. Честный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Копия книги «Английская болезнь», автор Билл Буфолд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Копия книги «Расология наука о наследственных качествах людей», автор В.Б. Авдеев и информационные материалы книги В.Б. Авдеева «Расология. Наука о наследственных качествах людей», изд. 2-е дополненное, изданное ОАО «ИПП «Правда Севера» по заказу издательства ООО «Белые альвы» (решение Ленинского районного суда города Оренбурга от 26.07.2010 и решение Орджоникидзевского районного суда </w:t>
            </w:r>
            <w:r w:rsidRPr="00041EDA">
              <w:rPr>
                <w:rFonts w:ascii="Times New Roman" w:eastAsia="MS Mincho" w:hAnsi="Times New Roman" w:cs="Times New Roman"/>
                <w:sz w:val="24"/>
                <w:szCs w:val="24"/>
                <w:lang w:val="en-US"/>
              </w:rPr>
              <w:lastRenderedPageBreak/>
              <w:t>города Екатеринбурга от 21.04.2011);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«Русь пробуждается во мраке или Вторжение 88!», автор Василий Духофф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«Велесова книга», перевод Б. Клесеня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«Записки о ритуальных убийствах», автор В.И. Даль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«Катехизис еврея в СССР», автор В. Степин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«Протоколы сионских мудрецов»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«Бритоголовая культура», автор СЧ. Беликов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«Народное ополчение на полях информационной войны», автор В. Задерей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с названием «Под ноль, музыкальный журнал реальной альтернативы» № 4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«Арка-им» выпуск № 20 июнь 7508 (2000) год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502.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Газета «За русское дело» выпуск № 1 (133), 2006 год (решение Ленинского районного суда города </w:t>
            </w:r>
            <w:r w:rsidRPr="00041EDA">
              <w:rPr>
                <w:rFonts w:ascii="Times New Roman" w:eastAsia="MS Mincho" w:hAnsi="Times New Roman" w:cs="Times New Roman"/>
                <w:sz w:val="24"/>
                <w:szCs w:val="24"/>
                <w:lang w:val="en-US"/>
              </w:rPr>
              <w:lastRenderedPageBreak/>
              <w:t>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«Русский фронт» спецвыпуск № 2 (26) 2006 г.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«Знание власть!» выпуск № 5 (274) февраль 2006 г.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«Союз офицеров» выпуск № 2 (81) февраль 2006 г.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«Русская правда» выпуск № 41-42 2006 г.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Брошюра под названием «Это должен знать русский»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«Наша сторона», № 1 (11) за 2002 г.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«Я русский»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«Эра России»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«субботнее безумие» (решение Ленинского районного суда города Оренбурга от 26.07.2010);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Информационные видео и фотоматериалы, размещенные в информационно-телекоммуникационной сети «Интернет» по адресам: http://vkontakte.ru/video50777990_141480124; http://vkontakte.ru/video50777990_138161598; http://vkontakte.ru/video50777990_1381615940; http://vkontakte.ru/video50777990_138160905; http://vkontakte.ru/video50777990_137839883; http://vkontakte.ru/video50777990_137462206; http://vkontakte.ru/video50777990_136783966; </w:t>
            </w:r>
            <w:r w:rsidRPr="00041EDA">
              <w:rPr>
                <w:rFonts w:ascii="Times New Roman" w:eastAsia="MS Mincho" w:hAnsi="Times New Roman" w:cs="Times New Roman"/>
                <w:sz w:val="24"/>
                <w:szCs w:val="24"/>
                <w:lang w:val="en-US"/>
              </w:rPr>
              <w:lastRenderedPageBreak/>
              <w:t>http://vkontakte.ru/id90206929#/album93733856_120846310 (решение Кировского районного суда города Иркутска от 04.06.2012);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«На сайте открылся раздел «Цели для атак» от 23.06.2011 года, размещенной по электронному адресу: http://blackblocg.info/tseli-dlya-atak (решение Мещанского районного суда города Москвы от 03.08.2012);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«Как сжечь буржуйскую тачку и не попасться: советы начинающим от коллектива «13 негритят» от 14.02.2011 года, размещенной по электронному адресу: http://blackblocg.info/metody-i-taktiki/provedenie-aktsij (решение Мещанского районного суда города Москвы от 03.08.2012);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«Городские партизаны атаковали точечную стройку в Ясенево» от 09.04.2011 года, размещенной по электронному адресу: http://blackblocg.info/protestnye-dejsviya/93-gorodskie-partizany-atakov... (решение Мещанского районного суда города Москвы от 03.08.2012);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«Подрыв анархистами поста ДПС на 22 км МКАД 07.06.2011» от 07.06.2011 года, размещенной по электронному адресу: http://blackblocg.info/protestnye-dejstviya/122-podryv-anarkhistami-post... (решение Мещанского районного суда города Москвы от 03.08.2012);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Текст статьи «Новые акции ELF в Подмосковье» от 14.06.2011 года, размещенной по электронному адресу: http://blackblocg.info/protestnye-dejstviya/125-novye-aktsii-elf-v-podmo... (решение Мещанского районного суда города Москвы от 03.08.2012);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http://blackblocg.info (решение Мещанского районного суда города Москвы от 03.08.2012);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бkju «Ъ» (www mygorod48 ru\peopl\user3413\blog\6087) (решение Советского районного суда города Липецка от 04.07.2012);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Гладкий В.Н. «Жиды» (решение Ленинского районного суда города Владивостока Приморского края от 17.05.2012);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(сайт): http://soprotivlenie.marsho.net/ - «Сопротивление» (решение Интинского городского суда Республики Коми от 08.08.2012);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152</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Видеоролик «Zlaya Rossiya.240.mp4», размещенный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«HorssAction.mp3», размещенная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Интернет-сайте www.ns-wp.ws, в статье: Приложение № 1 «До последней капли крови» (решение Южно-Сахалинского городского суда Сахалинской области от 13.07.2012);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Интернет-сайте www.ns-wp.ws, в статье: Приложение № 3 «Уволочь за собой в Ад.» (решение Южно-Сахалинского городского суда Сахалинской области от 13.07.2012);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Интернет-сайте www.ns-wp.ws, в статье: Приложение № 4 «Война уже идет» (решение Южно-Сахалинского городского суда Сахалинской области от 13.07.2012);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Интернет-сайте www.ns-wp.ws, в статье: Приложение № 5 «Неукротимая воля» (решение Южно-Сахалинского городского суда Сахалинской области от 13.07.2012);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Комментарий к видеоролику под названием: «В Башкирии курица снесла яйцо с надписью «Аллах», выложенный на интернет-адресе: http://bashtube.ru/users/user334181, и его текст (содержание) (решение Орджоникидзевского районного суда города Уфы Республики Башкортостан от 07.08.2012);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Публикация Сергея Мельникоффа «Письмо камикадзе или почему дочь журналиста выбрала для жизни Японию» (решение Кировского районного суда города Омска от 09.08.2012);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«СС Сахалин» (решения Южно-Сахалинского городского суда от 16.08.2012);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533.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«Сибирское братство. Третий крестный путь России» (решение Центрального </w:t>
            </w:r>
            <w:r w:rsidRPr="00041EDA">
              <w:rPr>
                <w:rFonts w:ascii="Times New Roman" w:eastAsia="MS Mincho" w:hAnsi="Times New Roman" w:cs="Times New Roman"/>
                <w:sz w:val="24"/>
                <w:szCs w:val="24"/>
                <w:lang w:val="en-US"/>
              </w:rPr>
              <w:lastRenderedPageBreak/>
              <w:t>районного суда города Новосибирска от 29.08.2008 и определение Центрального районного суда города Новосибирска от 01.10.2008);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расположенный по электронному адресу: http:www.rusimperia.info/news/id9045.html, на котором расположен информационный портал «Русского имперского движения» (решение Беляевского районного суда Оренбургской области от 20.08.2012);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«Вестник воинов Христовых № 18. Сергиев Посад» (решение Люблинского районного суда города Москвы от 19.06.2012);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города Читы от 23.08.2012).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http://www.shamilonline.org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«русские националисты вершат правосудие. 18+» (решение Кировского районного суда города Томска от 20.09.2012);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«Слава Руси. От сердца к солнцу!» (решение Кировского районного суда города Томска от 20.09.2012);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«FORMAT 18» (решение Кировского районного суда города Томска от 20.09.2012);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наименованием: «СТРОЙ ШАРИАТ душой», размещенный в сети Интернет на ресурсе «www.djamaatakbir.com» (решение Нальчикского городского суда Кабардино-Балкарской Республики от 11.07.2012);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548.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«Разъяснения к книге единобожия шейха Мухаммада ибн Сулеймана Ат-Тамими/ Здравое слово </w:t>
            </w:r>
            <w:r w:rsidRPr="00041EDA">
              <w:rPr>
                <w:rFonts w:ascii="Times New Roman" w:eastAsia="MS Mincho" w:hAnsi="Times New Roman" w:cs="Times New Roman"/>
                <w:sz w:val="24"/>
                <w:szCs w:val="24"/>
                <w:lang w:val="en-US"/>
              </w:rPr>
              <w:lastRenderedPageBreak/>
              <w:t>(Шейх Абд Ар-Рахман Наср Ас Сади) Озарение от славного/ Баку 1998» (решение Ленинского районного суда города Новороссийска от 14.08.2012);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имеющий имя «Железная воля – белые шнурки», размер 334 Мб, формата «.avi»,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«Орда» и «Записки Басурманина», размещенные в Интернет-ресурсах http://litbash.sitecity.ru и http://highness.sitecity.ru (решение Чишминского районного суда Республики Башкортостан от 28.04.2012);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www.vnrf.org/obrashenie_trudyashimsya; www.vnrf.org/sorvat_pseudovibori; www.vnrf.org/ubey_policaya; www.vnrf.org/ne priznavat putinistskuyu vlast; www.doloyputinizm. livejournal.com (решение Центрального районного суда города Сочи Краснодарского края от 27.08.2012);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w:t>
            </w:r>
            <w:r w:rsidRPr="00041EDA">
              <w:rPr>
                <w:rFonts w:ascii="Times New Roman" w:eastAsia="MS Mincho" w:hAnsi="Times New Roman" w:cs="Times New Roman"/>
                <w:sz w:val="24"/>
                <w:szCs w:val="24"/>
                <w:lang w:val="en-US"/>
              </w:rPr>
              <w:lastRenderedPageBreak/>
              <w:t>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Видеоматериалы, размещенные на Интернет-ресурсе http://vkontakte.ru/id6161885 «Сергей Приходько»: «Русский бунт». Погромы в Москве. (15 декабря 2010)»; «Беспредел в России ДПНИ ТВ - толерантность?» и </w:t>
            </w:r>
            <w:r w:rsidRPr="00041EDA">
              <w:rPr>
                <w:rFonts w:ascii="Times New Roman" w:eastAsia="MS Mincho" w:hAnsi="Times New Roman" w:cs="Times New Roman"/>
                <w:sz w:val="24"/>
                <w:szCs w:val="24"/>
                <w:lang w:val="en-US"/>
              </w:rPr>
              <w:lastRenderedPageBreak/>
              <w:t>«ДПНИ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«TAZ - Грачи Улетели, Хачи прилетели» (решение Курганского городского суда от 29.08.2012);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http://vk.com|id22702754#/id65375869 (решение Октябрьского городского суда Республики Башкортостан от 04.07.2012);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 ресурс http://www.minjust.net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 ресурс http://www.rabidshare.info и содержащиеся на нем информационные материалы (решение Самарского районного суда города Самары от 13.08.2012);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w:t>
            </w:r>
            <w:r w:rsidRPr="00041EDA">
              <w:rPr>
                <w:rFonts w:ascii="Times New Roman" w:eastAsia="MS Mincho" w:hAnsi="Times New Roman" w:cs="Times New Roman"/>
                <w:sz w:val="24"/>
                <w:szCs w:val="24"/>
                <w:lang w:val="en-US"/>
              </w:rPr>
              <w:lastRenderedPageBreak/>
              <w:t>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Интернет-ресурс «http://vkontakte.ru/id31316210» с наименованием «Олег Shultz 14/88 Кузнецов» (решение </w:t>
            </w:r>
            <w:r w:rsidRPr="00041EDA">
              <w:rPr>
                <w:rFonts w:ascii="Times New Roman" w:eastAsia="MS Mincho" w:hAnsi="Times New Roman" w:cs="Times New Roman"/>
                <w:sz w:val="24"/>
                <w:szCs w:val="24"/>
                <w:lang w:val="en-US"/>
              </w:rPr>
              <w:lastRenderedPageBreak/>
              <w:t>Стерлитамакского городского суда Республики Башкортостан от 10.04.2012);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(видеоматериал) с названием: «Вся «правда» о жидо бандеровцах!!!!!!» (решение Центрального районного суда города Новосибирска от 19.09.2012);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(видеоматериал) с названием: «Ж» (решение Центрального районного суда города Новосибирска от 19.09.2012);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(видеоматериал) с названием: «Жидовский песах» (решение Центрального районного суда города Новосибирска от 19.09.2012);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156</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Видеоролик (видеоматериал) с названием: «Правда о жидах и евреях. Антидеза. Антисемитизм» (решение Центрального районного суда города Новосибирска от 19.09.2012);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Графическое изображение: «Берл Лазар смотрит на тебя…» (решение Центрального районного суда города Новосибирска от 19.09.2012);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Графическое изображение: «Вот загадка для детей…» (решение Центрального районного суда города Новосибирска от 19.09.2012);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Графическое изображение: «Доказательства холокоста…» (решение Центрального районного суда города Новосибирска от 19.09.2012);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Графическое изображение: «Гоям читать вредно…» (решение Центрального районного суда города Новосибирска от 19.09.2012);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Графическое изображение: «Русский не пей…» (решение Центрального районного суда города Новосибирска от 19.09.2012);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Графическое изображение: «Убивай с комфортом…» (решение Центрального районного суда города Новосибирска от 19.09.2012);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Графическое изображение: «Докажите обратное?» (решение Центрального районного суда города Новосибирска от 19.09.2012);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Графическое изображение: «Дело сделано!» (решение Центрального районного суда города Новосибирска от 19.09.2012);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Графическое изображение: «Тут побывали евреи» (решение Центрального районного суда города Новосибирска от 19.09.2012);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Графическое изображение: «Смерть жидам» (решение Центрального районного суда города Новосибирска от 19.09.2012);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574.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Информационные материалы «Наша потребность в джихаде 2 – «Попытка стереть джихад», размещенные </w:t>
            </w:r>
            <w:r w:rsidRPr="00041EDA">
              <w:rPr>
                <w:rFonts w:ascii="Times New Roman" w:eastAsia="MS Mincho" w:hAnsi="Times New Roman" w:cs="Times New Roman"/>
                <w:sz w:val="24"/>
                <w:szCs w:val="24"/>
                <w:lang w:val="en-US"/>
              </w:rPr>
              <w:lastRenderedPageBreak/>
              <w:t>на Интернет-ресурсе http://tawba.info/ru/index.php?newsid=140 (решение Пролетарского районного суда города Ростова-на-Дону от 06.07.2012);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«Все на борьбу с путинизмом!!!»,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«Уничтожайте магистральные газо- и нефтепроводы!!!», размещенный на Интернет-сайте www.vnrf.org (решение Мещанского районного суда города Москвы от 03.08.2012);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www.vnrf.org (решение Мещанского районного суда города Москвы от 03.08.2012);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«Сорвать проведение антинародной олимпиады в Сочи!!!»,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157</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Информационный материал «Убей путинского полицая!!!», размещенный на Интернет-сайте www.vnrf.org (решение Мещанского районного суда города Москвы от 03.08.2012);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«Сорвать антинародные псевдовыборы!!!», размещенный на Интернет-сайте www.vnrf.org (решение Мещанского районного суда города Москвы от 03.08.2012);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www.vnrf.org (решение Мещанского районного суда города Москвы от 03.08.2012);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www.vnrf.org (решение Мещанского районного суда города Москвы от 03.08.2012);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«Рассказ узбека гастарбайтера», размещенный на сайте: http://via-midgard.info/blogs/14546-rasskaz-uzbeka-gastarbajtera.html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«Сценарий резни русских от старого узбека. Послесловие», размещенный на сайте: http://oper-v-zakone.livejournal.com/81601.html#cutidi (решение Центрального районного суда города Красноярска от 29.06.2012 и определение Центрального районного суда города Красноярска от 28.09.2012);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«Запрет на использование иностранной рабочей силы на территории РФ», размещенный на сайте: http://my.mail.ru/my/external_link= http%3a%2f%2 fgoodwin - hunters.livejournal.com%2fl6387.html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сайта «Нуррудин-инфо» («Nuruddin-info») - http://www.nuruddin-info.blogspot.com/ (решение Печорского городского суда Республики Коми от 11.10.2012);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www.blackblocg.info (решение Мещанского районного суда города Москвы от 17.09.2012);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«Невинность мусульман» («Невинность ислама»), размещенный в сети Интернет по адресу: www.youtube.com/watch?v=uiBcdZfsaS8 (решение Тверского районного суда города Москвы от 01.10.2012);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590.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Видеофильм «Проклятие Турции (полная версия)», размещенный на Интернет-ресурсе </w:t>
            </w:r>
            <w:r w:rsidRPr="00041EDA">
              <w:rPr>
                <w:rFonts w:ascii="Times New Roman" w:eastAsia="MS Mincho" w:hAnsi="Times New Roman" w:cs="Times New Roman"/>
                <w:sz w:val="24"/>
                <w:szCs w:val="24"/>
                <w:lang w:val="en-US"/>
              </w:rPr>
              <w:lastRenderedPageBreak/>
              <w:t>http://youtube.com/watch?v=BCwkRcDlo2k&amp;feature=related. (решение Жигулевского городского суда Самарской области от 29.08.2012);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 фонограмма, обнаруженная 11.10.2011 в сети Интернет на сайте «В Контакте» на странице пользователя «Илья Белоусов» по адресу: http://vkontakte.ru/id67446493 «Аргентина - Шире шаг» (решение Новоильинского районного суда г. Новокузнецка Кемеровской области от 11.09.2012);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- 88» (решение Новоильинского районного суда г. Новокузнецка Кемеровской области от 11.09.2012);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Солдат» (решение Новоильинского районного суда г. Новокузнецка Кемеровской области от 11.09.2012);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http://vk.com/club26908647 (решение Московского районного суда г. Чебоксары Чувашской Республики от 10.09.2012);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159</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Информационный материал – листовка «Исповедь узбека-гастарбайтера» (решение Кузьминского районного суда г. Москвы от 17.09.2012);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автора Пруссакова В.А. «Гитлер без лжи и мифов», изданная ЗАО «Книжный мир» в 2008 г. (решение Останкинского районного суда г. Москвы от 11.07.2012);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«Иллюзий больше нет, осталась реальность», расположенный в Интернет-ресурсе www.rusinfo.cc (решение Правобережного районного суда города Липецка от 27.08.2012);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«Записки мимоходом (продолжение)», расположенный в Интернет-ресурсе www.rusinfo.cc (решение Правобережного районного суда города Липецка от 27.08.2012);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«Русская стая. Белое возмездие», расположенный в Интернет-ресурсе www.rusinfo.cc (решение Правобережного районного суда города Липецка от 27.08.2012);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«Сокол. Обращение к Русскому человеку», расположенный в Интернет-ресурсе www.rusinfo.cc (решение Правобережного районного суда города Липецка от 27.08.2012);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(решение Норильского городского суда Красноярского края от 13.08.2012);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«Shtandart»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«islam Umma.com», www.guraba.com, www.djihadpoetry.com (решение Октябрьского районного суда г. Краснодара от 18.09.2012);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12:57 «Война» (решение Кировского районного суда г. Иркутска от 04.09.2012);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12:58 «Дети Сварога» (решение Кировского районного суда г. Иркутска от 04.09.2012);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13:00 «True till death (верный до смерти)» (решение Кировского районного суда г. Иркутска от 04.09.2012);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текстовой материал, который был размещен в информационно-телекоммуникационной сети «Интернет» по адресу: http://vkontakte.ru/notes.php?id=26531492 – 05 февраля 2011 года в 12:23 «Цитаты» (решение Кировского районного суда г. Иркутска от 04.09.2012);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21:15 «Демиург Насилия» (решение Кировского районного суда г. Иркутска от 04.09.2012);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611.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текстовой материал, который был размещен в информационно-телекоммуникационной </w:t>
            </w:r>
            <w:r w:rsidRPr="00041EDA">
              <w:rPr>
                <w:rFonts w:ascii="Times New Roman" w:eastAsia="MS Mincho" w:hAnsi="Times New Roman" w:cs="Times New Roman"/>
                <w:sz w:val="24"/>
                <w:szCs w:val="24"/>
                <w:lang w:val="en-US"/>
              </w:rPr>
              <w:lastRenderedPageBreak/>
              <w:t>сети «Интернет» по адресу: http://vkontakte.ru/notes.php?id=26531492 – 01 ноября 2010 года в 21:18 «Хаос Как начало новой власти» (решение Кировского районного суда г. Иркутска от 04.09.2012);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21:19 «Мы» (решение Кировского районного суда г. Иркутска от 04.09.2012);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21:20 «Новая раса» (решение Кировского районного суда г. Иркутска от 04.09.2012);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21:21 «Кровавый Рассвет» (решение Кировского районного суда г. Иркутска от 04.09.2012);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текстовой материал, который был размещен в информационно-телекоммуникационной сети «Интернет» по адресу: http://vkontakte.ru/note26531492_10279381 – 21 ноября 2010 года в 18:27 «Размышления» (решение Кировского районного суда г. Иркутска от 04.09.2012);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текстовой материал, который был размещен в информационно-телекоммуникационной сети «Интернет» по адресу: http://vkontakte.ru/note26531492_10301007 – 28 ноября 2010 года в 1:15 «Мы ваш </w:t>
            </w:r>
            <w:r w:rsidRPr="00041EDA">
              <w:rPr>
                <w:rFonts w:ascii="Times New Roman" w:eastAsia="MS Mincho" w:hAnsi="Times New Roman" w:cs="Times New Roman"/>
                <w:sz w:val="24"/>
                <w:szCs w:val="24"/>
                <w:lang w:val="en-US"/>
              </w:rPr>
              <w:lastRenderedPageBreak/>
              <w:t>страх» (решение Кировского районного суда г. Иркутска от 04.09.2012);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текстовой материал, который был размещен в информационно-телекоммуникационной сети «Интернет» по адресу: http://vkontakte.ru/note26531492_10301018 – 28 ноября 2010 года в 1:21 «Ситуация» (решение Кировского районного суда г. Иркутска от 04.09.2012);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текстовой материал, который был размещен в информационно-телекоммуникационной сети «Интернет» по адресу: http://vkontakte.ru/note26531492_10320938 – 03 декабря 2010 года в 22:31 «Ярость» (решение Кировского районного суда г. Иркутска от 04.09.2012);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текстовой материал, который был размещен в информационно-телекоммуникационной сети «Интернет» по адресу: http://vkontakte.ru/note26531492_10354640 – 13 декабря 2010 года в 0:45 «Об отрицательных сторонах НС» (решение Кировского районного суда г. Иркутска от 04.09.2012);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текстовой материал, который был размещен в информационно-телекоммуникационной сети «Интернет» по адресу: http://vkontakte.ru/note26531492_10451764 – 08 января 2011 года в 1:01 «Шоубизнес» (решение Кировского районного суда г. Иркутска от 04.09.2012);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текстовой материал, который был размещен в информационно-телекоммуникационной сети «Интернет» по адресу: http://vkontakte.ru/note26531492_10451880 – 08 января 2011 года в 1:28 «Речь Богов» (решение Кировского районного суда г. Иркутска от 04.09.2012);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«ЗА НАРОД И ПРОТИВ ПРЕДАТЕЛЯ ПУТИНА В.В.»,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«ПРЕЗИДЕНТ 2012 г. ПРОТИВ ПУТИНА В.В.mp.4»,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«О ГЕРОЯХ ПРИМОРЬЯ.mp4»,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«Обращение РОД «Мехк-Кхел» к Президенту Медведеву», опубликованная 3 мая 2012 года на сайте http:ingushetiyaru.org (решение Магасского районного суда Республики Ингушетия от 29.05.2012);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627.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Листовка с текстом под заголовком «Россия – в руках предателей» (решение Ленинского районного суда г. </w:t>
            </w:r>
            <w:r w:rsidRPr="00041EDA">
              <w:rPr>
                <w:rFonts w:ascii="Times New Roman" w:eastAsia="MS Mincho" w:hAnsi="Times New Roman" w:cs="Times New Roman"/>
                <w:sz w:val="24"/>
                <w:szCs w:val="24"/>
                <w:lang w:val="en-US"/>
              </w:rPr>
              <w:lastRenderedPageBreak/>
              <w:t>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http://ansardin.wordpress.com (решение Октябрьского районного суда г. Ставрополя от 24.09.2012);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по электронному адресу: http//alstrangers.livejournal.com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«Абу ат-Танвир», электронный адрес http//alstrangers.livejournal.com/13740.html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«Замечательное объявление», электронный адрес http//alstrangers.livejournal.com/85127.html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163</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Статья «Заявление муджахидов» в связи с дислокацией в ВД новых бандгрупп фсб и мвд», электронный адрес http//alstrangers.livejournal.com/86355.html (решение Октябрьского районного суда г. Орска Оренбургской области от 24.07.2012 и определение Октябрьского районного суда г. Орска Оренбургской </w:t>
            </w:r>
            <w:r w:rsidRPr="00041EDA">
              <w:rPr>
                <w:rFonts w:ascii="Times New Roman" w:eastAsia="MS Mincho" w:hAnsi="Times New Roman" w:cs="Times New Roman"/>
                <w:sz w:val="24"/>
                <w:szCs w:val="24"/>
                <w:lang w:val="en-US"/>
              </w:rPr>
              <w:lastRenderedPageBreak/>
              <w:t>области от 02.11.2012);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«Письмо автономной группы муджахидов вилайята КБК ИК», электронный адрес http//alstrangers.livejournal.com/89058.html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http://tatar-gazeta.ru (решение Бирского районного суда Республики Башкортостан от 18.09.2012);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«Русский хозяин № 4» Русские и Российское государство» (решение Майкопского районного суда Республики Адыгея от 03.10.2012);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163</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в Интернете на сайте http://nrnews.ru/news/?id=42386 (IP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(решение Октябрьского районного суда г. Новороссийска Краснодарского края от 28.09.2012);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«Плоды веры» из собрания сочинений «Рисале-и Нур», автор Бадиуззаман Саид Нурси, перевод с турецкого Хазиза Алиева, первое издание, издательство Nesreden, Стамбул, 2011 год (решение Центрального районного суда г. Красноярска от 12.07.2012);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Листовки «Твой автомобиль тебе не принадлежит» (решение Рудничного районного суда г. Кемерово от 05.10.2012);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164</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Книга «Речи Варга. Vargsmal» (решение Южно-Сахалинского городского суда от 11.10.2012);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«Речи Варга II. Варг Викернес» (решение Южно-Сахалинского городского суда от 11.10.2012);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«Аль-Ваъй» № 284-285 – сентябрь – октябрь 2010 года (решение Сибайского городского суда Республики Башкортостан от 18.10.2012);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«Аль-Ваъй» № 286 – октябрь 2010 года (решение Сибайского городского суда Республики Башкортостан от 18.10.2012);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«Аль-Ваъй» № 287, 288 – ноябрь, декабрь 2010 года (решение Сибайского городского суда Республики Башкортостан от 18.10.2012);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Альфреда Розенберга «Мемуары» (с комментариями Сержа Ланга и Эрнста фон Шенка – Х.: ООО «Див» 2005 г. – 416 стр.) (решение Солнцевского районного суда г. Москвы от 15.10.2012);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http://vk.com/id 144542466 (решение Ленинского районного суда г. Саранска Республики Мордовия от 18.10.2012);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Виктора Пранова «Закон выживания подлейших» (издательство «Десница», Москва, 2002 год) (решение Солнцевского районного суда г. Москвы от 12.10.2012);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«Скины накрыли Антифа»,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«давайте все дружно убивать чуреков РОССИЯ ДЛЯ РУССКИХ!!!!!»,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653.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Видеозапись «Коловрат», размещенная пользователем Соколовым А.С. на Интернет-странице </w:t>
            </w:r>
            <w:r w:rsidRPr="00041EDA">
              <w:rPr>
                <w:rFonts w:ascii="Times New Roman" w:eastAsia="MS Mincho" w:hAnsi="Times New Roman" w:cs="Times New Roman"/>
                <w:sz w:val="24"/>
                <w:szCs w:val="24"/>
                <w:lang w:val="en-US"/>
              </w:rPr>
              <w:lastRenderedPageBreak/>
              <w:t>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«RUSSIA88»,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«СКИНЫ НУЖНЫ»,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«казни 2ух чурок!»,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«Русь проснись», размещенный на интернет-странице id70272149 интернет-сайта www.vkontakte.ru (решение Заводского районного суда г. Орла от 26.10.2012);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165</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«Сайт sharhsunna.net (решение Кировского районного суда г. Астрахани от 16.11.2012);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«Кавказцы объединяются», размещенный на интернет-странице id96615872 интернет-сайта www.vkontakte.ru. (решение Заводского районного суда г. Орла от 08.11.2012);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«Русский, очнись! Против тебя идет война!», файл «2ee9cab98f4380031246.vk», формат «.flv», размером 14 Мб, продолжительностью 6 мин. 19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«Руки прочь от свастики», размещенная на Интернет сайте http:/rusinfo.cc, а также в социальной сети «В Контакте» Боковым Дмитрием Владимировичем по адресу http://vk.com/topic-33517770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 названием «Слова» из собрания сочинений «Рисале и Нур», автор Бадиуззаман Саид Нурси, перевод с турецкого языка Ибрахима Салиха, издательство Hizmet Vakfi Yayinlari, Istanbul-2009, 968 стр. (решение Московского районного суда г. Санкт-Петербурга от 17.10.2012);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166</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 «Вперед скинхеды гнать хачей из страны!!!!!», размещенный в интернет-сайте «Вконтакте» имеющий электронный адрес www.vkontakte.ru, страница http://vkontakte.ru/id 86667913 (решение Промышленного районного суда г. Курска от 29.05.2012 и определение Промышленного районного суда г. </w:t>
            </w:r>
            <w:r w:rsidRPr="00041EDA">
              <w:rPr>
                <w:rFonts w:ascii="Times New Roman" w:eastAsia="MS Mincho" w:hAnsi="Times New Roman" w:cs="Times New Roman"/>
                <w:sz w:val="24"/>
                <w:szCs w:val="24"/>
                <w:lang w:val="en-US"/>
              </w:rPr>
              <w:lastRenderedPageBreak/>
              <w:t>Курска от 24.10.2012);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«Шейх Абдуллах Ас-Саʼд о джихаде» (решение Тагилстроевского районного суда г. Нижнего Тагила Свердловской области от 27.09.2012);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«Они покусились на книгу Аллаха» (решение Тагилстроевского районного суда г. Нижнего Тагила Свердловской области от 26.09.2012);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«_RGD88 – Cvetnye m----y.mp3» (название сокращено),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166</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Аудиофайл «OkoloRep - otdelu po borʼbe s ekstremizmom.mp3»,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w:t>
            </w:r>
            <w:r w:rsidRPr="00041EDA">
              <w:rPr>
                <w:rFonts w:ascii="Times New Roman" w:eastAsia="MS Mincho" w:hAnsi="Times New Roman" w:cs="Times New Roman"/>
                <w:sz w:val="24"/>
                <w:szCs w:val="24"/>
                <w:lang w:val="en-US"/>
              </w:rPr>
              <w:lastRenderedPageBreak/>
              <w:t>Волгограда от 24.09.2012);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А.Н. Севастьянова «Национал-демократия или новый реализм» (решение Майкопского районного суда Республики Адыгея от 22.10.2012);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А.Н. Севастьянова «Ты - для нации, нация - для тебя» (решение Майкопского районного суда Республики Адыгея от 22.10.2012);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с названием «Путь HAY RADICAL» (решение Советского районного суда г. Липецка от 31.10.2012);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Интернет-ресурс (электронный адрес) www.shamilonline.org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Публикация Юрия Афанасьева «Суки русского “либерализма”» (решение Кировского районного суда г. Омска от 13.11.2012);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«Всероссийского Народно-Революционного фронта», расположенные в сети Интернет на сайте www.vnrf.org (решение Советского районного суда г. Липецка от 01.11.2012);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www.vdagestan.ru.com (решение Избербашского городского суда от 13.11.2012);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«Правые-звучит гордо!!!», размещенный в интернет-сайте «В контакте» имеющий электронный адрес http://vkontakte.ru/id 86667913 (решение Промышленного районного суда г. Курска от 03.05.2012 и определение Промышленного районного суда г. Курска от 26.11.2012);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679.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 «История и Причины возникновения Хизб ут Тахрир», студии видеозаписи «ХТ медиа </w:t>
            </w:r>
            <w:r w:rsidRPr="00041EDA">
              <w:rPr>
                <w:rFonts w:ascii="Times New Roman" w:eastAsia="MS Mincho" w:hAnsi="Times New Roman" w:cs="Times New Roman"/>
                <w:sz w:val="24"/>
                <w:szCs w:val="24"/>
                <w:lang w:val="en-US"/>
              </w:rPr>
              <w:lastRenderedPageBreak/>
              <w:t>Россия», размещенный в сети «Интернет», на «стене» открытой группы «Мусульмане Челябинска» (http://www.vk.com/club7923080) (решение Центрального районного суда г. Челябинска от 20.09.2012);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Судебной коллегии по гражданским делам Краснодарского краевого суда от 02.08.2012);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опубликованный в глобальной телекоммуникационной сети Интернет на ресурсе, расположенном по электронному адресу: «http://сircassia.forumieren.de/t928-topic»,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комментарий к статье «В Карачаево-Черкесии за подготовку госпереворота осудили банду из 29-ти ваххабитов» под ником «seyfullah.09» (размещенный 25 октября 2011 в 18:36), расположенный по электронному адресу сети Интернет: «www.09biz.ru» (решение Черкесского городского суда Карачаево-Черкесской Республики от 22.11.2012);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«Джамаат Булгар – Ислама лучшие сыны»,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w:t>
            </w:r>
            <w:r w:rsidRPr="00041EDA">
              <w:rPr>
                <w:rFonts w:ascii="Times New Roman" w:eastAsia="MS Mincho" w:hAnsi="Times New Roman" w:cs="Times New Roman"/>
                <w:sz w:val="24"/>
                <w:szCs w:val="24"/>
                <w:lang w:val="en-US"/>
              </w:rPr>
              <w:lastRenderedPageBreak/>
              <w:t>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аудиозаписи «Джамаат Булгар – Дороги», размещенный в Глобальной информационной сети </w:t>
            </w:r>
            <w:r w:rsidRPr="00041EDA">
              <w:rPr>
                <w:rFonts w:ascii="Times New Roman" w:eastAsia="MS Mincho" w:hAnsi="Times New Roman" w:cs="Times New Roman"/>
                <w:sz w:val="24"/>
                <w:szCs w:val="24"/>
                <w:lang w:val="en-US"/>
              </w:rPr>
              <w:lastRenderedPageBreak/>
              <w:t>Интернет на сайте www.tawa.info (решение Заинского городского суда Республики Татарстан от 05.12.2012);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«Джамаат булгар – 002»,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«Джамаат Булгар – Афганистан с тобой твой брат Вазиристан»,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«Asadulla al Bulgri – тропа джихада тонкая как бритва»,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«Асадулла Аль Булгари – Вдали виднеются могилы»,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168</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Текст аудиозаписи «Asadulla al Bulgri – о мусульманин устремляйся в бой»,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«Asadulla al Bulgri – без названия (оставь свою душу)»,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«Неизвестен - без названия (муджахид воин)»,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«Неизвестен - без названия (хатаб)»,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«Неизвестен - без названия (сколько лет)»,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Эндрю Макдонольда «Охотник» (решение Никулинского районного суда г. Москвы от 24.05.2012);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http:ri-online.ru (решение Магасского районного суда Республики Ингушетия от 09.11.2012);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www.angusht.com (решение Магасского районного суда Республики Ингушетия от 09.11.2012);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«ЛЕЗГИНКА»,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«православный бард Всеволод Правый - зик хай (за Русь святую)»,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«HATE FOR LIFE.»,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700.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под названием «Парни и Девушки Славянского Союза», размещенный на интернет - странице </w:t>
            </w:r>
            <w:r w:rsidRPr="00041EDA">
              <w:rPr>
                <w:rFonts w:ascii="Times New Roman" w:eastAsia="MS Mincho" w:hAnsi="Times New Roman" w:cs="Times New Roman"/>
                <w:sz w:val="24"/>
                <w:szCs w:val="24"/>
                <w:lang w:val="en-US"/>
              </w:rPr>
              <w:lastRenderedPageBreak/>
              <w:t>http://vkontakte.ru/ariec_89, на Интернет сайте www. Vkontakte.ru (решение Вологодского городского суда Вологодской области от 28.11.2012);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«Русские хулиганы»,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под названием «Биты - Эй, Скинхэд!»,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под названием «Биты - У скинхеда Выходной»,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под названием «Доберман - Славянский Союз»,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170</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Видеоролик под названием «White Noise 88 (Запрещенный всеми каналами клип)» (решение Вологодского городского суда Вологодской области от 07.11.2012);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«антиФА 3:40» (решение Вологодского городского суда Вологодской области от 07.11.2012);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«Москва.2009.Автономное сопротивление Распространять!» (решение Вологодского городского суда Вологодской области от 07.11.2012);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«Ветераны РОА на выезде» (решение Вологодского городского суда Вологодской области от 07.11.2012);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под названием «Доберман - Европа» (решение Вологодского городского суда Вологодской области от 07.11.2012);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под названием «SSD-За Расу Мы Постоим» (решение Вологодского городского суда Вологодской области от 07.11.2012);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под названием «Белый Террор - Железногорск-2000» (решение Вологодского городского суда Вологодской области от 07.11.2012);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под названием «Дюшес - Я рисую белым мелом 14/88» (решение Вологодского городского суда Вологодской области от 07.11.2012);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под названием «Киборг - Слава русским, нет россиянам» (решение Вологодского городского суда Вологодской области от 07.11.2012);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расположенная по электронному адресу: http://circassia.forumieren.de/t1607-topic (решение Черкесского городского суда Карачаево-Черкесской Республики от 29.11.2012);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«Россия для русских и по-русски», размещенный на Интернет-странице по электронному адресу: http://www.odnoklassniki.ru/group/50921688334548 (решение Черкесского городского суда Карачаево-Черкесской Республики от 05.12.2012);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«ns\wp бревном в голову»”,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«бритоголовые»,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«вот это настоящие русские люди»,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«граната»,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721.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Видеозапись «жиды …», размещенная на Интернет – странице http://vkontakte.ru (id15338492) социальной </w:t>
            </w:r>
            <w:r w:rsidRPr="00041EDA">
              <w:rPr>
                <w:rFonts w:ascii="Times New Roman" w:eastAsia="MS Mincho" w:hAnsi="Times New Roman" w:cs="Times New Roman"/>
                <w:sz w:val="24"/>
                <w:szCs w:val="24"/>
                <w:lang w:val="en-US"/>
              </w:rPr>
              <w:lastRenderedPageBreak/>
              <w:t>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«посвящается всем скинхедам России». «почему же ты молчишь!», размещенная на Интернет – странице http://vkontakte.ru (id15338492) социальной сети «ВКонтакте»;</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«скины»,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«смерть антифашиста»,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172</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 смерть хачам»,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«формат 18 (мне его жалко: ()»,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«Чечня! Вот так вот поступают со славянами»,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 «25/17 – Будь белым»,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«Антихачевский рынок – Хачики е..аные»,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«Антихачевский рэп-Хачики»,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«С_П_Р_О_Т – Расист»,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С_П_Р_О_Т – Россия для ___»,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 Саня Правый – Бей хачей»,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«Спецшкола – Реж антифу»,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737.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«Железный Порядок – Солдат (Славянская Месть), размещенная на Интернет – странице </w:t>
            </w:r>
            <w:r w:rsidRPr="00041EDA">
              <w:rPr>
                <w:rFonts w:ascii="Times New Roman" w:eastAsia="MS Mincho" w:hAnsi="Times New Roman" w:cs="Times New Roman"/>
                <w:sz w:val="24"/>
                <w:szCs w:val="24"/>
                <w:lang w:val="en-US"/>
              </w:rPr>
              <w:lastRenderedPageBreak/>
              <w:t>http://vkontakte.ru (id15338492) социальной сети «ВКонтакте» (решение Эжвинского районного суда г. Сыктывкара от 30.10.2012);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«Настоящие мусульманки» шахидки ИншАллаха» (решение Заводского районного суда г. Кемерово от 21.11.2012);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«Заявление джамаата «Муваххидун Ар-РУСИ» (решение Заводского районного суда г. Кемерово от 21.11.2012);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«Имарат Кавказ» (решение Заводского районного суда г. Кемерово от 21.11.2012);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«Россия для русских», размещенный на интернет-странице id70272149 интернет-сайта www.vkontakte.ru (решение Заводского районного суда г. Орла от 12.11.2012);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174</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Видеоролик «Русские скины», размещенный на интернет-странице id70272149 интернет-сайта www.vkontakte.ru (решение Заводского районного суда г. Орла от 12.11.2012);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«http://www.elot.ru» пользователями сети под никами: «уафэ», «Алмасты», «Свобода пастбищам», «Щ1 эблэ» и «Сталин» (решение Черкесского городского суда Карачаево-Черкесской Республики от 12.12.2012);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174</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«www.islamdin.biz» (решение Зольского </w:t>
            </w:r>
            <w:r w:rsidRPr="00041EDA">
              <w:rPr>
                <w:rFonts w:ascii="Times New Roman" w:eastAsia="MS Mincho" w:hAnsi="Times New Roman" w:cs="Times New Roman"/>
                <w:sz w:val="24"/>
                <w:szCs w:val="24"/>
                <w:lang w:val="en-US"/>
              </w:rPr>
              <w:lastRenderedPageBreak/>
              <w:t>районного суда Кабардино-Балкарской Республики от 26.12.2012);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Бадиуззамана Саида Нурси «Десятое слово. О воскрешении из мертвых» из собрания сочинений «Рисале-и Нур», издательство Mega Printing House, Istanbul,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Бадиуззамана Саида Нурси «Слова» из собрания сочинений «Рисале-и Нур» (перевод с турецкого языка Ибрахима Салиха), издательство Hizmet Vakfi Yayinlari, Istanbul, Turkiye,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Бадиуззамана Саида Нурси «Письма» из собрания сочинений «Рисале-и Нур» (перевод с турецкого языка Тахира Алимова), издательство Hizmet Vakfi Yayinlari, Istanbul, Turkiye,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Бадиуззамана Саида Нурси «Сравнение веры и неверия» из собрания сочинений «Рисале-и Нур», издательство Sozler Publications (перевод с турецкого М.Г. Тамимдарова), Istanbul, Turkiye,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Бадиуззамана Саида Нурси «Тайна человеческого «Я» и мельчайшей частицы» из собрания сочинений «Рисале-и Нур», издательство Sozler Publications, Istanbul, Turkiye,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Мэри Ф. Велд «Ислам в современной Турции. Интеллектуальная биография Бадиуззамана Саида Нурси» издательство Solzer Publications (перевод с английского Ц. Теофанова), Istambul, Turkiye,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Бадиуззамана Саида Нурси «Двадцать шестое сияние. Сияние для пожилых» из собрания сочинений «Рисале-и Нур», издательство Solzer Publications, Istanbul, Turkiye,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Бадиуззамана Саида Нурси «Трактат о природе» из собрания сочинений «Рисале-и Нур» (перевод с турецкого языка М.Г. Тамимдарова), издательство Sozler Yayinevi, Istanbul, 70 с. (тираж 20000 экз.)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Hizmet Vakfi Yayinlari, Istanbul, Turkiye,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758.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Бадиуззамана Саида Нурси «Двадцать третье слово» из собрания сочинений «Рисале-и Нур», </w:t>
            </w:r>
            <w:r w:rsidRPr="00041EDA">
              <w:rPr>
                <w:rFonts w:ascii="Times New Roman" w:eastAsia="MS Mincho" w:hAnsi="Times New Roman" w:cs="Times New Roman"/>
                <w:sz w:val="24"/>
                <w:szCs w:val="24"/>
                <w:lang w:val="en-US"/>
              </w:rPr>
              <w:lastRenderedPageBreak/>
              <w:t>издательство Ihlas Nur Nesriyat, Ankara,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Бадиуззамана Саида Нурси «Путь сунны (избранное)» из собрания произведений «Рисале-и Нур» (перевод с турецкого языка М.Г. Тамимдарова), издательство Sozler Publications, Istanbul, Turkiye, 2010 г., 224 c.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Бадиуззамана Саида Нурси «Путеводитель для молодежи» из собрания сочинений «Рисале-и Нур» (перевод с турецкого языка Ибрахима Салиха), издательство Hizmet Vakfi Yayinlari, Istanbul,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Бадиуззамана Саида Нурси «Урок искренности» из собрания сочинений «Рисале-и Нур» (перевод с турецкого языка), издательство Sozler Publications, Istanbul,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w:t>
            </w:r>
            <w:r w:rsidRPr="00041EDA">
              <w:rPr>
                <w:rFonts w:ascii="Times New Roman" w:eastAsia="MS Mincho" w:hAnsi="Times New Roman" w:cs="Times New Roman"/>
                <w:sz w:val="24"/>
                <w:szCs w:val="24"/>
                <w:lang w:val="en-US"/>
              </w:rPr>
              <w:lastRenderedPageBreak/>
              <w:t>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w:t>
            </w:r>
            <w:r w:rsidRPr="00041EDA">
              <w:rPr>
                <w:rFonts w:ascii="Times New Roman" w:eastAsia="MS Mincho" w:hAnsi="Times New Roman" w:cs="Times New Roman"/>
                <w:sz w:val="24"/>
                <w:szCs w:val="24"/>
                <w:lang w:val="en-US"/>
              </w:rPr>
              <w:lastRenderedPageBreak/>
              <w:t>Sozler Publications, Istanbul, Turkiye,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названием «Мечеть»,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названием «Аквариум»,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названием «Экономика»,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названием «Националистические стычки в Орлеце?»,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176</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под названием «UPDATE»,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w:t>
            </w:r>
            <w:r w:rsidRPr="00041EDA">
              <w:rPr>
                <w:rFonts w:ascii="Times New Roman" w:eastAsia="MS Mincho" w:hAnsi="Times New Roman" w:cs="Times New Roman"/>
                <w:sz w:val="24"/>
                <w:szCs w:val="24"/>
                <w:lang w:val="en-US"/>
              </w:rPr>
              <w:lastRenderedPageBreak/>
              <w:t>15.01.2013);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названием «Ностальжи?»,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«Убей иммигранта Feat.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«Аль-Ваъй» № 241 – март 2007 года (решение Сибайского городского суда Республики Башкортостан от 05.12.2012);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«Аль-Ваъй» № 272 – сентябрь 2009 года (решение Сибайского городского суда Республики Башкортостан от 05.12.2012);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«Аль-Ваъй» № 270-271 на 256 листах (решение Октябрьского районного суда города Иваново от 12.11.2012);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«Аль-Ваъй» № 273 на 58 листах (решение Октябрьского районного суда города Иваново от 12.11.2012);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«Иммигрант 2009 - наша реальность, смотрите сначало это а потом про скинов», http://vk.com/id6393111_157774005, загружен 17.12.2010 в 19:47:36 (109.188.0.241), автор исходного ролика http://vkontakte.ru/id30259461, прямая ссылка: http://video470.vkadre.ru/assets/videos/9358a61155b6-96766480.vk.flv) (решение Лефортовского районного суда г. Москвы от 03.12.2012);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«Наш путь только Джихад», размещенная на странице социальной компьютерной сети «Вконтакте» http://vkontakte.ru/id82853615 (решение Орджоникидзевского районного суда г. Уфы Республики Башкортостан от 28.12.2012);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«Воины Аллаха из Пакистана», размещенная на странице социальной компьютерной сети «Вконтакте» http://vkontakte.ru/id133943295 (решение Орджоникидзевского районного суда г. Уфы Республики Башкортостан от 28.12.2012);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на интернет-сайте http://www.kavkaznews.blogspot.com,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содержащийся в видео файле «Формат 18 – «Я русский» (решение Центрального районного суда г. Воронежа от 11.01.2013);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содержащийся в видео файле «Операция «Белый вагон 2» (решение Центрального районного суда г. Воронежа от 11.01.2013);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содержащийся в видео файле «С нами или против нас!» (решение Центрального районного суда г. Воронежа от 11.01.2013);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784.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 содержащийся в видео файле «RGD 88 - Черные рожи» (решение Центрального районного </w:t>
            </w:r>
            <w:r w:rsidRPr="00041EDA">
              <w:rPr>
                <w:rFonts w:ascii="Times New Roman" w:eastAsia="MS Mincho" w:hAnsi="Times New Roman" w:cs="Times New Roman"/>
                <w:sz w:val="24"/>
                <w:szCs w:val="24"/>
                <w:lang w:val="en-US"/>
              </w:rPr>
              <w:lastRenderedPageBreak/>
              <w:t>суда г. Воронежа от 11.01.2013);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аудиоматериала, содержащийся в аудиофайле «Legion 14 - Я русский» (решение Центрального районного суда г. Воронежа от 11.01.2013);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аудиоматериала, содержащийся в аудиофайле «Банды Москвы - Иммигрант, убирайся вон!» (решение Центрального районного суда г. Воронежа от 11.01.2013);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аудиоматериала, содержащийся в аудиофайле «Дэвид Лэйн - Письме мертвой Рассе!!! 14/88» (решение Центрального районного суда г. Воронежа от 11.01.2013);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аудиоматериала, содержащийся в аудиофайле «Циклон-Б - Мертвый жид» (решение Центрального районного суда г. Воронежа от 11.01.2013);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178</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Текст аудиоматериала, содержащийся в аудиофайле «Любирецкий корпус - 14/88» (решение Центрального районного суда г. Воронежа от 11.01.2013);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аудиоматериала, содержащийся в аудиофайле «Чикисты? - А мы береты!» (решение Центрального районного суда г. Воронежа от 11.01.2013);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«Предательство как способ жизни» (решение Центрального районного суда г. Новокузнецка Кемеровской области от 26.05.2011);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http://vk.com/id 167947493 (решение Ленинского районного суда г. Уфы Республики Башкортостан от 03.12.2012);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179</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«Доку Умаров», видео-файл, продолжительностью 04 мин. 03 сек., размещенный на интернет - ресурсе (сайте) http:/vk.com/id143067607 (решения Кировского районного суда г. Ростова-на-Дону от 15.01.2013 и от 28.01.2013);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«SKINHEAD» фильм II» (решение Межгорьевского городского суда Республики Башкортостан от 14.01.2013);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по электронному адресу http://vkontakte.ru/club11550749 в группе «Kampfmacht National – Sozialismus», в разделе «Свежие новости»: «Программные установки режима №30.09.2009» Новая политически – социальная платформа nacizma. Идеология и политика нацистского режима «K.N.S»,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«Кафиры не преуспеют», расположенная по адресу http://guraba.info/2011-02-27-49-46/28-facty/1354-2012-06-29-06-15-39.html,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«На вопросы мусульман отвечает Кадий ВД - Амир Горного Сектора ВД Мухаммад Абу Усман», расположенная по адресу http://guraba.info/2011-02-27-17-51-38/7-otveti/1225-2011-12-31-23-13-59.html,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«На вопросы мусульман отвечает Кадий ВД - Амир Горного Сектора ВД Мухаммад Абу Усман. Часть-2», расположенная по адресу http://guraba.info/2011-02-27-17-51-38/7-otveti/1234-2.html,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«На вопросы мусульман отвечает Кадий ВД - Амир Горного Сектора ВД Мухаммад Абу Усман. Часть-3», расположенная по адресу http://guraba.info/2011-02-27-17-51-38/7-otveti/1271-3htmI,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информация - статус: «Мир содрогнись и на колени встань мусульмани идут на джихад ин ша Аллах!!!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информация - статус: «Мир содрогнись и на колени встань мусульмани идут на джихад»,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информация - статус: «Если защищать свою религию и свою честь это терроризм...тогда мы террористы!!! Аллаху акбар!!!»,на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810.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Текстовая информация - статус: «Шахидам рай не верным пламя ада! Аллаху акбар!!!», на Интернетсайте </w:t>
            </w:r>
            <w:r w:rsidRPr="00041EDA">
              <w:rPr>
                <w:rFonts w:ascii="Times New Roman" w:eastAsia="MS Mincho" w:hAnsi="Times New Roman" w:cs="Times New Roman"/>
                <w:sz w:val="24"/>
                <w:szCs w:val="24"/>
                <w:lang w:val="en-US"/>
              </w:rPr>
              <w:lastRenderedPageBreak/>
              <w:t>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информация - статус: «Истина брат это вера ислама вечна милость Аллаха мирам!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содержащийся в видеофайле: «Амир ИК Доку Абу Усман о назначении Амира Дагестана», размещенный в сети «Интернет» по адресу: http://www.youtube.com/user/dkoumr?feature=watch (решение Ленинского районного суда г. Воронежа от 16.01.2013);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содержащийся в видеофайле: «Амир ИК: Вспоминайте нас в ваших молитвах!», размещенный в сети «Интернет» по адресу: http://www.youtube.com/user/dkoumr?feature=watch (решение Ленинского районного суда г. Воронежа от 16.01.2013);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w:t>
            </w:r>
            <w:r w:rsidRPr="00041EDA">
              <w:rPr>
                <w:rFonts w:ascii="Times New Roman" w:eastAsia="MS Mincho" w:hAnsi="Times New Roman" w:cs="Times New Roman"/>
                <w:sz w:val="24"/>
                <w:szCs w:val="24"/>
                <w:lang w:val="en-US"/>
              </w:rPr>
              <w:lastRenderedPageBreak/>
              <w:t>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 содержащийся в видеофайле: «Обращение Амира ИК к мусульманам и к моджахедам», размещенный в сети «Интернет» по адресу: http://www.youtube.com/user/dkoumr?feature=watch (решение </w:t>
            </w:r>
            <w:r w:rsidRPr="00041EDA">
              <w:rPr>
                <w:rFonts w:ascii="Times New Roman" w:eastAsia="MS Mincho" w:hAnsi="Times New Roman" w:cs="Times New Roman"/>
                <w:sz w:val="24"/>
                <w:szCs w:val="24"/>
                <w:lang w:val="en-US"/>
              </w:rPr>
              <w:lastRenderedPageBreak/>
              <w:t>Ленинского районного суда г. Воронежа от 16.01.2013);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содержащийся в видеофайле: «Призыв Амира ИК мусульманам России выходить на Джихад», размещенный в сети «Интернет» по адресу: http://www.youtube.com/user/dkoumr?feature=watch (решение Ленинского районного суда г. Воронежа от 16.01.2013);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содержащийся в видеофайле: «Амир ИК: "Судьба Буданова ждет и других преступников!"», размещенный в сети «Интернет» по адресу: http://www.youtube.com/user/dkoumr?feature=watch (решение Ленинского районного суда г. Воронежа от 16.01.2013);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(видеоматериал), размещенный на личной странице пользователя «Артем Сидоренко» на сайте «Вконтакте» по адресу http://vk.com/id145734074, имеющий название: «Железный порядок» (решение Искитимского районного суда Новосибирской области от 23.01.2013);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182</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Видеоролик (видеоматериал), размещенный на личной странице пользователя «Артем Сидоренко» на сайте «Вконтакте» по адресу http://vk.com/id145734074, имеющий название: «Казни хачей» (решение Искитимского районного суда Новосибирской области от 23.01.2013);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(видеоматериал), размещенный на личной странице пользователя «Артем Сидоренко» на сайте «Вконтакте» по адресу http://vk.com/id145734074, имеющий название: «Пи..да хачам! Так их!!!» (решение Искитимского районного суда Новосибирской области от 23.01.2013);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(видеоматериал), размещенный на личной странице пользователя «Артем Сидоренко» на сайте «Вконтакте» по адресу http://vk.com/id145734074, имеющий название: «Смерть Хачам» (решение Искитимского районного суда Новосибирской области от 23.01.2013);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«Формат18-Крылатые качели» (решение Искитимского районного суда Новосибирской области от 23.01.2013);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18Тесак-Дачная история X» (решение Искитимского районного суда Новосибирской области от 23.01.2013);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 (решение Искитимского районного суда Новосибирской области от 23.01.2013);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(видеоматериал), размещенный на личной странице пользователя «Артем Сидоренко» на сайте «Вконтакте» по адресу http://vk.com/id145734074, имеющий название: «Я и мои друзья пи...дим хача» (решение Искитимского районного суда Новосибирской области от 23.01.2013);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в информационно-коммуникационной сети Интернет www.shamilonline.org по электронному адресу http://www.shamilonline.org/ru/2012-07-20-16-35-33/4206-Ir-q-q-.html, а именно статью из журнала «Вдохновляй» «Сделай бомбу в Маминой кухне» (решение Кировского районного суда г. Ярославля от 21.12.2012);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информация - статус: «Вы же рыдали словно дети вам горло резали ножом держись Россия мы идем! Аллаху акбар!!!», на Интернетсайте www.odnoklassniki.ru, странице «М_У_Д_Ж_А_Х_Е_Д МУРАТ ХУТ - 01» (решение Теучежского районного суда Республики Адыгея от 05.02.2013);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www.odnoklassniki.ru, странице «М_У_Д_Ж_А_Х_Е_Д МУРАТ ХУТ - 01» (решение Теучежского районного суда Республики Адыгея от 05.02.2013);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831.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 «Джихад» («Справедливое возмездие. Рыцари Шахада»)», размещенный в социальной сети </w:t>
            </w:r>
            <w:r w:rsidRPr="00041EDA">
              <w:rPr>
                <w:rFonts w:ascii="Times New Roman" w:eastAsia="MS Mincho" w:hAnsi="Times New Roman" w:cs="Times New Roman"/>
                <w:sz w:val="24"/>
                <w:szCs w:val="24"/>
                <w:lang w:val="en-US"/>
              </w:rPr>
              <w:lastRenderedPageBreak/>
              <w:t>пользователем, зарегистрированным под условным именем «Рифат Мурзабаев» (решение Ленинского районного суда г. Уфы от 12.11.2012);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«CAUCASUS VIDEO ИЛИ РАСХОДУЮТ В ДОРОГИХ ОТЕЛЯХ???», размещенный в сети «Интернет» по электронному адресу: http://vk.com/id69283819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сайта «Русской национальной социалистической партии» (РНСП), расположенные в сети Интернет по адресу www.nationalism.org/rnsp (решение Советского районного суда г. Липецка от 27.12.2012);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«Некоторые рекомендации по уличному насилию» (уроки террора для начинающих)», размещенный на Интернет-сайте www.geroivoli.info (решение Никулинского районного суда г. Москвы от 19.11.2012);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183</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Видеофайл «Слабонервным не смотреть» (Дагестан)», http://vk.com/id63931114-145280716, загружен 07.06.2010 в 22:26:27 (95.175.247.254), автор исходного ролика http://vkontakte.ru/id6731871, прямая ссылка: http://video14.vkadre.ru/assets/videos/69e35ce7f755-8709879.vk.flv) (решение Лефортовского районного суда г. </w:t>
            </w:r>
            <w:r w:rsidRPr="00041EDA">
              <w:rPr>
                <w:rFonts w:ascii="Times New Roman" w:eastAsia="MS Mincho" w:hAnsi="Times New Roman" w:cs="Times New Roman"/>
                <w:sz w:val="24"/>
                <w:szCs w:val="24"/>
                <w:lang w:val="en-US"/>
              </w:rPr>
              <w:lastRenderedPageBreak/>
              <w:t>Москвы от 03.12.2012);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«Кавказ это сила и как всегда скинам магила!!!», http://vk.com/id63931114-145280716, загружен 24.06.2010 в 09:15:50 (95.175.247.254), автор исходного ролика - http://vkontakte.ru/id45434048, прямая ссылка: http://cs12330.userapi.com/u45434048/vide/be3ba31568.flv) (решение Лефортовского районного суда г. Москвы от 03.12.2012);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«080506е0897е-93899984. саид бурядский-как я вышел на джихад.vk»,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w:t>
            </w:r>
            <w:r w:rsidRPr="00041EDA">
              <w:rPr>
                <w:rFonts w:ascii="Times New Roman" w:eastAsia="MS Mincho" w:hAnsi="Times New Roman" w:cs="Times New Roman"/>
                <w:sz w:val="24"/>
                <w:szCs w:val="24"/>
                <w:lang w:val="en-US"/>
              </w:rPr>
              <w:lastRenderedPageBreak/>
              <w:t>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Видеофайл «YouTube.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w:t>
            </w:r>
            <w:r w:rsidRPr="00041EDA">
              <w:rPr>
                <w:rFonts w:ascii="Times New Roman" w:eastAsia="MS Mincho" w:hAnsi="Times New Roman" w:cs="Times New Roman"/>
                <w:sz w:val="24"/>
                <w:szCs w:val="24"/>
                <w:lang w:val="en-US"/>
              </w:rPr>
              <w:lastRenderedPageBreak/>
              <w:t>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«6174а4468823-1019844661. права и обязанности женщин в исламе 1.vk»,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«58438е028d46-101885852. Права и обязанности женщин в исламе 3.vk»,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«AХЛИ СУННА ВАЛЬ-ДЖАМААТ» (электронный адрес http://vk.com/club 28725576) (решение Аксайского районного суда Ростовской области от 21.02.2013);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Электронную страницу под именем «Алия Микаилова» (электронный адрес http://vk.com/id 103173546) и группу «АХЛИ СУННА ВАЛЬ-ДЖАМААТ» (электронный адрес http://vk.com/club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Леонида Корнилова «666»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851.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Стихотворение Леонида Корнилова «Вторая евролюция сурово» из сборника «Запрещенные стихи» </w:t>
            </w:r>
            <w:r w:rsidRPr="00041EDA">
              <w:rPr>
                <w:rFonts w:ascii="Times New Roman" w:eastAsia="MS Mincho" w:hAnsi="Times New Roman" w:cs="Times New Roman"/>
                <w:sz w:val="24"/>
                <w:szCs w:val="24"/>
                <w:lang w:val="en-US"/>
              </w:rPr>
              <w:lastRenderedPageBreak/>
              <w:t>(решение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Александра Трубина «***»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185</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Стихотворение Александра Трубина «МЫ»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Эдди Эриксона «Конец света»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Юрия Михайленко «Куклы»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Шанли Яна «***»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867.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Стихотворение Николая Боголюбова «Русскому народу» из сборника «Запрещенные стихи» (решение </w:t>
            </w:r>
            <w:r w:rsidRPr="00041EDA">
              <w:rPr>
                <w:rFonts w:ascii="Times New Roman" w:eastAsia="MS Mincho" w:hAnsi="Times New Roman" w:cs="Times New Roman"/>
                <w:sz w:val="24"/>
                <w:szCs w:val="24"/>
                <w:lang w:val="en-US"/>
              </w:rPr>
              <w:lastRenderedPageBreak/>
              <w:t>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Николая Боголюбова «***»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187</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Стихотворение Вещего Олега «Иду на Вы!»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«Спецоперация муджахидов Раббаникалы» (решение Кировского районного суда г. Астрахани от 25.02.2013);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883.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Статья «Как читать библию», опубликованная в №2(44) газеты «Русская жизнь» 21.07.2011 года (решение </w:t>
            </w:r>
            <w:r w:rsidRPr="00041EDA">
              <w:rPr>
                <w:rFonts w:ascii="Times New Roman" w:eastAsia="MS Mincho" w:hAnsi="Times New Roman" w:cs="Times New Roman"/>
                <w:sz w:val="24"/>
                <w:szCs w:val="24"/>
                <w:lang w:val="en-US"/>
              </w:rPr>
              <w:lastRenderedPageBreak/>
              <w:t>Ворошиловского районного суда г. Ростова-на-Дону от 11.09.2012 и апелляционное определение Судебной коллегии по гражданским делам Ростовского областного суда от 11.02.2013);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Бадиуззаман Саид Нурси «Двадцать пять лекарств» (mega Basim Yayin San. Ve Tic.A.S.-2009-80с.) (решение Советского районного суда г. Красноярска от 09.11.2012);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w:t>
            </w:r>
            <w:r w:rsidRPr="00041EDA">
              <w:rPr>
                <w:rFonts w:ascii="Times New Roman" w:eastAsia="MS Mincho" w:hAnsi="Times New Roman" w:cs="Times New Roman"/>
                <w:sz w:val="24"/>
                <w:szCs w:val="24"/>
                <w:lang w:val="en-US"/>
              </w:rPr>
              <w:lastRenderedPageBreak/>
              <w:t>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w:t>
            </w:r>
            <w:r w:rsidRPr="00041EDA">
              <w:rPr>
                <w:rFonts w:ascii="Times New Roman" w:eastAsia="MS Mincho" w:hAnsi="Times New Roman" w:cs="Times New Roman"/>
                <w:sz w:val="24"/>
                <w:szCs w:val="24"/>
                <w:lang w:val="en-US"/>
              </w:rPr>
              <w:lastRenderedPageBreak/>
              <w:t>Засвияжского районного суда г. Ульяновска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189</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 названием: «Рожденный шавкой - на ноги не встанет» (http://vkontakte.ru/video41789778_161182186),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 названием: «Банда Москвы - Виват, Россия!» (http://vkontakte.ru/ video41789778_161018550),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 названием: «Правые - звучит гордо» (http://vkontakte.ru/video 41789778_160351887),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 названием: «Pulling on the boots» (http://vkontakte.ru/video 41789778_160326846),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 названием: «Славянский Союз Немного юмора» (http://vkontakte.ru/video41789778_156695727),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 названием: «Коловрат - Московские скинхеды» (http://vkontakte.ru/video41789778_155891687),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 названием: «Скины мстят» (http://vkontakte.ru/video 41789778_155430560,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«Алтай Jанды саткан уйат!», размещенная в газете «Амаду Алтай» от 30.11.2010 г. № 23, на страницах № 3-4 (решение Онгудайского районного суда Республики Алтай от 09.01.2013);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«Jайаан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909.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Статьи «24.02.2004 г.», «27.02.2004 j», размещенные на страницах № 5, 6 газеты «Амаду Алтай» от </w:t>
            </w:r>
            <w:r w:rsidRPr="00041EDA">
              <w:rPr>
                <w:rFonts w:ascii="Times New Roman" w:eastAsia="MS Mincho" w:hAnsi="Times New Roman" w:cs="Times New Roman"/>
                <w:sz w:val="24"/>
                <w:szCs w:val="24"/>
                <w:lang w:val="en-US"/>
              </w:rPr>
              <w:lastRenderedPageBreak/>
              <w:t>14.12.2010 № 24 (решение Онгудайского районного суда Республики Алтай от 09.01.2013);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«24.02.04г.», размещенная в газете «Амаду Алтай» от 29.02.2012 № 5, на страницах № 3-4 (решение Онгудайского районного суда Республики Алтай от 09.01.2013);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«Иван Белеков – быjарлу башчы», размещенная в газете «Амаду Алтай» от 25.03.2012 № 7, на страницах № 4-5 (решение Онгудайского районного суда Республики Алтай от 09.01.2013);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миниатюры «Заповеди антисемита», размещенной на сайте сети «Интернет» по адресу: http//hghltd.yandex.net, по ссылке: zilya-16.livejournal.com&gt;4615.htmlкопия (решение Ленинского районного суда г. Воронежа от 07.02.2013);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w:t>
            </w:r>
            <w:r w:rsidRPr="00041EDA">
              <w:rPr>
                <w:rFonts w:ascii="Times New Roman" w:eastAsia="MS Mincho" w:hAnsi="Times New Roman" w:cs="Times New Roman"/>
                <w:sz w:val="24"/>
                <w:szCs w:val="24"/>
                <w:lang w:val="en-US"/>
              </w:rPr>
              <w:lastRenderedPageBreak/>
              <w:t>Судебной коллегии по гражданским делам Ростовского областного суда от 21.02.2013);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«Главная специальная операция впереди» (полковник В.В. Квачков. -(Изд. 7-е, доп.). - Челябинск: Танкоград, 2010. - 268 с. - ISBN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персональная страница (аккаунт) пользователя «УМАР КБК 30 ЛЕТ, ВИЛАЯТ КБК. ЦЕНТРАЛЬНЫЙ СЕКТОР, ГОРОД НАЛЬЧИК, Россиия (id 538031204522») сайта www.odnoklassniki.ru», размещенная в информационно-телекоммуникационной сети «Интернет» (решение Нальчикского городского суда Кабардино-Балкарской Республики от 26.12.2012);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содержащиеся в видео файле «Кавказцы опускают трусливую русскую армию!», размещенном в сети «Интернет» по адресу: http//www/youtube.com/watch?v=rgzvTDngGDE&amp;feature=related (решение Ленинского районного суда г. Воронежа от 13.03.2013);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Статья «Радикальное похмелье», размещенная на Интернет сайте http:/rusinfo.cc, а также в социальной сети «В Контакте» Боковым Дмитрием Владимировичем по адресу http://vk.com/topic-33517770 26076457 (решение Тракторозаводского районного суда г. Волгограда от 12.12.2012);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«Moscow skinhead girls»,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«A.Harchiicov – Pochemu Rossiej pravyt zhidy (Mojsha mnogo smeyalsya I hlopal v ladoshi)»,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«Раскрыт заговор исламистов в медуниверситете», размещенный в социальной сети «В Контакте» Боковым Дмитрием Владимировичем по адресу http://vk.com/id40892599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Бадиуззаман Саид Нурси «Двадцать третье слово» (mega-2010-88c.) (решение Советского районного суда г. Красноярска от 10.01.2013);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«www.islamdin.biz» (решение Майского районного суда Кабардино-Балкарской Республики от 05.04.2013);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(сайт): http://www.kcblog.info/ – «Блог агентства Кавказ-Центр» (решение Интинского городского суда Республики Коми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(сайт): http://koransunnah.wordpress.com/ – «Исламский Информационно-новостной портал «Ислам - Корна и Суна» (решение Интинского городского суда Республики Коми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(сайт): http://abusalima770.blogspot.ru/ – блог под названием «Рай под тенью Сабель» (решение Интинского городского суда Республики Коми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 обращение), размещенный в сети Интернет по адресу: http://www.youtube.com/watch?v=VjFZLS2we5s – «Обращение Амира Центрального сектора Вилайята КБК Умара» (решение Интинского городского суда Республики Коми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930.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Надписи в группе «УФА ТАТАРЛАРЫ--- ---УФИМСКИЕ ТАТАРЫ», размещенные пользователем под </w:t>
            </w:r>
            <w:r w:rsidRPr="00041EDA">
              <w:rPr>
                <w:rFonts w:ascii="Times New Roman" w:eastAsia="MS Mincho" w:hAnsi="Times New Roman" w:cs="Times New Roman"/>
                <w:sz w:val="24"/>
                <w:szCs w:val="24"/>
                <w:lang w:val="en-US"/>
              </w:rPr>
              <w:lastRenderedPageBreak/>
              <w:t>условным именем «Урал Батыр» на сайте «Вконтакте» по электронному адресу: http://vk/com/id158166533 (решение Орджоникидзевского районного суда города Уфы Республики Башкортостан от 12.03.2013);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Надписи под фотографиями, размещенные пользователем под условным именем «Игорь Тарасов» в сети интернет на сайте «Вконтакте» по электронному адресу: http://vk.com/id110818624 (решение Орджоникидзевского районного суда города Уфы Республики Башкортостан от 12.03.2013);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http://vkontakte.ru/ id58420910 (решение Ленинского районного суда города Уфы Республики Башкортостан от 04.03.2013);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сайта http://www.dontenter.ru/index.php?key=имарат, а именно видео-файл «ИМАРАТ КАВКАЗ – Элитное подразделение АЛЛАХА» (решение Воркутинского городского суда Республики Коми от 02.04.2013);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193</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Видеоролик: «44 способа поддержать Джихад» (решение Ленинского районного суда г. Томска от 12.04.2013);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«Благородная битва в Москве — Справедливое возмездие» (решение Ленинского районного суда г. Томска от 12.04.2013);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«Говорят муджахиты Вилайят КБК ИК» (решение Ленинского районного суда г. Томска от 12.04.2013);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«Сайд 1 лекция про Джихад» (решение Ленинского районного суда г. Томска от 12.04.2013);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«Сайд Абу Саад» (решение Ленинского районного суда г. Томска от 12.04.2013);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«Сайд Бурятский обращение к сестрам» (решение Ленинского районного суда г. Томска от 12.04.2013);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«Львы джихада» (решение Ленинского районного суда г. Томска от 12.04.2013);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«Наименьшее, что можешь сделать ты для уммы» (решение Ленинского районного суда г. Томска от 12.04.2013);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«Победа продолжается» (решение Ленинского районного суда г. Томска от 12.04.2013);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сети Интернет, в том числе на Интернет сайтах http://www.pussy-riot.livejournal.com/8459.html, http://www.pussy-riot.livejournal.com/5164.html, http://www.pussy-riot.livejournal.com/5763.html, http://www.pussy-riot.livejournal.com/5497.html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951.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Листовка с логотипом партии «Единая Россия», имеющая заглавие «Информационное сообщение», </w:t>
            </w:r>
            <w:r w:rsidRPr="00041EDA">
              <w:rPr>
                <w:rFonts w:ascii="Times New Roman" w:eastAsia="MS Mincho" w:hAnsi="Times New Roman" w:cs="Times New Roman"/>
                <w:sz w:val="24"/>
                <w:szCs w:val="24"/>
                <w:lang w:val="en-US"/>
              </w:rPr>
              <w:lastRenderedPageBreak/>
              <w:t>размещенная на сайтах http:www.dvizhenievmeste.com. и http:er.mashina.org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«Бритый и злой», размещенная в социальной сети «ВКонтакте» по адресу: http://vkontakte.ru/id95058311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www.ummanewc.com (решение Нальчикского городского суда Кабардино-Балкарской Республики от 01.02.2013);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-www.russobor.com/publikaci-sobora/reportazh-s-uchreditelnoi-konferenci-sibirskogo-derzhavnogo-soyuza-23-03-2012.html, -http://www.youtube.com/watch?v=lxjvzOpCMJI&amp;feature=player_embedded (решение Ленинского районного суда г. Оренбурга от 18.02.2013);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Удар русских богов / В.А. Истархов - Харьков, ЧП «ДиВ», 2007. - 480 с. - ISBN 978-966-8504-04-4 (решение Темрюкского районного суда Краснодарского края от 06.03.2013);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Красная Каббала / Г. Климов. – Харьков, ЧП «ДиВ», 2006. – 528 с. – ISBN 966-8504-21-6 (решение Темрюкского районного суда Краснодарского края от 06.03.2013);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Протоколы советских мудрецов / Г. Климов. – Харьков, «ДиВ», 2005. – 416 с. – ISBN 966-8504-15-1 (решение Темрюкского районного суда Краснодарского края от 06.03.2013);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«Вехи истории», составитель Олег Танин, выпуск 20. Киев, 1997 год, стр. 32 (решение Темрюкского районного суда Краснодарского края от 06.03.2013);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andrey-klimov-80@mail.ru и gusev.boris@inbox.ru, а также опубликован для свободного доступа на следующих интернет-страницах: 1. http://rodonews.ru/news_1287819506.html, 2. http://pravda.tvob.ru/religiya-i-ideologiya/5211-iznasilovanie-i-ubijstvo-trehletnej-devochki-po-kanonam-iudaizma </w:t>
            </w:r>
            <w:r w:rsidRPr="00041EDA">
              <w:rPr>
                <w:rFonts w:ascii="Times New Roman" w:eastAsia="MS Mincho" w:hAnsi="Times New Roman" w:cs="Times New Roman"/>
                <w:sz w:val="24"/>
                <w:szCs w:val="24"/>
                <w:lang w:val="en-US"/>
              </w:rPr>
              <w:lastRenderedPageBreak/>
              <w:t>(решение Свердловского районного суда г. Костромы от 24.01.2013);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www.ummanewc.com (решение Нальчикского городского суда Кабардино-Балкарской Республики от 22.03.2013);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www.rons.ru (решение Первомайского районного суда г. Кирова Кировской области от 20.02.2013);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в глобальной информационной сети Интернет на странице по адресу: http://goloskuzbassa.livejournal.com/1628.html,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сайта «Белое сопротивление», расположенные в сети Интернет на сайте по адресу: www.resistanse88.org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под заголовком «Русские парни режут хачей» на сайте vkontakte.ru\id92413691 (решение Красноармейского районного суда Краснодарского края от 22.04.2013);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под заголовком «Белый патруль в электричке» на сайте vkontakte.ru\id92413691 (решение Красноармейского районного суда Краснодарского края от 22.04.2013);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под заголовком «Хач на коленях» на сайте vkontakte.ru\id92413691 (решение Красноармейского районного суда Краснодарского края от 22.04.2013);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под заголовком «Скины сжигают общагу Чеченцев» на сайте vkontakte.ru\id92413691 (решение Красноармейского районного суда Краснодарского края от 22.04.2013);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под заголовком «Format18- Как правильно приготовить негра» на сайте vkontakte.ru\id92413691 (решение Красноармейского районного суда Краснодарского края от 22.04.2013);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под заголовком «Русские против кавказа» на сайте vkontakte.ru\id92413691 (решение Красноармейского районного суда Краснодарского края от 22.04.2013);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971.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 «Калининградские &amp;quоt;скинхеды&amp;quopt Ya Ixni Papu Sistru I Meortvi Ibal…», </w:t>
            </w:r>
            <w:r w:rsidRPr="00041EDA">
              <w:rPr>
                <w:rFonts w:ascii="Times New Roman" w:eastAsia="MS Mincho" w:hAnsi="Times New Roman" w:cs="Times New Roman"/>
                <w:sz w:val="24"/>
                <w:szCs w:val="24"/>
                <w:lang w:val="en-US"/>
              </w:rPr>
              <w:lastRenderedPageBreak/>
              <w:t>размещенного на интернет-сайте, имеющий электронный адрес http://vkontakte.ru (решение Промышленного районного суда г. Курска от 05.03.2013);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«Казнь националистам чурок 14_88», размещенный на интернет-сайте, имеющий электронный адрес http://vkontakte.ru (решение Промышленного районного суда г. Курска от 05.03.2013);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«Казнь НС Бойцами», размещенного на интернет-сайте, имеющий электронный адрес http://vkontakte.ru (решение Промышленного районного суда г. Курска от 05.03.2013);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комментария, размещенного в сети Интернет и выявленного 19.02.2013 г. на ресурсе www.tvoybaby.org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«РУСИЧ выбрось свою толерантность. Нация превыше ВСЕГО. ЗА РУСЬ &amp; # 33_(2)», размещенный на интернет-сайте, имеющий электронный адрес http://vkontakte.ru (решение Промышленного районного суда г. Курска от 04.03.2013);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197</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Видеоматериал «Вот кто такие Антифа», размещенный на интернет-сайте, имеющий электронный адрес http://vkontakte.ru (решение Промышленного районного суда г. Курска от 04.03.2013);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«Слава РУСИ», размещенный на интернет-сайте, имеющий электронный адрес http://vkontakte.ru (решение Промышленного районного суда г. Курска от 04.03.2013);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«Veteran VOV o evrejskom fasizme.flv»,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«Evrejskij rasizm. 240.mp 4»,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«Ubijstvo Rossii. 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Зеркало сайта «Кавказ-Центр» www.kcblog.info (решение Ленинского районного суда г. Грозного Чеченской Республики от 07.02.2013);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«Имам ТВ» www.imamtv.com (решение Ленинского районного суда г. Грозного Чеченской Республики от 07.02.2013);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в информационно-телекоммуникационной сети Интернет на сайте http:// vk.com/id30447455: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Аудиозаписи песен в информационно-телекоммуникационной сети Интернет на сайте http:// vk.com/id30447455 исполнителя А. Харчикова «Бей жидов» и ХОРа СС «РОССИЯ ДЛЯ РУССКИХ», без указания автора (решение Центрального районного суда г. Читы от 21.02.2013);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w:t>
            </w:r>
            <w:r w:rsidRPr="00041EDA">
              <w:rPr>
                <w:rFonts w:ascii="Times New Roman" w:eastAsia="MS Mincho" w:hAnsi="Times New Roman" w:cs="Times New Roman"/>
                <w:sz w:val="24"/>
                <w:szCs w:val="24"/>
                <w:lang w:val="en-US"/>
              </w:rPr>
              <w:lastRenderedPageBreak/>
              <w:t>987.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Материалы, размещенные в социальной сети «В контакте» на странице, имеющей номер – ID65407509, в </w:t>
            </w:r>
            <w:r w:rsidRPr="00041EDA">
              <w:rPr>
                <w:rFonts w:ascii="Times New Roman" w:eastAsia="MS Mincho" w:hAnsi="Times New Roman" w:cs="Times New Roman"/>
                <w:sz w:val="24"/>
                <w:szCs w:val="24"/>
                <w:lang w:val="en-US"/>
              </w:rPr>
              <w:lastRenderedPageBreak/>
              <w:t>разделе «Видеозаписи»: видео-файл по ссылке «http: // vk./com/video 65407509_143663766», под названием: «русскому солдату хачи отрезали голову за то что он не предал веру id 19418072», с комментарием пользователя страницы: «Заходи! Самые лучшие видюхи у меня на страничке!...»; видео-файл по ссылке «http: // vk./com/videos65407509_143663779» под названием «Дагестанцу отрезали голову, таджика застрелили»; видео-файл по ссылке «http: // vk./com/videos65407509_144355727» под названием «Скины действуют», с комментарием «настоящие скин хеды фашисты» (решение Курчатовского городского суда Курской области от 22.04.2013);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сайта: http://kavkaznews.blogspot.com/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Бориса Стомахина «Террор вам, тираны!», размещенная на интернет – сайте http//sopritivlenie.marsho.net (решение Бабушкинского районного суда г. Москвы от 12.03.2013).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«Секс-контроль», размещенной на сайте сети Интернет http://masteroff.org/21683.html (решение Самарского районного суда г. Самары от 11.02.2011);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w:t>
            </w:r>
            <w:r w:rsidRPr="00041EDA">
              <w:rPr>
                <w:rFonts w:ascii="Times New Roman" w:eastAsia="MS Mincho" w:hAnsi="Times New Roman" w:cs="Times New Roman"/>
                <w:sz w:val="24"/>
                <w:szCs w:val="24"/>
                <w:lang w:val="en-US"/>
              </w:rPr>
              <w:lastRenderedPageBreak/>
              <w:t>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Отклики (комментарии) пользователей: «viktor1960» от 29 февраля 2012 года 13:13 и «Alexandr232» от 29 февраля 2012 года 10:45, размещенные по электронному адресу www.zavtra.ru/content/view/reaktor-putin-na-</w:t>
            </w:r>
            <w:r w:rsidRPr="00041EDA">
              <w:rPr>
                <w:rFonts w:ascii="Times New Roman" w:eastAsia="MS Mincho" w:hAnsi="Times New Roman" w:cs="Times New Roman"/>
                <w:sz w:val="24"/>
                <w:szCs w:val="24"/>
                <w:lang w:val="en-US"/>
              </w:rPr>
              <w:lastRenderedPageBreak/>
              <w:t>byistryih-nejtronah/#comments (решение Таганского районного суда г. Москвы от 02.10.2012);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http:// vkontakte.ru/ idl07714866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http://vkontakte.ru/ dinislam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vk.com/artemsemmushev, под названием «Артем Семушев» (решение Майкопского городского суда Республики Адыгея от 20.03.2013);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фото с надписью «Ебашь кавказцев, весело, спортивно, модно», обнаруженный и изъятый в ходе мониторинга Интернет- портала http://shlko.livejournal.com/53475.html (решение Зольского районного суда Кабардино-Балкарской Республики от 30.05.2013);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199</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Интернет-сайт www.geroivoli.info (решение Никулинского районного суда г. Москвы от 19.11.2012);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«Мой взгляд на жизнь», размещенный на Интернет-сайте www.geroivoli.info (решение Никулинского районного суда г. Москвы от 19.11.2012);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«Прояви себя как воин», размещенный на Интернет-сайте www.geroivoli.info (решение Никулинского районного суда г. Москвы от 19.11.2012);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сайта: http://www/dvds/eu/orq/вилаят/, а именно: видео-файл «Вилаят Нохчийчоь: Бой в лесу (осень 2011 г.)», видео-файл «ВИЛАЯТ Г1АЛГ1АЙЧЕ - Обращение моджахедов 21.04.2012.» (решение Воркутинского городского суда Республики Коми от 15.05.2013);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«Готфрид Федер. Программа и мировоззрение НСДАП» (решение Южно-Сахалинского городского суда от 30.04.2013);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http:// shlko.livejournal.com/53475.html (решение Зольского районного суда Кабардино-Балкарской Республики от 31.05.2013);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 и видео файлы, размещенные в сети «Интернет» на ресурсе http://vk.com/id77274380: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Бориса Стомахина «Удачи тебе, Шамиль Басаев!», размещенная на интернет-сайте http://sopritivlenie.marsho.net (решение Бабушкинского районного суда г. Москвы от 23.04.2013);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«Убивать - природный закон», размещенной на сайте сети «Интернет» по адресу http://www.anticompromat.org (решение Ленинского районного суда г. Воронежа от 11.04.2013);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Статья под заголовком «Новая Кавказская война. Может она уже начинается», произведенная и распространенная неустановленным лицом на интернет-сайте http://haile-rastafari.livejournal.com/46724.html (решение Майкопского городского суда Республики Адыгея от 14.05.2013);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заголовком «Национализм в действии», произведенная и распространенная неустановленным лицом на интернет-сайте www.freedom-info.ru (решение Майкопского городского суда Республики Адыгея от 16.04.2013);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«Призыв из Шама. Джамаʼат “Катибату Мухаджирин КБК”», обнаруженный и изъятый в ходе мониторинга информационно-телекоммуникационной сети Интернет по электронному адресу: http://www.islamdin.biz/2012/10/blog-post_1 8.html#more (решение Нальчикского городского суда Кабардино-Балкарской Республики от 06.05.2013);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http://odnoklassniki.m/profile/461470932644 (решение Терского районного суда Кабардино-Балкарской Республики от 11.03.2013);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http:// vkontakte.ru/ id 53006594 (решение Ленинского районного суда города Уфы Республики Башкортостан от 04.03.2013);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«Саратовское дело. Выпуск 16» (Киев, «Вехи истории», 1996) (решение Тимирязевского районного суда г. Москвы от 14.05.2013);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19.03.2013);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Комментарий к видеоролику под названием «Убийство. Уфа. Парк Кашкадан», размещенный пользователем под условным именем «Sanchez7ification» в сети «Интернет» на сайте «youtube» по электронному адресу: http://www.vkontakte.ru (решение Орджоникидзевского районного суда города Уфы Республики Башкортостан от 12.03.2013);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Сакральные Знания выуженные из религиозных источников.pdf», «Пособие языческое для Явного мира.pdf», «Приложение.pdf», «Титул.pdf», «Ничто свое мне не найти на стороне.pdf», «Ода жидам и братам их.pdf», «Он_дрей Кураев.pdf», «плащ забвения.pdf». (решение Щучанского районного суда Курганской области от 25.03.2013);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«www. aheku.org» от имени (под ником) «Черкесс» (12.01.2009 12:53) (решение Майского районного суда Кабардино-Балкарской Республики от 31.05.2013);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заголовком «Адыгея, она же Солнечная Адыгея, Помидорная Республика», произведенная и распространенная неустановленным лицом на интернет-сайте www.lirkmore.to (решение Майкопского городского суда Республики Адыгея от 05.04.2013);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опубликованные в глобальной телекоммуникационной сети Интернет на ресурсе, расположенном по электронному адресу: http://www.odnoklassniki.ru, на странице пользователя «Ogur Iu» «Атаки муджахидов» и «Доку Умаров поддерживает митинги в России» (решение Черкесского городского суда Карачаево-Черкесской Республики от 18.04.2013);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 размещенный по электронному адресу http:// vkontakte.ru/video106162466_158864846; изображение человека в маске, вскинувшего правую руку в римском/нацистском приветствии и нецензурной надписью, размещенное по адресу http:// vkontakte.ru/photo106162466_211484365 (решение Королёвского городского суда Московской области от 12.02.2013);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«Владимир Попов «Возвращение Руси». М., Наследие предков. 2003» (решение Южно-Сахалинского городского суда от 23.05.2013);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202</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Листовка под названием «К оружию! Молния» (решение Центрального районного суда г. Омска от 06.06.2013);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http//www.vk.com (решение Магасского районного суда Республики Ингушетия от 10.04.2013);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http://lj.rossia.org и http://ic.pics.livejournal.com (решение Таштагольского городского суда Кемеровской области от 29.05.2013).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И.С. Баркова «Жидоведение. Учебное пособие» (решение Бежицкого районного суда г. Брянска от 28.05.2013);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А.П. Баркашова «Азбука русского националиста» (решение Бежицкого районного суда г. Брянска от 21.05.2013);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202</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Печатное издание – газета «Русский порядок» №1 (48) от 11.06.2002 (решение Бежицкого районного суда г. Брянска от 30.05.2013);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«INTERNAСIONALBOLˈ6EVISTSKAA_PARTIA.wmv»; «Intervju u antifashista.wmv»; «INTERVˈU_S_DEPUTATOM.wmv»; «ivan.wmv»; «LEGENDA_OB_OB46.avi»; «milo.wmv»; «MTC.wmv»; «mv9ybh0brzks.wmv»; «NELEGALˈNAA_DVORNI4IHA.wmv»; «NOVGORODSKIE_AKCII.wmv»; «nswpvideo1.wmv»; «nswpvideo2.wmv»; «nswpvideo3.wmv»; «nswpvideo6.wmv»; «Polu4il_Po_Zaslugam.wmv»; «POSVA6ENIE_V_SKINHEDY.wmv»; «PRAMOE_DEISTVIE.wmv»; «PRAVYI_MAR6.wmv»; «RAZGON_MODNIKOV.wmv»; «rolik-ochistimmoskvu.wmv»; «rolik-ochistimmoskvu.avi»; «Romper_Stomper+RUS88.wmv»; «Rus_School_for_RUS_88.wmv»; «Russian_Fight_Club88.wmv»; «SEMˈ_SOROK.wmv»; «Shit_Skinhead.WMV»; «spanish patriots 88.wmv»; «TUSOVKA_ANTIFA6ISTOV.wmv»; «Untitled_0002.wmv»; «VIVAT_ROSSIA.wmv»; «WhiteCross.wmv»; «Хорсс - Взаперти.wmv»; «Хорсс - Россия для Русских.wmv»; «ZAPOMNI_MENA.wmv»; «ZOGTV_VREME4KO.wmv»; «Абычный антифошизм.WMV»; «Акция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«ˈЗолотая Молодёжь Кавказа 3ˈ серия-Ломаем скина.avi»; «Избиение </w:t>
            </w:r>
            <w:r w:rsidRPr="00041EDA">
              <w:rPr>
                <w:rFonts w:ascii="Times New Roman" w:eastAsia="MS Mincho" w:hAnsi="Times New Roman" w:cs="Times New Roman"/>
                <w:sz w:val="24"/>
                <w:szCs w:val="24"/>
                <w:lang w:val="en-US"/>
              </w:rPr>
              <w:lastRenderedPageBreak/>
              <w:t>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Лозунг «Остановим исламизацию – остановим терроризм!» (решение Бабушкинского районного суда г. Москвы от 04.06.2013);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«Записки испанского летчика», автор – Игорь Губкин, со следующими выходными данными на странице 235 – «Формат 60 х 90, усл. Печ. Л. 15. Гарнитура Bookman Old Style.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203</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«Русские националисты вершат правосудие», «Скинхеды действуют», «Скинхеды клип НСО Север», «Велимор-Коловрат», «Тесак-глава «format18», размещенные в международной информационной сети Интернет на сайте www.vk.com в разделе «видеозаписи» на странице «http://vkontakte.com/darkvlad» (решение Альметьевского городского суда Республики Татарстан от 12.03.2013);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http://www/shamilonline.org ru/2009-08-18-08-17-14/6-2009-08-18-08-13-46/8333-2011-12-20-19-45-33.html (решение Свердловского районного суда г. Костромы от 22.04.2013);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http://www/shamilonline.org/ru/2009-08-18-08-17-14/5-2009-08-18-08-13-33/7587------1––r---.html (решение Свердловского районного суда г. Костромы от 22.04.2013);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203</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http://www/shamilonline.org/ru/2009-08-18-08-08-</w:t>
            </w:r>
            <w:r w:rsidRPr="00041EDA">
              <w:rPr>
                <w:rFonts w:ascii="Times New Roman" w:eastAsia="MS Mincho" w:hAnsi="Times New Roman" w:cs="Times New Roman"/>
                <w:sz w:val="24"/>
                <w:szCs w:val="24"/>
                <w:lang w:val="en-US"/>
              </w:rPr>
              <w:lastRenderedPageBreak/>
              <w:t>27/9787-2012-03-25-17-01-09.html (решение Свердловского районного суда г. Костромы от 22.04.2013);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http://www/shamilonline.org/ru/2009-08-18-08-17-14/16-2010-01-18-09-01-54/5481-2011-05-04-07-19-56.html (решение Свердловского районного суда г. Костромы от 22.04.2013);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«Ахыр Заман», размещенная на страницах сети Интернет http://nabatrb.livejournal.com/573801.html#cutidl, http://nabatrb.livejournal.com/573592. html#cutidl, http://nabatrb.livejournal.com/573289.html#cutidl,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Б. Миронова «Что делать русским в России» (решение Кировского районного суда г. Томска от 13.05.2013);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 газета «Русский порядок» №1 (48) от 11.06.2002 (решение Бежицкого районного суда г. Брянска от 30.05.2013);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204</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Материалы статьи «Бомба из хоз. мага. 2», размещенные на сайте информационно-телекоммуникационной сети «Интернет» http://kompozimetal.livejournal.com/1030.html (решение Арзгирского районного суда </w:t>
            </w:r>
            <w:r w:rsidRPr="00041EDA">
              <w:rPr>
                <w:rFonts w:ascii="Times New Roman" w:eastAsia="MS Mincho" w:hAnsi="Times New Roman" w:cs="Times New Roman"/>
                <w:sz w:val="24"/>
                <w:szCs w:val="24"/>
                <w:lang w:val="en-US"/>
              </w:rPr>
              <w:lastRenderedPageBreak/>
              <w:t>Ставропольского края от 23.05.2013);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Виноградова Д.А. в социальной сети «В контакте», расположенная по электронному адресу: http://vk.com/id108446090, а также совокупность текстовой и графической информации, размещенной на ней (решение Останкинского районного суда г. Москвы от 30.04.2013);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http://vk.com/acab_1936 (решение Бердского городского суда Новосибирской области от 27.05.2013);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www.svobodurusi.info, созданный Гончаром Олегом Николаевичем; информационные материалы, размещенные на сайте www.svobodurusi.info: «Слово к героям нации» и «Программа минимум Казачьей Партии «Свободная Русь» (решение Абаканского городского суда Республики Хакасия от 18.06.2013);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Выпуски №1,2,3,4,5,6 информационных бюллетеней «Народное ополчение им. К. Минина и Д. Пожарского»; Интернет – сайт www.arii9.narod.ru (решение Абаканского городского суда Республики Хакасия от 23.05.2013).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ресурс «Четвертый Рейх», расположенный по адресу: http://fourthreich.info,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t-kungurova/livejournal.com под общим заголовком «Блог Татьяны Кунгуровой» (решение Октябрьского районного суда г. Владимира от 20.05.2013);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Аудио-визуальная продукция (видеозапись) «TAZ»-Русский бунт», а также текст песни группы TAZ «Русский бунт» (решение Центрального районного суда г. Хабаровска Хабаровского края от 31.05.2013);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под названиями: «Правда о ваххабитах.3gp», «Сильнейший дауат из всех mp4», «Муджахид на пути Аллаха, Это то кто mp4», «Умар ибн Аль-Хаттаб (р.а.) Umar ibn Al-Khattab (r.a.) 2-2.mp4», «яджудж и маджудж.mp4», «альбани о джихаде (смотреть до конца).flv.3gp» (решение Ленинского районного суда г. Омска от 17.06.2013);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песни под названием «С.Д.-Дело-88», опубликованной в социальной сети «Интернет» на общедоступной странице «http://vkontakte.ru/id90966163» (решение Ленинского районного суда г. Оренбурга Оренбургской области от 23.05.2013);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Комментарии пользователя под ником «morpeh»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www.inosmi.ru (решение Ленинского районного суда г. Уфы от 13.05.2013 и определения Ленинского районного суда г. Уфы от 04.10.2013 и 09.10.2013);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Аудиоматериалы, размещенные на Интернет-ресурсе http://vkontakte.ru/id94170133: «Они ушли», «Таухид», «Удар клинка», «Чечня в огне», «Шахид» (решение Курганского городского суда Курганской области от 27.06.2013);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salaf-forum.com, Ip-адрес информационного ресурса – 66.147.244.60, размещенный на хосте nsl.bluehost.com (решение Кировского районного суда г. Астрахани от 04.07.2013);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размещенные на Интернет-ресурсе http://vkontakte.ru/id4907281: «Как я вышел на Джихад, и что я здесь увидел»; «Сайд Бурятский «Ответы на вопросы» Весна 1430 г. (2009 г.)»; «У Кяфиров нет никаких доводов»; «Фильм от сайта «IslamUmma»; «Шейх Сайд Бурятский «Рамадан и Джихад»; «Шейх Сайд Бурятский «Намерение и Джихад» Весна 1430 г. (2009 г.)» (решение Курганского городского суда Курганской области от 18.03.2013);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w:t>
            </w:r>
            <w:r w:rsidRPr="00041EDA">
              <w:rPr>
                <w:rFonts w:ascii="Times New Roman" w:eastAsia="MS Mincho" w:hAnsi="Times New Roman" w:cs="Times New Roman"/>
                <w:sz w:val="24"/>
                <w:szCs w:val="24"/>
                <w:lang w:val="en-US"/>
              </w:rPr>
              <w:lastRenderedPageBreak/>
              <w:t>(решение Успенского районного суда Краснодарского края от 02.07.2013);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«Саид Абу Саад», размещенный в сети Интернет социальной сети «ВКонтакте», по адресу: http://vkontakte.ru/video99783527_159058362; видеоматериал «Нападение Муджахедов на Нальчик 2005 Суд», размещенный в сети Интернет социальной сети «ВКонтакте», по адресу: http://vkontakte.ru/video99783527_159058230;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http://vkontakte.ru/video99783527_159760230; видеоматериал «Муджахеды КБР», размещенный в сети Интернет социальной сети «ВКонтакте», по адресу: http://vkontakte.ru/video99783527_159058201; видеоматериал «Муджахеды о Грузии!», размещенный в сети Интернет социальной сети «ВКонтакте», по адресу: http://vkontakte.ru/video99783527_159058190; видеоматериал «Наш путь джихад», размещенный в сети Интернет социальной сети «ВКонтакте», по адресу: http://vkontakte.ru/video99783527_159760241; видеоматериал «лекция Саида Бурятского», размещенный в сети Интернет социальной сети «ВКонтакте», по адресу: http://vkontakte.ru/video99783527_161404472 (решение Советского районного суда г. Краснодара от 17.06.2013);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Боевая готовность», обнаруженный и изъятый в ходе мониторинга глобальной телекоммуникационной сети Интернет на сайте: www.badr-tauhid.info (решение Нальчикского городского суда Кабардино-Балкарской Республики от 24.07.2013);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063.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 «Статья: Мнение. Так посмотрите же на самих себя…», обнаруженный и </w:t>
            </w:r>
            <w:r w:rsidRPr="00041EDA">
              <w:rPr>
                <w:rFonts w:ascii="Times New Roman" w:eastAsia="MS Mincho" w:hAnsi="Times New Roman" w:cs="Times New Roman"/>
                <w:sz w:val="24"/>
                <w:szCs w:val="24"/>
                <w:lang w:val="en-US"/>
              </w:rPr>
              <w:lastRenderedPageBreak/>
              <w:t>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Письмо»,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ummanews.com, Ip-адрес информационного ресурса – 193.219.5.196, размещенный на хостах nsl.dns-diy.net, ns2.dns-diy.net (решение Кировского районного суда г. Астрахани от 04.07.2013);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w:t>
            </w:r>
            <w:r w:rsidRPr="00041EDA">
              <w:rPr>
                <w:rFonts w:ascii="Times New Roman" w:eastAsia="MS Mincho" w:hAnsi="Times New Roman" w:cs="Times New Roman"/>
                <w:sz w:val="24"/>
                <w:szCs w:val="24"/>
                <w:lang w:val="en-US"/>
              </w:rPr>
              <w:lastRenderedPageBreak/>
              <w:t>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Комментарии, оставленные под псевдонимом «Иса» 17 февраля 2013 г., 8:09 на сайте www islamdin.biz на странице http://www islamdin.biz/2013/02/blog-post_15.html#comment-form в информационном материале под </w:t>
            </w:r>
            <w:r w:rsidRPr="00041EDA">
              <w:rPr>
                <w:rFonts w:ascii="Times New Roman" w:eastAsia="MS Mincho" w:hAnsi="Times New Roman" w:cs="Times New Roman"/>
                <w:sz w:val="24"/>
                <w:szCs w:val="24"/>
                <w:lang w:val="en-US"/>
              </w:rPr>
              <w:lastRenderedPageBreak/>
              <w:t>названием: Шейх Абу Мухаммад аль-Макдиси: «Наши весы и их весы» (решение Нальчикского городского суда от 22.05.2013);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(http://lib.rus.ec/b/416488, сервер принадлежит компании «Hetzner Online AG», зарегистрированной на территории Германии, адрес: Stuttgarter Strasse 1, D-91710 Gunzenhausen, Germany); на сайте «Русская патриотическая газета «Отчизна» (http://www.otchizna.info/Otehizna/RRN.doc, сервер принадлежит компании «Special Domain Services», зарегистрированной на территории США, адрес: 14455 N Hayden Rd Suite 219, Scottsdale, Arizona 85260, United States) (решение Первомайского районного суда г. Пензы от 23.07.2013);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Текстовые, графические и видеоматериалы, размещенные на блог-платформе http://lj.rossia.org в персональном блоге /user/keinenfalls1 пользователем «keinenfalls1» (решение Первомайского районного суда г. Пензы от 23.07.2013);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http://vk.com./id91730219 с наименованием "Whit Power" (решение Стерлитамакского городского суда Республики Башкортостан от 21.05.2013);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Аудиокомпозиция «КОРРОЗИЯ МЕТАЛЛА-бей чертей» группы «Коррозия Металла», размещенная на интернет-сайте www.bisound.com (решение Гагаринского районного суда г. Москвы от 22.05.2013);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«Иман Ислам Намаз» (г. Владивосток, 2011 г., – 45 с.) (решение Ленинского районного суда г. Владивостока Приморского края от 18.04.2013);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Видеофильм «Веселье» («vesel'e»), размещенный в сети Интернет по адресу http://vk.com/video120203102 161413020 (решение Бабушкинского районного суда г. Москвы от 12.03.2013);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Бориса Стомахина «Евреям нужен свой Басаев», размещенная на интернет-сайте http://sopritivlenie.marsho.net (решение Бабушкинского районного суда г. Москвы от 27.03.2013);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Бориса Стомахина «Попросить русских убраться отовсюду», размещенная на интернет-сайте http://sopritivlenie.marsho.net (решение Бабушкинского районного суда г. Москвы от 27.03.2013);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078.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Интернет-страница по электронному адресу: poiskm.com/song/144310-Koreyskie-LEDchiki-Rossiya-dlya-</w:t>
            </w:r>
            <w:r w:rsidRPr="00041EDA">
              <w:rPr>
                <w:rFonts w:ascii="Times New Roman" w:eastAsia="MS Mincho" w:hAnsi="Times New Roman" w:cs="Times New Roman"/>
                <w:sz w:val="24"/>
                <w:szCs w:val="24"/>
                <w:lang w:val="en-US"/>
              </w:rPr>
              <w:lastRenderedPageBreak/>
              <w:t>churok (решение Кромского районного суда Орловской области от 12.08.2013);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заголовком «К чему мы идем, и какие у нас цели», размещенный на сайте http://ummanews.ru/ (решение Первомайского районного суда г. Краснодара от 24.07.2013);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Ярослав Стецько «Твори ч.1 Украiнська визвольна концепцiя», Львiв, 1987 г. (решение Мещанского районного суда г. Москвы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Ярослав Сватко «Мiсiя Бандери», Лiвов, «Галицька вадавнича спiлка», 2002 г., 64 с. (решение Мещанского районного суда г. Москвы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Григорiй Гнарчук «Народний РУХ Украiни iсторiя», Одесса, Астропринт, 1997 г. (решение Мещанского районного суда г. Москвы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208</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Печатная продукция Сергiй Жижко «Нацiоналiстична справа», Киiв, 1994 г. (решение Мещанского районного суда г. Москвы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Петро Дужий «Генерал Тарас Чупринка: (Нариси про Романа Шухевича – Головного Командира УПА)», Лiвов, 1997 г., 63 с. (решение Мещанского районного суда г. Москвы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Степан Мурдик «Мечник: Закордонi частини ОУН: внутрiшнi справи i дiяльнiсть в емiграцii (Причинки до iсторii)», 1996 г., 109 с. (решение Мещанского районного суда г. Москвы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«Едино правильний шлях», Киiв, 1993 г. (решение Мещанского районного суда г. Москвы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Митрополит Андрей Шептицький «Правдива Вiра», Люблин, 1990 г. (решение Мещанского районного суда г. Москвы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Лев Ребет «Теорiя Нацii», Львiв, 1997 г. (решение Мещанского районного суда г. Москвы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Дмитро Корчинський «Вiйна у натовпi», «Амадей», Киiв, 1999 г. (решение Мещанского районного суда г. Москвы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Павличко Дмитро «За нас», Киiв: Видавництво «Рада», 1995 г. (решение Мещанского районного суда г. Москвы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Дмитро Павличко «Украiнська национальна Iдея», Киiв, «Основи», 2004 г. (решение Мещанского районного суда г. Москвы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Петро Мiрчук «Евген Коновалець: ЛIДЕР УКРАIНСКОГО ВИЗВОЛЬНОГО РУХУ», 1990 г., 105 с. (решение Мещанского районного суда г. Москвы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Хмель С.Ф. «Украiнская партизанка: 3 крайових матерiалiв», 1994 г., 128 с. (решение Мещанского районного суда г. Москвы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094.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Печатная продукция Дмитро Донцов «За яку революцiю», Львiв, 1990 г. (решение Мещанского районного </w:t>
            </w:r>
            <w:r w:rsidRPr="00041EDA">
              <w:rPr>
                <w:rFonts w:ascii="Times New Roman" w:eastAsia="MS Mincho" w:hAnsi="Times New Roman" w:cs="Times New Roman"/>
                <w:sz w:val="24"/>
                <w:szCs w:val="24"/>
                <w:lang w:val="en-US"/>
              </w:rPr>
              <w:lastRenderedPageBreak/>
              <w:t>суда г. Москвы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Д. Донцов «Дух нашоi давнини», 1991 г. (решение Мещанского районного суда г. Москвы от 14.03.2013);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209</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Видеоматериалы «Нохчи К1ентишан-ЧЕЧЕНСКИМ СЫНОВЬЯМ…», «О мой брат Муджахид, повлияют ли на тебя обвинения обвиняющих!» (решение Ленинского районного суда г. Кемерово от 14.08.2013);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электронный текст с графическим изображением под названием «Да поможет Аллах тем, кто помогает муджахидам…» (решение Пролетарского районного суда г. Ростова-на-Дону от 30.07.2013);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www.al-hakk.com (решение Пятигорского городского суда Ставропольского края от 10.07.2013);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www.mlook.com (решение Пятигорского городского суда Ставропольского края от 10.07.2013);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www.wikibit.net (решение Пятигорского городского суда Ставропольского края от 10.07.2013);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vdagestan.net, Ip-адрес информационного ресурса – 5.149.248.193 (решение Кировского районного суда г. Астрахани от 01.08.2013);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«Нежданчик-KAVKAZ-Солнечный» в социальной сети «В контакте» (решение Ленинского районного суда г. Курска от 14.05.2013);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http://vkontakte.ru/ dinislam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«www.youtube.com/watch?v=PI3-e8FL8rg»; - «www.youtube.com/watch?v=EgCazLnhCew» (решение </w:t>
            </w:r>
            <w:r w:rsidRPr="00041EDA">
              <w:rPr>
                <w:rFonts w:ascii="Times New Roman" w:eastAsia="MS Mincho" w:hAnsi="Times New Roman" w:cs="Times New Roman"/>
                <w:sz w:val="24"/>
                <w:szCs w:val="24"/>
                <w:lang w:val="en-US"/>
              </w:rPr>
              <w:lastRenderedPageBreak/>
              <w:t>Ленинского районного суда г. Костромы от 19.08.2013);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http://crazynet.ru/video/watch_video.php?v=RH3SR8MXXDSM (решение Петропавловск - Камчатского городского суда Камчатского края от 30.07.2013);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«www.livejournal.com-Живой журнал» по ссылке http.kawww.livejournal.com\7785.html (решение Прохладненского районного суда Кабардино-Балкарской Республики от 28.06.2013);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http//www.odnoklassniki.ru/profile/483332907552/album/283992114720 (решение Вяземского районного суда Смоленской области от 19.08.2013);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«Аль-Ваъй» № 291 за март 2011 года (решение Ленинского районного суда г. Уфы Республики Башкортостан от 01.07.2013);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начинающееся со слов «Мы славно гуляем в Империи вашей», размещенное в социальной сети Интернет на сайте «Vk.com» на странице под именем «Фидан Яппаров» (электронный адрес – http://vk.com/fidan_yappar), принадлежащей Яппарову Фидану Фаниловичу (решение Стерлитамакского районного суда Республики Башкортостан от 11.07.2013);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Комментарии на сайте www.odnoklassniki.ru в группе «РОССИЯ ДЛЯ РУССКИХ И ПО РУССКИ!» с электронным адресом: http://www.odnoklassniki.ru/group/50921688334546/topic/199403337940,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«Обращение Амира Татарстана Абдуллаха», размещенный в Глобальной информационной сети Интернет по электронному адресу: http://www.youtube.com/watch?v=00PsrVtx-8s (решение Вахитовского районного суда г. Казани от 02.09.2013);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«Приближение к Аллаху – путь к успеху» (решение Магасского районного суда Республики Ингушетия от 23.07.2013);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«Такфир за помощь кафирам в войне против Ислама», «Жадность», размещенные в международной информационной сети Интернет на сайте «www.vk/com» в разделе «Видеозаписи» на странице «http://vkontakte.com/id88067710» (решение Альметьевского городского суда Республики Татарстан от 30.07.2013);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119.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Брошюры Добровольского А.А. («Доброслав») «Цыпленки тоже хочут жить!» на 140 л. (информация об </w:t>
            </w:r>
            <w:r w:rsidRPr="00041EDA">
              <w:rPr>
                <w:rFonts w:ascii="Times New Roman" w:eastAsia="MS Mincho" w:hAnsi="Times New Roman" w:cs="Times New Roman"/>
                <w:sz w:val="24"/>
                <w:szCs w:val="24"/>
                <w:lang w:val="en-US"/>
              </w:rPr>
              <w:lastRenderedPageBreak/>
              <w:t>издательстве, тираже отсутствует) и «Призрак Кудеяра» на 91 л. (отпечатано в типографии «ALLprint», 603057, Россия, г. Нижний Новгород, пер. Светлогорский, 13, тираж 1000 экз.) (решение Шабалинского районного суда Кировской области от 01.08.2013);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«Аль-Ваъй» под номером 293 (решение Магасского районного суда Республики Ингушетия от 23.07.2013);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«Аль-Ваъй» под номером 294 (решение Магасского районного суда Республики Ингушетия от 23.07.2013);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«Аль-Ваъй» под номером 298 (решение Магасского районного суда Республики Ингушетия от 23.07.2013);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Размещенные в режиме свободного доступа в сети Интернет «на личной странице «Амина Агаева» интернет-сайта «В контакте» (http://www.vk.com/id66552866)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била дрожь «неверных» души при виде стойкости бойца»)» (решение </w:t>
            </w:r>
            <w:r w:rsidRPr="00041EDA">
              <w:rPr>
                <w:rFonts w:ascii="Times New Roman" w:eastAsia="MS Mincho" w:hAnsi="Times New Roman" w:cs="Times New Roman"/>
                <w:sz w:val="24"/>
                <w:szCs w:val="24"/>
                <w:lang w:val="en-US"/>
              </w:rPr>
              <w:lastRenderedPageBreak/>
              <w:t>Адлерского районного суда г. Сочи от 22.08.2013);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www.babouchka.net/www.kavkazcenter.com (решение Фрунзенского районного суда города Саратова от 12.08.2013);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CONTRA RATRIA),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w:t>
            </w:r>
            <w:r w:rsidRPr="00041EDA">
              <w:rPr>
                <w:rFonts w:ascii="Times New Roman" w:eastAsia="MS Mincho" w:hAnsi="Times New Roman" w:cs="Times New Roman"/>
                <w:sz w:val="24"/>
                <w:szCs w:val="24"/>
                <w:lang w:val="en-US"/>
              </w:rPr>
              <w:lastRenderedPageBreak/>
              <w:t>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«Конгресс Украiнських нацiоналiстiв», Киiв, 1995 г.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«Украiнська головна визвольна Рада, Доументи Видання Середовища УГВР», Нью-Йорк-Киiв-Львiв, 1992 г.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«Конференцiя Украiнських Нацiоналiстiв», Кийв, 1992 г.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«Едино правильний шлях», Киiв, 1993 г.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213</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Печатная продукция «Матерiяли Другого збору Конгрессу украiнських нацiоналiстiв», 1995 г.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«Матерiяли Першогу збору конгрессу украiнських нацiоналiстiв», Киiв, 1995 г.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Юрiй Бойко Шлях нацii, «Украiнське Слово». Париж–Киiв-Львiв, 1992 г.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Дмитро Павличко «Украiнська нацioнальна iдея» Киiв 2002 г.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М.Р. Литвин, К.Е. Науменко «Iсторiя ЗУНР», Львiв, 1995 г.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Гордасевич Г. «Степан Бандера – Людина i мiф», Киiв, 1999 г.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«Русский национализм: его друзья и враги» автора А.Н. Севастьянова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«Чего хотят от нас евреи» автора А.Н. Севастьянова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«MOSCUER SS» (решение Ленинского районного суда г. Иваново от 23.08.2013);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«Скини против чурок» (решение Ленинского районного суда г. Иваново от 23.08.2013);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«Привет, чурки» (решение Ленинского районного суда г. Иваново от 23.08.2013);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143.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 видеоролик «Бей хача - спаси Россию», размещенный в сети Интернет на </w:t>
            </w:r>
            <w:r w:rsidRPr="00041EDA">
              <w:rPr>
                <w:rFonts w:ascii="Times New Roman" w:eastAsia="MS Mincho" w:hAnsi="Times New Roman" w:cs="Times New Roman"/>
                <w:sz w:val="24"/>
                <w:szCs w:val="24"/>
                <w:lang w:val="en-US"/>
              </w:rPr>
              <w:lastRenderedPageBreak/>
              <w:t>сайте «YouTube» по адресу http://www.youtube/com/watch?v=fao3MP-hsFw (решение Металлургического районного суда г. Челябинска от 19.09.2013);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«Мехк-Кхел» вызывает в Шариатский Суд Главу РИ Евкурова Ю-Б.Б. и председателя РИК Муссу Евлоева», опубликованная 13.12.2011 г. на сайте http:ingushetiyaru.org, и «В Ингушетии «Мехк-Кхел» и общественные организации договорились объединить свои усилия», опубликованная 14.12.2011 года на сайте http:ingushetiyaru.org (решение Магасского районного суда Республики Ингушетия от 17.12.2012);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«Обращение моджахедов Веденского сектора-1 www.al-ansr.de», размещенная по адресу: http://www.youtube.com/wtch?v=2 PdjaSucSc (решение Заводского районного суда г. Грозного Чеченской Республики от 14.05.2013);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«www.livejournal.com – Живой журнал», анонимно, доступ к которому осуществляется по ссылке http://kampotus.livejournal.com/7785.html (решение Чегемского районного суда Кабардино-Балкарской Республики от 13.08.2013);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http://vk.com/, информационно-телекоммуникационной сети Интернет на странице группы «Славянский Север» по электронному адресу http://vk.com/prav19951488 (решение Кольского районного суда Мурманской области от 16.09.2013);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Страница сайта «Одноклассники», с электронным адресом http://odnoklassniki.ru/profile/520690739321 (решение Заводского районного суда г. Грозного Чеченской Республики от 24.09.2013);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mp3uz.mobi (решение Пятигорского городского суда Ставропольского края от 16.07.2013);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www.vidoz.net (решение Пятигорского городского суда Ставропольского края от 16.07.2013);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215</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Сайт http://firdaux.ucoz.net (решение Пятигорского городского суда Ставропольского края от 16.07.2013);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http://videoscop.cc (решение Пятигорского городского суда Ставропольского края от 16.07.2013);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«Мочи чертей!!!!!!!!!!!» (решение Ленинского районного суда г. Иваново от 15.07.2013);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«Скинхеды громят анти-фа» (решение Ленинского районного суда г. Иваново от 15.07.2013);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«Украiна свiтовiй вiйнiу документах. Збiрник нiмецьких архiвних матерiалiв», Т. 1- Львiв, Iнститут украiнознавства iм. I. Крипʼякевича НАН Украiни, 1997 г.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«В. Гришко «Москва сльозам не вiрить, народовбивство по-кремлiвськи» Киiв, 2003 г.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Мiхновский М.I. «Самостiйна Украiна» К.: Дiокор, 2002 г.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Богдан Червак. «Мiж лезом меча i срiблом полину» Дрогобич, 1994 г.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Олег Баган «Нацiоналiзм i нацiоналiстичний Рух» Дрогобич, 1994 г. (решение Мещанского районного суда г. Москвы от 08.08.2013);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«Скинхеды Весёлая нарезка» (решение Ленинского районного суда г. Иваново от 02.08.2013);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«Скинхеды громят общагу чеченов» (решение Ленинского районного суда г. Иваново от 02.08.2013);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163.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Интернет-страница «Восстание против хачей» на сайте «vkontakte.ru» http://vk.com/club40635545, а также </w:t>
            </w:r>
            <w:r w:rsidRPr="00041EDA">
              <w:rPr>
                <w:rFonts w:ascii="Times New Roman" w:eastAsia="MS Mincho" w:hAnsi="Times New Roman" w:cs="Times New Roman"/>
                <w:sz w:val="24"/>
                <w:szCs w:val="24"/>
                <w:lang w:val="en-US"/>
              </w:rPr>
              <w:lastRenderedPageBreak/>
              <w:t>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«VK.com» (ВКонтакте) на странице пользователя с аккаунтом - «Асад Чотчаев» - электронный адрес: http://vk.com/id94337226 (решение Черкесского городского суда Карачаево-Черкесской Республики от 25.07.2013);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Группа «Джихад вершина Ислама» социальной сети «Одноклассники», имеющая электронный адрес (идентификационное доменное имя) www.odnoklassniki.ru/shariatza (решение Советского районного суда г. Астрахани от 03.09.2013);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«Ты белый» музыкальной группы «Сейтар» (решение Якутского городского суда Республики Саха (Якутия) от 27.06.2013);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www.adigasite.com (решение Майкопского городского суда Республики Адыгея от </w:t>
            </w:r>
            <w:r w:rsidRPr="00041EDA">
              <w:rPr>
                <w:rFonts w:ascii="Times New Roman" w:eastAsia="MS Mincho" w:hAnsi="Times New Roman" w:cs="Times New Roman"/>
                <w:sz w:val="24"/>
                <w:szCs w:val="24"/>
                <w:lang w:val="en-US"/>
              </w:rPr>
              <w:lastRenderedPageBreak/>
              <w:t>18.07.2013);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«Акция за единую державу в Ижевске ч. 1», размещенный в сети Интернет по адресу: http://www.youtube.com/watch?v=IY1D9j-JpbE (решение Октябрьского районного суда г. Ижевска от 02.09.2013);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Видеоклип «Коктейль Молотова», продолжительностью 8 мин. 58 сек, размещенный в международной компьютерной сети Интернет на сайте социальной сети «Вконтакте» http://vk.com на странице пользователя «Олег Oleg Семерин», ресурсу www.youtube.com (решение Канавинского районного суда г. Нижнего Новгорода от 20.08.2013);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«Будете ли Вы следовать любящему руководству Иеговы?» (Германия, 2011 г.) (решение Советского районного суда г. Красноярска от 24.01.2013);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интернет-сайте «Штурм-Новости» shturmnovosti.info/view/php?id=51099,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сайте «АНТИ – ЛГБТ коалиция» http://vk.cov/anti_lgbt_coalition,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«Амир ИК Докку Абу Усман», размещенный в сети Интернет по электронному адресу: http://www.youtube.com/watch?v=edFbh3qFxHE (решение Интинского городского суда Республики Коми от 11.09.2013);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Зеркало сайта «Кавказ-Центр» http:www.liveinternet.ru/community/rss_sobityya_kavkaz_kavkazcenter/# (решение Ленинского районного суда г. Грозного Чеченской Республики от 25.07.2013);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«Памяти шахидов», размещенная на интернет-сайте http://soprotivlenie.marsho.net (решение Бабушкинского районного суда г. Москвы от 20.09.2013);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 размещенный Шевченко Игорем Александровичем на странице интернет-сайта «В контакте» под именем «Игорь Grifach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w:t>
            </w:r>
            <w:r w:rsidRPr="00041EDA">
              <w:rPr>
                <w:rFonts w:ascii="Times New Roman" w:eastAsia="MS Mincho" w:hAnsi="Times New Roman" w:cs="Times New Roman"/>
                <w:sz w:val="24"/>
                <w:szCs w:val="24"/>
                <w:lang w:val="en-US"/>
              </w:rPr>
              <w:lastRenderedPageBreak/>
              <w:t>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Статья «Крах четвертого Рейха или скотобазу - на Кол!», размещенная Кузнецовым Михаилом Викторовичем в сети «Интернет» с указанием ссылки на Интернет-адрес: </w:t>
            </w:r>
            <w:r w:rsidRPr="00041EDA">
              <w:rPr>
                <w:rFonts w:ascii="Times New Roman" w:eastAsia="MS Mincho" w:hAnsi="Times New Roman" w:cs="Times New Roman"/>
                <w:sz w:val="24"/>
                <w:szCs w:val="24"/>
                <w:lang w:val="en-US"/>
              </w:rPr>
              <w:lastRenderedPageBreak/>
              <w:t>http://depositfiles.com/files/9i566vx61 (решение Псковского городского суда Псковской области от 08.10.2013);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www.vkontakte.ru (решение Псковского городского суда Псковской области от 08.10.2013);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http://www.youtube.com/watch?v=Ejmi94K36Kc; http://www.youtube.com/watch?v=-YfwMp-UH74; http://www.youtube.com/watch?v=q3N-1H-U_dk; http://www.youtube.com/watch?v=9pSGMMkoMS8; http://www.youtube.com/watch?v=jCKLIf0LYOQ; http://www.youtube.com/watch?v=nB4vF5JgQRs; http://www.youtube.com/watch?v=6AgNAH3WIj0; http://www.youtube.com/watch?v=5ueYk6eY8II; http://www.youtube.com/watch?v=v8EUr0q0r5M; http://www.youtube.com/watch?v=lnbwhOt7LlY; http://www.youtube.com/watch?v=9Z3MtL_DgQ0; http://www.youtube.com/watch7v=-x3Cwsg_MG0; http://www.youtube.com/watch?v=GHomEXXUXjM; http://www.youtube.com/watch?v=V 1 yT42_8mI4; http://www.youtube.com/watch?v=OIdyB8aX7FA; http://www.youtube.com/watch?v=dF5Y_mK21Gc; http://www.youtube.com/watch7v=ap6QisKW_lw; http://www.youtube.com/watch?v=Cdu9BC6nFeE; http://www.youtube.com/watch?v=4ak7M0-ao8Y; http://www.youtube.com/watch?v=nsVeLftvaIY; http://www.youtube.com/watch?v=SmFKRZsAGlg; http://www.youtube.com/watch?v=zCjBtzDKUtE; http://www.youtube.com/watch?v=76R4X0N4-TU; http://www.youtube.com/watch?v=eor9iRKnSq4; http://www.youtube.com/watch?v=3JK9UvUEMd0; http://www.youtube.com/watch?v=E1NSm9vHDrgt; http://www.youtube.com/watch?v=5LyCyU9WC6k (решение Новоуренгойского городского суда Ямало-Ненецкого автономного округа от 21.06.2013);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218</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Cтатья под названием «Карательная акция» и комментарии к ней, опубликованные в период с 9 сентября 2012 по 11 сентября 2012 года на сайте http//hunafa.com (решение Магасского районного суда Республики Ингушетия от 28.12.2012);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под названием «Что нам делать» и комментарии к ней, опубликованные в период с 14 сентября 2012 года по 21 сентября 2012 года на сайте http//hunafa.com (решение Магасского районного суда Республики Ингушетия от 28.12.2012);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под названием «Тернистый путь к шахаде. Часть 2» и комментарии к ней, опубликованные в период с 10 октября 2012 года по 14 октября 2012 года на сайте http//hunafa.com (решение Магасского районного суда Республики Ингушетия от 28.12.2012);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/видеоматериалы/: «Kolchack MVD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Понаехали тут!» (решение Кировского районного суда г. Новосибирска от 20.09.2013);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w:t>
            </w:r>
            <w:r w:rsidRPr="00041EDA">
              <w:rPr>
                <w:rFonts w:ascii="Times New Roman" w:eastAsia="MS Mincho" w:hAnsi="Times New Roman" w:cs="Times New Roman"/>
                <w:sz w:val="24"/>
                <w:szCs w:val="24"/>
                <w:lang w:val="en-US"/>
              </w:rPr>
              <w:lastRenderedPageBreak/>
              <w:t>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ресурс-сайт shturmnovosti.com, расположенный в глобальной информационной сети </w:t>
            </w:r>
            <w:r w:rsidRPr="00041EDA">
              <w:rPr>
                <w:rFonts w:ascii="Times New Roman" w:eastAsia="MS Mincho" w:hAnsi="Times New Roman" w:cs="Times New Roman"/>
                <w:sz w:val="24"/>
                <w:szCs w:val="24"/>
                <w:lang w:val="en-US"/>
              </w:rPr>
              <w:lastRenderedPageBreak/>
              <w:t>Интернет (решение Самарского районного суда г. Самары от 26.09.2013);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 размещенный Шевченко Игорем Александровичем на странице интернет-сайта «В контакте» под именем «Игорь Grifach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стихотворение, размещенное Шевченко Игорем Александровичем на странице интернет-сайта «В контакте» под именем «Игорь Grifach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Видеофильм «churki (нецензурная брань)…flv», размещенный на интернет- сайте http://vk.com/video120203102_158895961 (решение Бабушкинского районного суда г. Москвы от 21.08.2013);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статьи «История евреев на территории России», расположенные по интернет-адресу http://zakon.mirtesen.ru/blog/43689272020/istoria-evreev-na-territorii-Rossii?from=mail&amp;page= 1#42193874256 (решение Октябрьского районного суда г. Липецка от 24.09.2013);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219</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w:t>
            </w:r>
            <w:r w:rsidRPr="00041EDA">
              <w:rPr>
                <w:rFonts w:ascii="Times New Roman" w:eastAsia="MS Mincho" w:hAnsi="Times New Roman" w:cs="Times New Roman"/>
                <w:sz w:val="24"/>
                <w:szCs w:val="24"/>
                <w:lang w:val="en-US"/>
              </w:rPr>
              <w:lastRenderedPageBreak/>
              <w:t>http://zakon.mirtesen/ru/ (решение Октябрьского районного суда г. Липецка от 23.09.2013);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http://pastebin.com/c805WhUz;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http://pastebin.com/K7A6a45x;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http://pastebin.com/dM29Vdcm;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http://pastebin.com/kq3umuOh (решение Советского районного суда г. Брянска от 05.11.2013);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«Фанаты … разнесли палатку», размещенный в сети Интернет на электронной странице http//vk.com/idjaromir148819811 (решение Центрального районного суда г. Калининграда от 09.07.2013);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«Россия мочи…», размещенный в сети Интернет на электронной странице http//vk.com/idjaromir148819811 (решение Центрального районного суда г. Калининграда от 09.07.2013);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194.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Видеофайл «Обращение Славянского союза к русским», размещенный в сети Интернет на электронной </w:t>
            </w:r>
            <w:r w:rsidRPr="00041EDA">
              <w:rPr>
                <w:rFonts w:ascii="Times New Roman" w:eastAsia="MS Mincho" w:hAnsi="Times New Roman" w:cs="Times New Roman"/>
                <w:sz w:val="24"/>
                <w:szCs w:val="24"/>
                <w:lang w:val="en-US"/>
              </w:rPr>
              <w:lastRenderedPageBreak/>
              <w:t>странице http//vk.com/idjaromir148819811 (решение Центрального районного суда г. Калининграда от 09.07.2013);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ресурс http://www.xartman.ru, размещенный в информационно-коммуникационной сети Интернет (решение Кировского районного суда г. Ярославля от 24.09.2013);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Высказывания (комментарии) Тихомирова Виктора Николаевича, размещенные на информационных ресурсах: http://www.mk.ru/politiks/news/2011/12/10/651657-miting-v-moskve-budut-vesti-chulpan-hamatova-i-aleksei-devotchenko.html#comments-form сети Интернет с использованием псевдонима «Витя Русский» (решение Привокзального районного суда г. Тулы от 03.10.2013);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статьи «Не пустим ВОРА в Кремль», расположенные по интернет-адресу http://mirtesen.ru/people/359781914/wall?page=2 (решение Октябрьского районного суда г. Липецка от 19.09.2013);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веб-ресурс (сайт) www.djamaat-takbir.blogspot.ru, размещенный в информационно-телекоммуникационной сети «Интернет» (решение Нальчикского городского суда Кабардино-Балкарской Республики от 19.06.2013);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219</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Материал, размещенный Шакировым Марселем Ленаровичем на сайте социальной сети Интернет www.vkontakte.ru в разделе «Заметки» (электронный адрес http://vkontakte.ru/id 133204531) (решение </w:t>
            </w:r>
            <w:r w:rsidRPr="00041EDA">
              <w:rPr>
                <w:rFonts w:ascii="Times New Roman" w:eastAsia="MS Mincho" w:hAnsi="Times New Roman" w:cs="Times New Roman"/>
                <w:sz w:val="24"/>
                <w:szCs w:val="24"/>
                <w:lang w:val="en-US"/>
              </w:rPr>
              <w:lastRenderedPageBreak/>
              <w:t>Набережночелнинского городского суда Республики Татарстан от 26.09.2013);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Аудиовизуальные материалы, размещенные в сети Интернет на ресурсе www.vk.com пользователем «Анатолий 14/88 Махотин» id 158293081 на своей личной странице в свободном доступе «59a48f7dfl.flv», «kazni hacei.flv», «skinhed,240,mp4», «Skinhed,240,mp4», «Vot poetomy ya I stal skinhedom.flv» (решение Первомайского районного суда г. Пензы от 16.09.2013);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bom 1, Brannik Whit Power, HONOP Full Of Hate, Skinhead, VIVAT ROSSIA,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«N.D», Коловрат – Россия, Банда Москвы – Арийский Легион, Вандал – Наш Путь, Коловрат – Московский Скинхеды, Позиция – Без _палева-bg, Коловрат – Наша страна, Банда Москвы – Уличный бой, CWT – 15 Суток, Позиция – Dont stop hooligans-bg, Коловрат – Бесстрашный, Белый и Гордый, Коловрат – Девятый Вал, Циклон Б - Ты Skinhead и я (решение Вилючинского городского суда Камчатского края от 10.10.2013).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Видеообращение Шахбиева А.А., призывающего членов НВФ и жителей ЧР к экстремистской и террористической деятельности, размещенное на интернет-сайте Imamtv-www.IMAM TV (решение Ленинского районного суда г. Грозного от 17.06.2013);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Информационные материалы, размещенные Голиковым А.Ю. на Интернет-ресурсе http://vk.com/id175642004: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w:t>
            </w:r>
            <w:r w:rsidRPr="00041EDA">
              <w:rPr>
                <w:rFonts w:ascii="Times New Roman" w:eastAsia="MS Mincho" w:hAnsi="Times New Roman" w:cs="Times New Roman"/>
                <w:sz w:val="24"/>
                <w:szCs w:val="24"/>
                <w:lang w:val="en-US"/>
              </w:rPr>
              <w:lastRenderedPageBreak/>
              <w:t>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Шумихинского районного суда Курганской области от 18.09.2013);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w:t>
            </w:r>
            <w:r w:rsidRPr="00041EDA">
              <w:rPr>
                <w:rFonts w:ascii="Times New Roman" w:eastAsia="MS Mincho" w:hAnsi="Times New Roman" w:cs="Times New Roman"/>
                <w:sz w:val="24"/>
                <w:szCs w:val="24"/>
                <w:lang w:val="en-US"/>
              </w:rPr>
              <w:lastRenderedPageBreak/>
              <w:t>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Интернет ресурс «Фронт арийского освобождения», расположенный по адресу http://phao.info и содержащиеся на нем информационные материалы (решение Советского районного суда г. Липецка от </w:t>
            </w:r>
            <w:r w:rsidRPr="00041EDA">
              <w:rPr>
                <w:rFonts w:ascii="Times New Roman" w:eastAsia="MS Mincho" w:hAnsi="Times New Roman" w:cs="Times New Roman"/>
                <w:sz w:val="24"/>
                <w:szCs w:val="24"/>
                <w:lang w:val="en-US"/>
              </w:rPr>
              <w:lastRenderedPageBreak/>
              <w:t>12.08.2013 и определение Советского районного суда г. Липецка от 05.11.2013);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ресурс «Герои Воли», расположенный по адресу http://geroivoli.info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Видеофонограммы, размещенные на интернет странице под именем «Павел Корнилов» на сайте социальной сети «Вконтакте» по ссылке http://vk.com/borec999: «Призыв «русского SS»; «Формат 18 (как можно сделать Дох. (сокращенно - ненормативная лексика) трупов» (решение Искитимского районного суда Новосибирской области от 05.11.2013);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Видеофонограммы, размещенные на странице под именем «Сергей Комлев» на сайте социальной сети «Вконтакте» по ссылке http://vkontakte.ru/id49864195: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файлы, размещенные в сети «Интернет» на ресурсе http://vk.com/id78779714: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http://www.ckunemp.narod.ru,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«Совет сибирского народа», размещенные на Интернет-странице http://sibsovet.livejournal.com (решение Октябрьского районного суда г. Красноярска от 23.09.2013);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http://com/id10953071 (Atamanalex1488),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«Вдохновляй» и «Наставление сестер»; интернет страница пользователя под названием «Muslimka Fisanbilil-lah», под адресом http://vk.com/id143448018 (решение Ленинского районного суда г. Ростова-на-Дону от 18.06.2013);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221</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«Обращение муджахеда»; интернет страница пользователя под названием «Mudjahid Insha-Allah», под адресом http://vk.com/id67839215 (решение Ленинского районного суда г. Ростова-на-Дону от </w:t>
            </w:r>
            <w:r w:rsidRPr="00041EDA">
              <w:rPr>
                <w:rFonts w:ascii="Times New Roman" w:eastAsia="MS Mincho" w:hAnsi="Times New Roman" w:cs="Times New Roman"/>
                <w:sz w:val="24"/>
                <w:szCs w:val="24"/>
                <w:lang w:val="en-US"/>
              </w:rPr>
              <w:lastRenderedPageBreak/>
              <w:t>18.06.2013);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(http://vk/com/id47890215) (решение Сыктывкарского городского суда Республики Коми от 21.10.2013);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видеоролик под наименованием «dokku_on_olimpics_2013» (10.07.2013 13:41) формата *mp4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http://vchera.com/news/49637 (решение Ленинского районного суда г. Краснодара от 06.11.2013);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произведения (стихотворения) «Москва – уже Кавказ…», расположенный по электронному адресу: http://byverse.ru/?p=905#more-905 (решение Кромского районного суда Орловской области от 18.11.2013);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произведения (стихотворения) «бей жидов» автора А. Харчикова, расположенный по электронному адресу: http://alllyrix.ru/lyrics.php?id=17071 (решение Кромского районного суда Орловской области от 18.11.2013);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221</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Текст произведения (стихотворения) «убей жида», расположенный по адресу: za-info.ru/stihi/37-arhipov/1118-jid.html (решение Кромского районного суда Орловской области от 18.11.2013);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 аудио-записи: файлы: «Бухенвальд Флава - Убей иммигранта п.у. Ленина Пакет» - «Buhenval'd Flava - Ubej immigranta p.u. Lenina Paket»; «КРЭК - О1. Вечный рай» - «KREK - O1. Vechnyj raj»; «Железный порядок - 88» - «ZHeleznyj poryadok-88» «ZHeleznyj poryadok - 88» (решение Мысковского городского суда Кемеровской области от 23.09.2013);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«Почему скинза что и ...(нецензурное слово) Девушки смотрите для вас! За что ски», размещенный на персональной странице http:vk. com/ id14865306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«Интересное видео», продолжительностью 8 минут 38 секунд, размещенный в сети «Интернет» по адресу: http://vk.com/video50878676_156382724; видеоматериал под названием: «Муджахиды о терроризме», продолжительностью 8 минут 13 секунд, размещенный в сети «Интернет» по адресу: http://vk.com/video50848676_147979430 (решение Ленинского районного суда г. Воронежа от 22.10.2013);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«NS/WP Зачистка тамбура!» продолжительностью 54 секунды (решение Ленинского районного суда г. Воронежа от 10.10.2013);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фото с надписью «Е…ь кавказцев, весело, спортивно, модно», обнаруженный и изъятый в ходе мониторинга Интернет-портала http://shlko.livejournal.com/53475.html (решение Зольского районного суда Кабардино-Балкарской Республики от 06.12.2013);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www.dpni.org (решение Ленинского районного суда г. Кирова Кировской области от 09.09.2013);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kavkaz center television «Бомбардировка. Говорит Саид Бурятский» (решение Преображенского районного суда г. Москвы от 28.11.2012);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(решение Индустриального районного суда г. Ижевска от 02.10.2013);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Эрнста Химера «Поганка» («Der Giftpilz») (решение Октябрьского районного суда г. Ставрополя от 09.12.2013);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234.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со словами «Пока весь снег в тумане таял я С.В.Д. прижал к плечу, в тумане жид идет не быстро, </w:t>
            </w:r>
            <w:r w:rsidRPr="00041EDA">
              <w:rPr>
                <w:rFonts w:ascii="Times New Roman" w:eastAsia="MS Mincho" w:hAnsi="Times New Roman" w:cs="Times New Roman"/>
                <w:sz w:val="24"/>
                <w:szCs w:val="24"/>
                <w:lang w:val="en-US"/>
              </w:rPr>
              <w:lastRenderedPageBreak/>
              <w:t>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http://vk.com/silvestr_topol (решение Центрального районного суда г. Новосибирска от 07.11.2013);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информационного материала под названием «В г. Шумиха произошел бой с чеченцами – один убит, второй ранен», размещенный в сети Интернет по адресу http://novayrus.ru/?=13088 (решение Курганского городского суда Курганской области от 03.12.2013);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«Декларация войны» (решение Колпашевского городского суда Томской области от 06.12.2013);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«Охота на чурбанов - 2», размещенный на интернет-странице id 91984659 интернет-сайта www.vkontakte.ru (решение Советского районного суда г. Орла от 25.11.2013);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«Джихад там, где нужнее…», опубликованная 27 июля 2013 года на сайте http://www/hunafa.com (решение Магасского районного суда Республики Ингушетия от 12.12.2013);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«Посмотри вокруг!» и комментарии к ней, опубликованные в период с 26 октября по 16 ноября 2013 года на сайте http://www/hunafa.com (решение Магасского районного суда Республики Ингушетия от 12.12.2013);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с заглавием «UNTERMENSCHEN», размещенный в международной компьютерной сети «Интернет» на интернет сайте stomahin.info в разделе «СТАТЬИ БОРИСА СТОМАХИНА» по электронному адресу: http:// stomahin.info/artikl/artikl.htm на странице сайта по адресу: http:// stomahin.info/artikl/untermenschen.htm (решение Ленинского районного суда г. Саранска Республики Мордовия от 19.12.2013);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http://stomahin.info/ (решение Бабушкинского районного суда г. Москвы от 26.11.2013);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(видеосюжеты), содержащиеся в файлах «Film.avi.55», «Панехида-min.fiv», «VTS_01_1.VOB», «VTS_01_2.VOB», «VTS_01_3.VOB» (решение Олонецкого районного суда Республики Карелия от 14.08.2013 и определение Олонецкого районного суда Республики Карелия от 18.09.2013);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произведения (стихотворения) «Крошка-скин ко мне пришел…», расположенный по электронному адресу: http://ilia13.dubki.ru/forums/topic/6--/ (решение Кромского районного суда Орловской области от 14.01.2014);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стены с надписью «Бей бабу кирпичами, чтобы не спала с хачами!», размещенное на Интернет-сайте http://vk.com/id133930583 (решение Арсеньевского городского суда Приморского края от 05.12.2013);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с заглавием «МРАЗЬ РОССИЯ», размещенный в международной компьютерной сети «Интернет» на интернет-сайте stomahin.info в разделе «СТАТЬИ БОРИСА СТОМАХИНА» по электронному адресу: http://stomahin.info/articl/articl.htm на странице сайта по адресу http://stomahin.info/articl/mriaz_russia.htm (решение Ленинского районного суда г. Саранска Республики Мордовия от 19.12.2013);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248.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 «ВЫБОРЫ 04 03 2012 ХАРАМ» (решение Тагилстроевского районного суда г. Нижнего </w:t>
            </w:r>
            <w:r w:rsidRPr="00041EDA">
              <w:rPr>
                <w:rFonts w:ascii="Times New Roman" w:eastAsia="MS Mincho" w:hAnsi="Times New Roman" w:cs="Times New Roman"/>
                <w:sz w:val="24"/>
                <w:szCs w:val="24"/>
                <w:lang w:val="en-US"/>
              </w:rPr>
              <w:lastRenderedPageBreak/>
              <w:t>Тагила Свердловской области от 28.11.2013);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на интернет – сайте «В контакте» – текст «Возрождение национал – Социализма! 14.88 «We must secure the existence of our people and a future for white children» (решение Кунцевского районного суда г. Москвы от 12.07.2013);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«Skiny...», размещенный на электронной странице в сети Интернет http://vk.com/id41735474 (решение Московского районного суда г. Калининграда от 03.10.2013);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«Смерть хачам!!!», размещенный на электронной странице в сети Интернет http://vk.com/id41735474 (решение Московского районного суда г. Калининграда от 01.10.2013);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формата 18 «Бей чурок!», размещенный на электронной странице в сети Интернет http://vk.com/id41735474 (решение Московского районного суда г. Калининграда от 03.09.2013);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225</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Видео-файл «Убей хача – спаси страну», размещенный на электронной странице в сети Интернет http://vk.com/id41735474 (решение Московского районного суда г. Калининграда от 30.08.2013);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«Формат 18 Казнь таджитского», размещенный на электронной странице в сети Интернет http://vk.com/id41735474 (решение Московского районного суда г. Калининграда от 05.09.2013);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«Россия для русских», размещенный на электронной странице в сети Интернет http://vk.com/id41735474 (решение Московского районного суда г. Калининграда от 27.08.2013);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Russkij, ochnis´! Protiv tebya idet vojna!, размещенный на электронной странице в сети Интернет http://vk.com/id41735474 (решение Московского районного суда г. Калининграда от 14.08.2013);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«Чуркам-смерть», размещенный на электронной странице в сети Интернет http://vk.com/id41735474 (решение Московского районного суда г. Калининграда от 05.09.2013);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d2a7d42541be-27514966.vk «Россия без чурок!!!!!!», размещенный на электронной странице в сети Интернет http://vk.com/id41735474 (решение Московского районного суда г. Калининграда от 05.09.2013);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«Kazn`pyati okkupantov NS-WP», размещенный на электронной странице в сети Интернет http://vk.com/id41735474 (решение Московского районного суда г. Калининграда от 27.09.2013);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«Скины», размещенный на электронной странице в сети Интернет http://vk.com/id41735474 (решение Московского районного суда г. Калининграда от 27.09.2013);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«Ваня. Записки подельника» за подписью zJudes, опубликованная в журнале «Автоном» № 32 зима 2011 (решение Ленинского районного суда г. Тюмени от 27.11.2013);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264.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Статья «Об анархизме и насилии. Месть как важное человеческое право» за подписью Владислава Суркова, </w:t>
            </w:r>
            <w:r w:rsidRPr="00041EDA">
              <w:rPr>
                <w:rFonts w:ascii="Times New Roman" w:eastAsia="MS Mincho" w:hAnsi="Times New Roman" w:cs="Times New Roman"/>
                <w:sz w:val="24"/>
                <w:szCs w:val="24"/>
                <w:lang w:val="en-US"/>
              </w:rPr>
              <w:lastRenderedPageBreak/>
              <w:t>опубликованная в журнале «Автоном» № 33 осень 2011 (решение Ленинского районного суда г. Тюмени от 27.11.2013);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1 час 02 минуты (решение Центрального районного суда г. Тюмени от 06.12.2013);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Оставайся белым» (решение Центрального районного суда г. Новосибирска от 25.11.2013);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(id 49921315) видеофайл «Саритов Рамазан. Хасавюртовский джама1ат муджах1идов..flv»; видеофайл «Чеченцы.flv»; видеофайл «Про чеченцев.flv»; видеофайл «НАШ ПУТЬ ДЖИХАД…mp4»; видеофайл «Кавказцы против Скинов»; видеофайл «Нашид - Мы Муджахеды, войско Аллаха.mp4»; аудиофайл «даги - Республика кавказа.mp3»; аудиофайл «Кавказ -Кавказ, Горячая Кровь Течёт.mp3»; видеофайл «Кавказ Горячая Кровь.flv»; видеофайл «vs_302_63aa80bd2778_5283720.vk.flv» («Кавказ vs скинхед»); видеофайл djkmybr_1_c98895373505_117304643.vk.flv» («вольник»); видеофайл «Дербентский Джамаат (1).mp4»; видеофайл «Дербентский Джамаат.mp4»; видеофайл «дагестан.flv»; видеофайл «Хамзат Гелаев - черный ангел.flv»; видеофайл «ISLAM ИншАлла.mp4»; видеофайл «Кавказец в метро.mp4»; видеофайл «Махачкала.mp4» (решение Эжвинского районного суда г. Сыктывкара Республики Коми от 02.12.2013 и </w:t>
            </w:r>
            <w:r w:rsidRPr="00041EDA">
              <w:rPr>
                <w:rFonts w:ascii="Times New Roman" w:eastAsia="MS Mincho" w:hAnsi="Times New Roman" w:cs="Times New Roman"/>
                <w:sz w:val="24"/>
                <w:szCs w:val="24"/>
                <w:lang w:val="en-US"/>
              </w:rPr>
              <w:lastRenderedPageBreak/>
              <w:t>определение Эжвинского районного суда г. Сыктывкара Республики Коми от 09.01.2014);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«Русский национализм», размещенная на Интернет-сайте vk.com/wall-53612676 (решение Арсеньевского городского суда Приморского края от 16.12.2013);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«Вернем нашу землю себе!», размещенная на Интернет- сайте vk.com/pdrp25?z=photo53829134_305247532%2Falburn53829134_000%2Frev (решение Арсеньевского городского суда Приморского края от 16.12.2013);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sharhsunna.org (решение Советского районного суда г. Астрахани от 16.07.2013);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vk.com/id156642141?z=photo3718738_294970927%2Fwall156642141_3821 (решение Октябрьского районного суда г. Улан-Удэ от 23.01.2014);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под названием «Обращение ко всем мусульманам от сестер», размещенный в социальной сети «В контакте» (электронный адрес http:/vk.com/id146804100) (решение Пролетарского районного суда г. Ростова-на-Дону от 17.12.2013);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http:/vk.com/id185625765) (решение Пролетарского районного суда г. Ростова-на-Дону от 17.12.2013);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http:/vk.com/id146804100) (решение Пролетарского районного суда г. Ростова-на-Дону от 17.12.2013);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http:/vk.com/id146804100) (решение Пролетарского районного суда г. Ростова-на-Дону от 17.12.2013);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http://vk.com/id159847834 (решение Элистинского городского суда Республики Калмыкия от 17.01.2014);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Видеофильм «Свидетельство Анжелики Замбрано» (решение 109 гарнизонного военного суда от 05.02.2014);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ресурс – сайт www.hizb-russia.info, расположенный в глобальной информационной сети Интернет (решение Автозаводского районного суда г. Тольятти Самарской области от 20.12.2013);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 названием «РНЕ», продолжительностью 2 минуты 21 секунда, размещенный в сети интернет с доменным адресом: http://vk.com/video190670020_165188054; видеоролик с названием «СКИН УБИВАЕТ ХАЧА», продолжительностью 2 минуты 21 секунда, размещенный в сети интернет с доменным адресом: http://vk.com/video190670020_164332422; изображение с надписью «Что евреи, что хачи, хорошо горят в печи», размещенное в сети интернет с доменным адресом: http://vk.com/id190670020?z=photo190670020_298815587%2Falbum1906760020_0%2Frev); изображение с надписью «А у нас в квартире газ, а у вас?», размещенное в сети интернет с доменным адресом: http://vk.com/id190670020z=photo190670020_298815587%2Falbum1906760020_0%2Frev) (решение Ленинского районного суда г. Нижний Тагил Свердловской области от 19.12.2013);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на интернет-сайтах www.ummanews.ru и www.ummanews.com,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Видео-файлы (видеоролики): видеозапись длительностью 2 минуты 23 секунды под названием «Formal 18.Надписи скинхедов»; видеозапись длительностью 2 минуты 33 секунды под названием «Formal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w:t>
            </w:r>
            <w:r w:rsidRPr="00041EDA">
              <w:rPr>
                <w:rFonts w:ascii="Times New Roman" w:eastAsia="MS Mincho" w:hAnsi="Times New Roman" w:cs="Times New Roman"/>
                <w:sz w:val="24"/>
                <w:szCs w:val="24"/>
                <w:lang w:val="en-US"/>
              </w:rPr>
              <w:lastRenderedPageBreak/>
              <w:t>20.12.2013);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Текстовое сообщение следующего содержания: «FEMEN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FEMEN. Всю подробную информацию можно узнать связавшись со мной по скайпу karina198927 или председателя попечительского совета FEMEN г. Кандалакша, Маркелова Елизавета Афанасьевна (здание бывшего Поляр-сервиса) с 12 до 15 часов в будние дни», размещенное в социальной сети «Вконтакте» (http://vk.com/)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http://vk.com/id153596548 (решение Кандалакшского районного суда Мурманской области от 28.11.2013);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(http://vk/com/id07457828) и «Антон Spirit88» (http://vk.com/id145991795) (заочное решение Октябрьского районного суда г. Владимира от 20.12.2013);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285.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Бенито Муссолини «Третий путь Без демократов и коммунистов» (решение Железнодорожного </w:t>
            </w:r>
            <w:r w:rsidRPr="00041EDA">
              <w:rPr>
                <w:rFonts w:ascii="Times New Roman" w:eastAsia="MS Mincho" w:hAnsi="Times New Roman" w:cs="Times New Roman"/>
                <w:sz w:val="24"/>
                <w:szCs w:val="24"/>
                <w:lang w:val="en-US"/>
              </w:rPr>
              <w:lastRenderedPageBreak/>
              <w:t>районного суда г. Красноярска от 19.09.2013);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http://sebast-sto.livejournal.com/1658.html#cutidl;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«…(Osterreichisches Staatsarchiv-Kriegsarchiv, B 1041/45, Blatt 472-474)», размещённый на Интернет-странице по адресу: http://sebast-sto.livejournal.com/2012/09/01/;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w:t>
            </w:r>
            <w:r w:rsidRPr="00041EDA">
              <w:rPr>
                <w:rFonts w:ascii="Times New Roman" w:eastAsia="MS Mincho" w:hAnsi="Times New Roman" w:cs="Times New Roman"/>
                <w:sz w:val="24"/>
                <w:szCs w:val="24"/>
                <w:lang w:val="en-US"/>
              </w:rPr>
              <w:lastRenderedPageBreak/>
              <w:t>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w:t>
            </w:r>
            <w:r w:rsidRPr="00041EDA">
              <w:rPr>
                <w:rFonts w:ascii="Times New Roman" w:eastAsia="MS Mincho" w:hAnsi="Times New Roman" w:cs="Times New Roman"/>
                <w:sz w:val="24"/>
                <w:szCs w:val="24"/>
                <w:lang w:val="en-US"/>
              </w:rPr>
              <w:lastRenderedPageBreak/>
              <w:t>26.07.2013);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расположенные на 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(сайт) www.kavkazjihad.com (решение Горно-Алтайского городского суда Республики Алтай от 25.02.2014);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«Товарищ трудящийся»; интернет ресурс http://yalta-kpss.livejournal.com/392054.html, содержащий в себе статью «Товарищ трудящийся» (решение Центрального районного суда г. Кемерово от 24.12.2013);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размещенные Сарбашевым М.М. на сайте социальной сети информационной телекоммуникационной сети Интернет ООО «Вконтакте» (vk.com),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«Новогодняя акция NS-Wp к 2008 году…» («57с2111570а0b-82723583.vk.flv»),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http://vk.com/skinheads8814 (решение Печенгского районного суда Мурманской области от 14.11.2013);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http://vk.com/Issah1488. размером 364 МБ и общей продолжительностью 02 час 11 мин. 50 сек. (решение Промышленного районного суда г. Курска от 27.01.2014);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w:t>
            </w:r>
            <w:r w:rsidRPr="00041EDA">
              <w:rPr>
                <w:rFonts w:ascii="Times New Roman" w:eastAsia="MS Mincho" w:hAnsi="Times New Roman" w:cs="Times New Roman"/>
                <w:sz w:val="24"/>
                <w:szCs w:val="24"/>
                <w:lang w:val="en-US"/>
              </w:rPr>
              <w:lastRenderedPageBreak/>
              <w:t>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Шесть комментариев опубликованных к видеоролику «Ингуши позор кавказа» на Интернет-сайте «www.youtube.com» с адресом: http://www.youtube.com/watch?v=5BwQ-Wm2iyQ (решение Магасского </w:t>
            </w:r>
            <w:r w:rsidRPr="00041EDA">
              <w:rPr>
                <w:rFonts w:ascii="Times New Roman" w:eastAsia="MS Mincho" w:hAnsi="Times New Roman" w:cs="Times New Roman"/>
                <w:sz w:val="24"/>
                <w:szCs w:val="24"/>
                <w:lang w:val="en-US"/>
              </w:rPr>
              <w:lastRenderedPageBreak/>
              <w:t>районного суда Республики Ингушетия от 11.02.2014);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http:ingushetiyaru.org (апелляционное определение Судебной коллегии по гражданским делам Верховного Суда Республики Ингушетия от 19.09.2013);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 файл «бей хачей», размещенный на Интернет – странице по адресу: http://vk.com/video96975124_163560645 (решение Орджоникидзевского районного суда г. Екатеринбурга от 20.12.2013);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(vk.com/id180205016) информационно-телекоммуникационной сети Интернет (решение Центрального районного суда г. Читы от 20.01.2014);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Сайты: http://absurdopedia.net/wiki/Как_nравильно: изготовить_дома_бомбу; bagnet.org_как изготовить бомбу в домашних условиях; qualib.ru/.. .izgotovit… ustroystvo.. .domashnih-usloviyah; kolxoznik.com/article…bomba-v-domashnih-usloviyah; vip-samodelki.ru/562-bomba-v.. .usloviyax.html; pikabu.ru&gt;…izgotovit.. .bombu.. .domashnikh_usloviyakh…(решение Советского районного суда Ставропольского края от 05.02.2014);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Бориса Стомахина "Священная война", размещенная на интернет-сайте http://sopritivlenie.marsho.net (решение Бабушкинского районного суда г. Москвы от 25.02.2014);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«Манифест Багирова», размещенный на Интернет-сайте www.anticompromat.org (решение Замоскворецкого районного суда г. Москвы от 12.02.2013);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на интернет-сайте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Статья «Бомбардировшица»,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«Интернет» (решение Советского районного суда г. </w:t>
            </w:r>
            <w:r w:rsidRPr="00041EDA">
              <w:rPr>
                <w:rFonts w:ascii="Times New Roman" w:eastAsia="MS Mincho" w:hAnsi="Times New Roman" w:cs="Times New Roman"/>
                <w:sz w:val="24"/>
                <w:szCs w:val="24"/>
                <w:lang w:val="en-US"/>
              </w:rPr>
              <w:lastRenderedPageBreak/>
              <w:t>Махачкалы Республики Дагестан от 28.10.2013);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 листовка "Православие или смерть" (решение Новомосковского городского суда Тульской области от 11.02.2013);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Болгарским Никитой Игоревичем в сети «Интернет» на сайте www.vkontakte.ru видеоматериалы «Злая Россия» и «Звери» (решение Псковского городского суда Псковской области от 21.10.2013);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Видеообращение «Обращение амира Хамзы к жителям лезгинских районов Вилаята Дагестан», обнаруженное на сайтах http://youtube.com (указатель страницы http://www.youtube.com/wach7v-zHdEZHwm4T:), http://rbtube.ru (указатель страницы http://rbtube.ru/video/obrachenie-amira-ham:), http://portall.zp.ua (указатель страницы http://portall.zp.ua/video/obrashhenie-amira-kl), http://vdagestan.com/ (указатель страницы – http://vdagestan.com/obrashhenie-amira-xamzy-k-zhitelyam-lezginskix-rajonov-vilayata-dagestan-9.djihad) и на его дублирующем ресурсе http://vdagestan.info/ (указатель страницы – http://vdagestan.com/obrashhenie-amira-xamzy-k-zhitelyam-lezginskix-rajonov-vilayata-dagestan-9.djihad)?,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www.kavkazcentr/com/russ/content/2013/08/24/100097. shtml) (решение Советского районного суда г. </w:t>
            </w:r>
            <w:r w:rsidRPr="00041EDA">
              <w:rPr>
                <w:rFonts w:ascii="Times New Roman" w:eastAsia="MS Mincho" w:hAnsi="Times New Roman" w:cs="Times New Roman"/>
                <w:sz w:val="24"/>
                <w:szCs w:val="24"/>
                <w:lang w:val="en-US"/>
              </w:rPr>
              <w:lastRenderedPageBreak/>
              <w:t>Махачкалы Республики Дагестан от 24.10.2013);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музыкальной композиции «С днем рождения дед», размещенной в сети Интернет на сайте http://vk.com/dobru_cot (решение Кировского районного суда г. Астрахани от 14.03.2014);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(решение Магасского районного суда Республики Ингушетия от 03.03.2014);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электронная страница под именем «Аматуллах ЗАМУЖЕМ Му`мина-Иншааллаха» (электронный адрес http://vk.com/id82573615),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1d-94304087.vk. Кто эти мужчины Муджахеды!.flv» (решение Батайского городского суда Ростовской области от 29.11.2013);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«Россия с ножом в спине 2 (запрещенный к показу фильм СМОТРЕТ.flv» размером 341 МБ и общей продолжительностью 01 час 05 мин. 14 сек., размещенный на интернет-сайте, имеющем электронный адрес http://vkontakte.ru, страничка «http://vkontakte.ru/id133964061», в открытом доступе для просмотра неограниченному числу лиц (решение Промышленного районного суда г. Курска от 21.02.2014);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Бориса Стомахина «Русская революция в прошлом и будущем», размещенная на интернет-сайте http://sopritivlenie.marsho.net (решение Останкинского районного суда г. Москвы от 22.11.2013);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Бориса Стомахина «Цена свободы», размещенная на интернет-сайте http://sopritivlenie.marsho.net (решение Останкинского районного суда г. Москвы от 22.11.2013);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Бориса Стомахина «Время раздирать», размещенная на интернет-сайте http://sopritivlenie.marsho.net (решение Останкинского районного суда г. Москвы от 22.11.2013);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Песецким Дмитрием Валерьевичем в социальной сети «http://vkontakte.ru» на Интернет-страницах http://vk.com/video 167754704_162972186, http://vk.com/video 167754704_162985319, http://vk.com/video 167754704_162985350 видеоматериалы «убили кавказца» (файл «ubili kavkazca», размером 1,75 МБ), «Формат 18» (файл «Format 18», размером 6,04 МБ), «Формат 18» (файл «Format 18», размером 7,85 МБ) (решение Псковского городского суда Псковской области от 27.02.2014);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Ступенковым Кириллом Юрьевичем в социальной сети «http://vkontakte.ru» на Интернет-страницах http://vk.com/video 74473101_148617284, http://vk.com/video74473101_159168971, http://vk.com/video 74473101_15916899 видеоматериалы «Без названия» (файл «Bez nazvaniya.240.mp4», размером 6,41 МБ), «hooligan`s» (файл «hooligan`s.flv», размером 6,09 МБ), «смерть за родину» (файл «smert`za rodinu!!!», размером 4,89 МБ) и аудиозапись «Циклон-Б-Дети гор» (файл «Ciklon-B-Deti gor», размером 2,64 МБ) (решение Псковского городского суда Псковской области от 27.02.2014);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файлы «Скинхеды Украины»; «Без названия»; «Тесак. Интервью»; «Скины на рынке ЖЕСТЬ», размещенные в сети «Интернет» на сайте «vkontakte.ru» по странице http://vk.com id62473164 (решение Нижневартовского городского суда Ханты-Мансийского автономного округа – Югры от 18.03.2014);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«Знаем, помним, не простим. Сегодня для русских скорбная дата», размещенная на Интернет-ресурсе iks2010.org (решение Преображенского районного суда г. Москвы от 11.03.2014);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«Проклятые и благословенные - непреодолимая пропасть. Катакомбно-святоотеческая идеология. Часть 1 и часть 2», размещенная на Интернет-ресурсе iks2010.org (решение Преображенского районного суда г. Москвы от 11.03.2014);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 названием «Опровержение обвинений против Хизб ут Тахрир», продолжительностью 1 час 02 минуты (решение Центрального районного суда г. Тюмени от 27.01.2014);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Аудиоматериалы: «Правый рэп - Россия для 4уроК. mp3», «Правый Русский рэп - Я РУССКИИ. mp3», «Спортивный - 1488 Россия без чурок (правый рэп). mp3»; и видеоматериалы: «Россия Для Русских. mp4», «Бухенвальд Флава-7Oi Круг Ада (УЛЬТРА ПРАВЫЕ ТЕКСТА ОТ ФУТБОЛЬНЫХ ХУЛИГАНОВ). mp4», «россия для русских отряд 1488. mp4», «Словянский союз!. mp4», «Россия для русских2. mp4», «РоССия для РуССких, Москва для Москвичей, африка для негров, помойка для хачей.. mp4» (решение Курганского городского суда Курганской области от 11.12.2013 и определение Курганского городского суда Курганской области от 20.02.2014);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под названием «timur_mucaraev-prodazha_(www.palbu.ru).mp3», начинающийся со слов «В трудный час для Чечни вы все продали нас…..»; аудиофайл под названием «WaP.Ka4Ka.Ru_Timur_Mucuraev_-_1996 Gelaevskij_specnaz_(2_versiya)_-_10_-_SHamil_vedet_otryad.mp3», начинающийся со слов «Горят дома, за залпом залп…..» (решение Кстовского городского суда Нижегородской области от 12.02.2014);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Ивлевым Русланом Анатольевичем под псевдонимом «Адольф Гитлер» в сети «Интернет» на сайте «http://vk.com/id74957397» видеоматериалы: «скин хэд!!!!!!!!!!!!!№1», «скины», и «задумайся» (решение Псковского городского суда Псковской области от 05.11.2013);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233</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Интернет-ресурс «Информационное агентство Вилайята Палг1айче», размещенный в сети «Интернет» по электронному адресу: http://abrorinfo.wordpress.com/ (решение Интинского городского суда Республики </w:t>
            </w:r>
            <w:r w:rsidRPr="00041EDA">
              <w:rPr>
                <w:rFonts w:ascii="Times New Roman" w:eastAsia="MS Mincho" w:hAnsi="Times New Roman" w:cs="Times New Roman"/>
                <w:sz w:val="24"/>
                <w:szCs w:val="24"/>
                <w:lang w:val="en-US"/>
              </w:rPr>
              <w:lastRenderedPageBreak/>
              <w:t>Коми от 26.03.2014);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http://vk/com/|club60787159 интернет сайт www.vk.com (решение Томского районного суда Томской области от 24.03.2014);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следующим адресам в интернете: http://www.911-truth.net/Adolf_Hitler_Mein_Kampf_Russian_translation.pdf и http://economics.kiev.ua/index.php?id=223&amp;view=article (решение Ново-Савиновского районного суда г. Казани Республики Татарстан от 20.02.2014);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статей и комментарии к ним, распространяемые в сети Интернет лицами под псевдонимами «Виктор Шандров» и «Михаил Пупкин», опубликованные на сайте http://vk.com/this_is_sochi по адресу: http://via-midgard.info/news/uchi-kobyla-chechenskii-vazyk-zdes-skoro-vse.htm (решение Центрального районного суда г. Сочи Краснодарского края от 03.02.2014);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«Сестры на пути Аллаха. На русском языке», размещенный в Глобальной информационной сети Интернет по электронному адресу: http://www.youtube.com/watch?v=DkgRyKlhuFs, который длится 42 минуты 50 секунд (решение Вахитовского районного суда г. Казани от 28.03.2014);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Комментарии к статье «Русская мразь в камуфляже», размещенной в Глобальной информационной сети Интернет на ресурсе ummanews.com по электронному адресу: http://www.ummanews.com/news/kavkaz/9241-2012-11-12-06-52-50 (решение Вахитовского районного суда г. Казани от 28.03.2014);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Музыкально-текстовая композиция «Черная смерть» (http://vk.com/audios141033828) в сети Интернет на сайте «ВКонтакте» (решение Василеостровского районного суда г. Санкт-Петербурга от 05.12.2013);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www.kavkazjihad.com (решение Советского районного суда г. Астрахани от 13.03.2014);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234</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Публикация на Интернет-странице с адресом: http://slonus2012.livejournal.com «Стомахин приветствует взрывы в Волгограде», размещенная неустановленным лицом (решение Магасского районного суда Республики Ингушетия от 19.03.2014);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«Путин должен понести наказание за убийство сотен тысяч людей», опубликованная на Интернет-странице с адресом: http://06-ingushetiya.livejounal/com (решение Магасского районного суда Республики Ингушетия от 19.03.2014);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28.04.2014);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Бориса Стомахина «Смерть России!», размещенная на интернет-сайте http://sopritivlenie.marsho.net (решение Останкинского районного суда г. Москвы от 23.09.2013);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http://vk.com на странице пользователя «Евгений Волк» (решение Канавинского районного суда г. Нижнего Новгорода от 12.03.2014);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с адресом: http://goodbyekavkaz.org (решение Магасского районного суда Республики Ингушетия от 19.03.2014);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автора Лучко В.М. «Словарь по народоведению» часть 1 (А-И), издательство «Арктур-А», 2011 г. (ISBN 987-966-7572-35-8), книга автора Лучко В.М. «Словарь по народоведению» часть 2 (К-П), издательство «Арктур-А», 2011 г. (ISBN 987-966-7572-36-5), книга автора Лучко В.М. «Словарь по народоведению» часть 3 (Р-Я), издательство «Арктур-А», 2011 г. (ISBN 987-966-7572-37-2) (решение Пресненского районного суда г. Москвы от 04.12.2012);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музыкальной композиции «Да расист (п.у. Цербер)», размещенной в сети Интернет на сайте http://vk.com/dobry_cot (решение Кировского районного суда г. Астрахани от 10.04.2014);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17.02.2014);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«ОБРАЩЕНИЕ МУДЖАХЕДА 7:56 Смотрите до конца», ранее размещенный на сайте социальной сети Интернет www.vkom.ru под именем «Фарид Баталов» (электронный адрес – http://www.vk.com.ru/video63493515_155959644) (апелляционное определение Судебной коллегии по гражданским делам Верховного Суда Республики Татарстан от 16.12.2013);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«Скины ставят на место кавказцев...», размещенный Матвеенковым Денисом Андреевичем на Интернет-сайте, по электронному адресу http://vkontakte.ru/video136350127 163358456, размером 10,6 МБ и общей продолжительностью 04 мин. 04 сек (решение Промышленного районного суда г. Курска от 19.03.2014);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«Руководство уличного бойца. Борьба с ОМОН V 2.0», размещенный по сетевому адресу в сети Интернет: http:/russkyi-kot.blogspot.com,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(решение Мещанского районного суда г. Москвы от 26.11.2013);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в сети Интернет http://chekhlayzer.blogspot.ru (решение Заводского районного суда г. Грозного от 22.01.2014);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Зеркало сайта «Кавказ-Центр» - Кавказ-Центр в Твиттере с адресом https://twitter.com/kavkazcenter (решение Заводского районного суда г. Грозного от 29.07.2013);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Зеркало сайта «Кавказ-Центр» 2r2twzqh7gaji7.tor2web.org (решение Заводского районного суда г. Грозного от 11.10.2013);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в сети Интернет «alaninform.wordpress.com» (решение Заводского районного суда г. Грозного от 22.01.2014);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«Негры с точки зрения науки», размещенный в социальной сети Интернет «В контакте» Стефановым А.И. на личной странице www.vk.com/id. ustasa83 «Андрей Ustasa Стефанов» (решение Южно-Сахалинского городского суда от 13.03.2014);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362.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Интернет-ресурс «Сайт памяти Амира Рамзана Ахмадова!», размещенный в сети «Интернет» по </w:t>
            </w:r>
            <w:r w:rsidRPr="00041EDA">
              <w:rPr>
                <w:rFonts w:ascii="Times New Roman" w:eastAsia="MS Mincho" w:hAnsi="Times New Roman" w:cs="Times New Roman"/>
                <w:sz w:val="24"/>
                <w:szCs w:val="24"/>
                <w:lang w:val="en-US"/>
              </w:rPr>
              <w:lastRenderedPageBreak/>
              <w:t>электронному адресу: http://www.ahmadovjamaat.blogspot.ru/ (решение Интинского городского суда Республики Коми от 23.04.2014);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имеющий адрес «http://antiempire.marsho.net» (решение Центрального районного суда г. Барнаула Алтайского края от 03.04.2014);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www.grom2005.com и размещенные на нем материалы (решение Кузьминского районного суда г. Москвы от 28.04.2014);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236</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Информация, распространяемая посредством сети «Интернет» на странице demotivation.me/2gv7w181aqg0pic.htm1#.UoXucGi3kiF на Интернет-сайте www.demotivation.me (решение </w:t>
            </w:r>
            <w:r w:rsidRPr="00041EDA">
              <w:rPr>
                <w:rFonts w:ascii="Times New Roman" w:eastAsia="MS Mincho" w:hAnsi="Times New Roman" w:cs="Times New Roman"/>
                <w:sz w:val="24"/>
                <w:szCs w:val="24"/>
                <w:lang w:val="en-US"/>
              </w:rPr>
              <w:lastRenderedPageBreak/>
              <w:t>Пушкинского районного суда города Санкт-Петербурга от 12.03.2014);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статьи «Нужна бомба из подручных средств?», размещенные на сайте информационно-телекоммуникационной сети «Интернет» http://korsar-bomb.do.am/news/nuzhna__bomba_iz_podruchnykh_sredstv/2011-12-271 (решение Арзгирского районного суда Ставропольского края от 30.04.2014);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http: habar.org (решение Магасского районного суда Республики Ингушетия от 31.01.2014);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www.youtube.com http://www.youtube.com/watch?v=1BBhYaKA9Qw (решение Кировского районного суда города Санкт-Петербурга от 03.03.2014);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«Муджахиды Гасан и Гусейн Шахиды ИншааЛлах», расположенный на сайте «www.youtube.com» на странице по адресу http://www.youtube.com/watch?v=-jgrw8Nynek; видеоролик «Муджахиды непобедимые. Собаки поймите это.», расположенный на сайте «www.youtube.com» на странице по адресу http://www.youtube.com/watch?v=76R4X0N4-TU; видеоролик «Обращение Муджахида. Имарат Каваз.», расположенный на сайте «www.youtube.com» на странице по адресу http://www.youtube.com/watch?v=N-G-r2RdCTc (решение Черкесского городского суда Карачаево-Черкесской Республики от 17.02.2014);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w:t>
            </w:r>
            <w:r w:rsidRPr="00041EDA">
              <w:rPr>
                <w:rFonts w:ascii="Times New Roman" w:eastAsia="MS Mincho" w:hAnsi="Times New Roman" w:cs="Times New Roman"/>
                <w:sz w:val="24"/>
                <w:szCs w:val="24"/>
                <w:lang w:val="en-US"/>
              </w:rPr>
              <w:lastRenderedPageBreak/>
              <w:t>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Интернет-страница «Ванильный Шнапс» в социальной сети «В контакте», расположенная по электронному адресу: http://vk.com/public.phpvanillareich, а также совокупность текстовой и графической информации, </w:t>
            </w:r>
            <w:r w:rsidRPr="00041EDA">
              <w:rPr>
                <w:rFonts w:ascii="Times New Roman" w:eastAsia="MS Mincho" w:hAnsi="Times New Roman" w:cs="Times New Roman"/>
                <w:sz w:val="24"/>
                <w:szCs w:val="24"/>
                <w:lang w:val="en-US"/>
              </w:rPr>
              <w:lastRenderedPageBreak/>
              <w:t>размещенной на ней (решение Первореченского районного суда г. Владивостока от 28.04.2014);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«Муджахеды непобедимые. Собаки поймите это», размещенный в сети Интернет по электронному адресу: http://www.youtube.com/watch?v=76R4X0N4-TU (решение Ухтинского городского суда Республики Коми от 28.04.2014);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«www.youtube.com» по адресу http://www.youtube.com/watch?v=qaF3PTTvbGY и видеоролик «Перевязка Абу Джихаду», расположенный на странице сайта «www.youtube.com» по адресу http://www.youtube.com/watch?v=uJgawgBhSrU (решение Черкесского городского суда Карачаево-Черкесской Республики от 10.02.2014);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237</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Текст музыкальной композиции «Обострение», размещенной в сети Интернет на сайте http://vk.com/dobry_cot (решение Кировского районного суда г. Астрахани от 22.05.2014);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Уильяма Пауэлла «Поваренная книга анархиста», размещенная в электронном виде по адресам в сети Интернет: http://vk.com/docl22167743_154548133?hash= f92c006dlcaf218766&amp;dl=28aabb4 9a72 17e1962; http://rapidzona.com/books-journal-foto-torrent/books-torrent/13376-uilyam-рauyell -povarennaya-kniga-anarxista.html; http//poigraem.net/main/books/6157-uilyam-pauyell-povarennaya-kniga-anarxista.html (решение Предгорного районного суда Ставропольского края от 21.04.2014);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на интернет-адресах: http://www.youtube.com/watch?v=JdnPOvVPxOM (видеоролик «Обращение шейха Исама Умайра к членам Хизб-Ут-Тахрир России»); http://www.youtube.com/watch?v=JGHY96xlivg (видеоролик «Обращение Амира Хизб-Ут-Тахрир Ата Абы Рашты к жителям Шама»); http://www.youtube.com/watch?v=eE2DJUU7IlE (видеоролик «Почему они обвиняют Хизб-Ут-Тахрир в экстремизме?»); http://www.youtube.com/watch?v=r54i-d8LozM&amp;feature=c4-overview-vl&amp;list=PL 88gr6uJB7Mh-3k9NV5JRiRtWtdZP9DMw (видеоролик «Обращение Амира Хизб-Ут-Тахрир Ата Ибн Халиль Абу Ар-Рашт…»); http://www.youtube.com/watch?v=KGbXhflyUBo&amp;list=PL88gr6uJB7Mh-3k9NV5 JRiRtWtdZP9DMw (видеоролик «Обращение Амира Хизба к сирийцам»); http://www.youtube.com/watch?v=ff5ggiTlNCg (видеоролик «JICMI 2013. Выступление Османа Баххаша, руководитель ЦМО Хизб-Ут-Тахрир»); http://www.youtube.com/watch?v=0k6Mxja5ynk&amp;feature=c4-overview-vl&amp;list=PL AuzwgY6oNIVmFyia5U0wT51uDJT6Xh8z (видеоролик «Послание от шейха Хасан Аль-Джунейн к амиру Хизб ут-Тахрир»); http://www.youtube.com/watch?v=9suYoIbL0EM&amp;list=PLAuzwgY6oNIVmFyia5U0wT51uDJT6Xh8z (видеоролик «Речь амира Хизб ут-Тахрир – Ата Абу ар-Рашта»); http://www.youtube.com/watch?v=gxBQtczz6ms&amp;list=PLAuzwgY6oNIVmFyia5U0wT51uDJT6Xh8z (видеоролик «Амир Хизб ут-Тахрир Ата Абу ар-Рашта») (решение Новоуренгойского городского суда Ямало-Ненецкого автономного округа от 10.02.2014);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«Рус, проснись», видеоролик «ВОТ ПОЧЕМУ МЫ УБИВАЕМ СКИНОВ», размещенные в сети «Интернет» на сайте «vkontakte.ru» (vk.com) по электронному адресу: http:// vk.com id23100146 (решение Октябрьского районного суда Ханты-Мансийского автономного округа – Югры от 29.04.2014);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«Гори, гори, гори жидяра, mp4.» (решение Фрунзенского районного суда г. Владимира от 22.05.2014);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http://vk.com/video90633126_166326128 и http://vk.com/video90633126_166326108 (решение Вологодского городского суда Вологодской области от 23.04.2014);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Визуальные материалы: «Format 18 - actll-bydyshie», «Белый Крест. Видео 5», «Задумайся», «Русские националисты, Скинхеды» (решение Заельцовского районного суда Новосибирской области от 06.05.2014);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Аудиозаписи: «Коррозия Металла-Нигер», «SkinHead Generation - Zig Heil» (решение Октябрьского районного суда г. Томска от 20.05.2014);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385.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Пауля Йозефа Геббельса «Михаэль. Германская судьба в дневниковых листках» (решение Басманного </w:t>
            </w:r>
            <w:r w:rsidRPr="00041EDA">
              <w:rPr>
                <w:rFonts w:ascii="Times New Roman" w:eastAsia="MS Mincho" w:hAnsi="Times New Roman" w:cs="Times New Roman"/>
                <w:sz w:val="24"/>
                <w:szCs w:val="24"/>
                <w:lang w:val="en-US"/>
              </w:rPr>
              <w:lastRenderedPageBreak/>
              <w:t>районного суда г. Москвы от 22.10.2013 и апелляционное определение Судебной коллегии по гражданским делам Московского городского суда от 22.01.2014);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Исмагиловым Эдгаром Ильдаровичем в международной информационной сети Интернет на сайте «www.vk.com» в разделе «видеозаписи» на странице сайта http://vk.com/id42655755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 видеоролик «Россия для русских» и «Россия для русских 2» (решение Бердского городского суда Новосибирской области от 28.01.2014);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имеющий адрес http://www.fedspisok.org, и содержащиеся на нем информационные материалы (решение Славгородского городского суда Алтайского края от 21.05.2014);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239</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Листовка «Сила славян», размещенная на автобусной остановке, расположенной в Республике Хакасия г. Абакане по ул. Чертыгашева, 106 (решение Абаканского городского суда Республики Хакасия от </w:t>
            </w:r>
            <w:r w:rsidRPr="00041EDA">
              <w:rPr>
                <w:rFonts w:ascii="Times New Roman" w:eastAsia="MS Mincho" w:hAnsi="Times New Roman" w:cs="Times New Roman"/>
                <w:sz w:val="24"/>
                <w:szCs w:val="24"/>
                <w:lang w:val="en-US"/>
              </w:rPr>
              <w:lastRenderedPageBreak/>
              <w:t>19.05.2014);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«Anonymous Caucasus объявляет воину Олимпиаде в Сочи», опубликованный 28.12.2013 на сайте http://nohchipress.info/ на странице http://nohchipress.info/2013/12/8359 в Информационно-телекоммуникационной сети «Интернет» (решение Советского районного суда г. Махачкалы республики Дагестан от 25.03.2014);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«Русский выбирает НС», продолжительностью 01 мин. 06 сек., размещенный на интернет-странице по электронному адресу: http://youtube.com/watch?v=7urD5h6PTQg (решение Центрального районного суда г. Хабаровска от 12.05.2014);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http://www.platzdarm.org,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«Ничего не бояться!», опубликованная в газете «Своими Именами» № 41 (58) от 11 октября 2011 года (решение Басманного районного суда г. Москвы от 20.08.2013);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w:t>
            </w:r>
            <w:r w:rsidRPr="00041EDA">
              <w:rPr>
                <w:rFonts w:ascii="Times New Roman" w:eastAsia="MS Mincho" w:hAnsi="Times New Roman" w:cs="Times New Roman"/>
                <w:sz w:val="24"/>
                <w:szCs w:val="24"/>
                <w:lang w:val="en-US"/>
              </w:rPr>
              <w:lastRenderedPageBreak/>
              <w:t>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http://vk.com на личной странице пользователя под ником «Вахъид Радуев» по электронному адресу: http://vk.com/id2498846, длительностью 03 мин. 27 сек. (решение Кировского районного суда г. Уфы от 21.05.2014);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«Распространение Ислама», расположенный в социальной сети http://vk.com на личной странице пользователя под ником «Румейса Бинт-Адам» по электронному адресу: http://vk.com/id201696093, длительностью 10 мин. 16 сек. (решение Кировского районного суда г. Уфы от 21.05.2014);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с наименованиями «Кадий ИК Абу Мухаммад «Необходимость создания Имарата и Джамаата» и «Shahid Abu Khasan», опубликованных на сайте http://djamaattakbir.blogpost.ru, а также статьи с названием «Кадий ИК Абу Мухаммад «Необходимость создания Имарата и Джамаата» на странице http:vdagestan.com/kadij-ik-abu-muxammad-neobxodimost-sozdaniya-imarata-i-djamaata.djixad на сайте http://vdagestan.com в Информационно-телекоммуникационной сети «Интернет» (решение Советского районного суда г. Махачкалы Республики Дагестан от 28.04.2014);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с названием «Можно ли выезжать на Джихад в Сирию в то время, когда идет Джихад на Кавказе», опубликованный на странице http://alisnad.com/?p=834 на сайте http://alisnad.com в Информационно-телекоммуникационной сети «Интернет» (решение Советского районного суда г. Махачкалы Республики Дагестан от 28.04.2014);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http://ataka.ws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http://www.ataka.ws/read/news/novaja-orda-nastupaet-yeto-kasaetsja-kaz.html; текстовое сообщение под заголовком «Чужак убил русского, обвинили русских», размещенное в информационно-телекоммуникационной сети «Интернет» по адресу http://www.ataka.ws/read/news/chuzhak-ubil-russkogo-obvinili-russkih.html; текстовое сообщение под заголовком «Русские не сдаются!»; размещенное в информационно-телекоммуникационной сети «Интернет» по адресу: http://www.ataka.ws/read/news/russkie-ne-sdayutsja.html; текстовое сообщение под заголовком «После марша – в Атаку!»; размещенное в информационно-телекоммуникационной сети «Интернет» по адресу: http://www.ataka.ws/read/news/posle-marsha-v-ataku.html; текстовое сообщение под заголовком «Сын цыганского наркобарона убил боксера», размещенное в информационно-телекоммуникационной сети «Интернет» по адресу: http://www.ataka.ws/read/news/syn-cyganskogo-narkobarona-ubil-boksera.html; текстовое сообщение под заголовком «Дружба народов» по-нашему», размещенное в информационно-телекоммуникационной сети «Интернет» по адресу: http://www.ataka.ws/read/analytics/-druzhba-narodov-po-nashemu.html; текстовое сообщение под заголовком «Москва захвачена чужаками», размещенное в информационно-телекоммуникационной сети «Интернет» по адресу: http://www.ataka.ws/read/developments/moskva-zahvachena-chuzhakami.html; текстовое сообщение под заголовком «Война на улицах Петербурга», размещенное в информационно-телекоммуникационной сети «Интернет» по адресу: http://www.ataka.ws/read/news/voina-na-ulicah-peterburga.html; текстовое сообщение под заголовком «Битва за жизнь», размещенное в информационно-телекоммуникационной сети «Интернет» по адресу: http://www.ataka.ws/work/actions/bitva-za-zhizn.html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опубликованный 04.01.2013 на сайте http://imaratkavk.az/over-blog.com в сети «Интернет» с наименованием «Современная доктрина джихада» под авторством лица, представившегося Абу Анасом Хачароевским, на странице http://kavkaznews.overblog.eom/c (решение Советского районного суда г. Махачкалы Республики Дагестан от 04.03.2014);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vk.com/club39155422 (решение Ленинского районного суда г. Тюмени от 26.02.2014);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http://cultlib.alfaspace.net/80.htm (решение Череповецкого городского суда Вологодской области от 22.07.2014);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Cтатья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http://imaratkavkaz/over- blog.com на странице http://kavkaznews.overblog.com/2013/11 /%D0%9F%D0%BE%D I %8D%D0%BC%D0%B0-%C2%AB%D0%A3%D1%81%D1%8B%C2%BB.html. и 25.11.2013 на сайте http://vdagestan.com на странице http://vdagestan.com/poema-usy.djihadt (решение Советского районного суда </w:t>
            </w:r>
            <w:r w:rsidRPr="00041EDA">
              <w:rPr>
                <w:rFonts w:ascii="Times New Roman" w:eastAsia="MS Mincho" w:hAnsi="Times New Roman" w:cs="Times New Roman"/>
                <w:sz w:val="24"/>
                <w:szCs w:val="24"/>
                <w:lang w:val="en-US"/>
              </w:rPr>
              <w:lastRenderedPageBreak/>
              <w:t>г. Махачкалы Республики Дагестан от 07.03.2014);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http://www.halifat.info/analysis/occupation/141l-putin-licemer.html на сайте http://www.halifat.info/index.php в Информационно-телекоммуникационной сети «Интернет» (решение Советского районного суда г. Махачкалы Республики Дагестан от 19.02.2014);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«Амир Абу Ясир и Абдул-Азим – Обращение к Хивскому народу», размещённый 13.11.2013 г. на странице http://www.vdagestan.com/amir-abu-yasir-i-abdul-azim-obrashhenie-k-xivskomu narodu.djihad на сайте http://www.vdagestan.com в сети «Интернет» (решение Советского районного суда г. Махачкалы Республики Дагестан от 11.03.2014);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http://chemodanmudjahida.blogspot.ru (IP адрес 173.194.112.44); Интернет ресурс «Чемодан Муджахида» http://chemodanmudjahida.blogspot.ru (заочное решение Ленинского районного суда г. Перми от 28.04.2014);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«Русские Питера: между исламским ножом и полицейской дубинкой», размещенная на Интернет-ресурсе iks2010.org (решение Преображенского районного суда г. Москвы от 16.05.2014);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241</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w:t>
            </w:r>
            <w:r w:rsidRPr="00041EDA">
              <w:rPr>
                <w:rFonts w:ascii="Times New Roman" w:eastAsia="MS Mincho" w:hAnsi="Times New Roman" w:cs="Times New Roman"/>
                <w:sz w:val="24"/>
                <w:szCs w:val="24"/>
                <w:lang w:val="en-US"/>
              </w:rPr>
              <w:lastRenderedPageBreak/>
              <w:t>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«Идель-Урал. Способы борьбы с олимпийскими играми в Сочи», размещенная на Интернет-сайте «htt://idel-ural.tumlr.com/» (IP адрес 66.6.40.38); Интернет-ресурс «htt://idel-ural.tumlr.com/» (IP адрес 66.6.40.38) (заочное решение Ленинского районного суда г. Перми от 29.04.2014);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«Кто продолжается…», размещенная в сети Интернет на сайте «www.guraba.info» (решение Кировского районного суда г. Астрахани от 19.03.2014);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(видеоматериал) «Русь, вставай с колен!», размещенный в сети интернет на странице социальной сети «Вконтакте» по адресу: http://vk.com/id31809447 (решение Калининского районного суда г. Новосибирска от 02.06.2014);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(видеоматериал) «открытое письмо мертвой расе», размещенный в сети интернет на странице социальной сети «Вконтакте» по адресу: http://vk.com/id49263118 (решение Калининского районного суда г. Новосибирска от 02.06.2014);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http://www.youtube.com/watch?v= RRqS4AaD3_E (решение Ухтинского городского суда Республики Коми от 29.05.2014);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http://www.youtube.com/watch?v=XYVkk0C4eVY (решение Ухтинского городского суда Республики Коми от 29.05.2014);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Визуальные текстовые материалы: «Кавказский спортсмен наткнулся на русских школьников»; «Скингерл (Skingirl)»;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http:/www.vk.com/kroki1418 (решение Индустриального районного суда г. Ижевска от 20.05.2014);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заголовком «Если тебя насилует гастарбайтер – не убивай его, отдайся», размещенная 16 августа 2012 года Заяц Романом Николаевичем, в сети Internet на сайте Driveural.ru (адрес размещения статьи: driveural.ru/2012/08/16/migranty. htmI) (решение Кировградского городского суда Свердловской области от 06.06.2014);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Визуальный материал: видеоролик «Правые ребята» (решение Советского районного суда г. Новосибирска Новосибирской области от 28.05.2014);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«Десять лет преследований членов Хизба в России», длительностью 5 мин. 31 сек., и «Кто убедил в важности Халифата», длительностью 7 мин. 14 сек. (решение Самарского районного суда г. Самары от 28.04.2014);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«Нацисты - Партия Гитлера Благословимая», размещенный на интернет-сайте: http://www.wedkind.ru/text/7958220 98667237pl6306378- text pesni partiya-gitlera-blagoslavimava.html (решение Ленинского районного суда г. Астрахани от 23.05.2014);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режиме свободного доступа в сети «Интернет», в группе «АЛАНЫ-ОСЕТИНЫ-НАСЛЕДНИКИ ВЕРЫ АРИЙЦЕВ АССДИН» на интернет-сайте «Одноклассники» (http://www.odnoklassniki.ru/group/47810745204865)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Не понял») (решение Адлерского районного суда г. Сочи от 03.06.2014);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www.bigcaucasus.com (решение Красногвардейского районного суда Республики Адыгея от 11.06.2014);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242</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Cайт www.rusplatforma.org. (решение Ленинского районного суда г. Ставрополя от 13.06.2013);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«f5538fe4282d-41118517.vk» под названием «Джихад» и «5d6a704085.240.mp4»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(http://vk.com/) информационно-телекоммуникационной сети Интернет на странице пользователя под именем «Ульви Джаббаров», размещенные по адресу &lt;&lt;http://vk.com/id108638041&gt;&gt; (решение Кандалакшского районного суда Мурманской области от 16.04.2014);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24.04.2014);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Видеофильм «Кавказец режет горло девочке…mp4», размещенный в сети Интернет по адресу: http://vk.com/id26939759 ?w=wall26939759 687 (решение Бабушкинского районного суда г. Москвы от 10.06.2014);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Видеофильм «Приморские герои! Слава им! mp4», размещенный в сети Интернет по адресу: http://vk.com/video26939759 160848619 (решение Бабушкинского районного суда г. Москвы от 05.06.2014);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w:t>
            </w:r>
            <w:r w:rsidRPr="00041EDA">
              <w:rPr>
                <w:rFonts w:ascii="Times New Roman" w:eastAsia="MS Mincho" w:hAnsi="Times New Roman" w:cs="Times New Roman"/>
                <w:sz w:val="24"/>
                <w:szCs w:val="24"/>
                <w:lang w:val="en-US"/>
              </w:rPr>
              <w:lastRenderedPageBreak/>
              <w:t>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Cтатья «Краснодарское попсовое быдло процветает и наглеет как никогда прежде», http:/russkiapravda.blogspot.ru./2012/07/blog-post_1648/html, и статью «Ко дню памяти жертв зачистников </w:t>
            </w:r>
            <w:r w:rsidRPr="00041EDA">
              <w:rPr>
                <w:rFonts w:ascii="Times New Roman" w:eastAsia="MS Mincho" w:hAnsi="Times New Roman" w:cs="Times New Roman"/>
                <w:sz w:val="24"/>
                <w:szCs w:val="24"/>
                <w:lang w:val="en-US"/>
              </w:rPr>
              <w:lastRenderedPageBreak/>
              <w:t>ленинско-сталинско-ельцинско-путинского отечества», http:/russkiapravda.blogspot.ru./2013/02/blog-post_5699/html, размещенные в сети «Интернет» (решение Советского районного суда г. Краснодара от 27.05.2014);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«Коловрат – Слава России!!!», размещенный в сети Интернет в социальной сети «ВКонтакте» на Интернет-странице пользователя «Влад Черняк» по адресу http://audios166856291 (решение Советского районного суда г. Брянска от 16.06.2014);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«Саид Бурятский – Обращение к Сестрам.mp4», размещенный в социальной сети «Вконтакте», с сетевым адресом htt://vkontakte.ru/id72140321 (решение Кузьминского районного суда г. Москвы от 12.03.2014);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2 «Совет и доброе наставление.mp4», размещенный в социальной сети «Вконтакте», с сетевым адресом htt://vkontakte.ru/id72140321 (решение Кузьминского районного суда г. Москвы от 12.03.2014);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3 «Шейх Саид абу Саад (рахимуЛлах) Джихад.mp4», размещенный в социальной сети «Вконтакте», с сетевым адресом htt://vkontakte.ru/id72140321 (решение Кузьминского районного суда г. Москвы от 12.03.2014);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243</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http://vk.com/id147761417 (решение </w:t>
            </w:r>
            <w:r w:rsidRPr="00041EDA">
              <w:rPr>
                <w:rFonts w:ascii="Times New Roman" w:eastAsia="MS Mincho" w:hAnsi="Times New Roman" w:cs="Times New Roman"/>
                <w:sz w:val="24"/>
                <w:szCs w:val="24"/>
                <w:lang w:val="en-US"/>
              </w:rPr>
              <w:lastRenderedPageBreak/>
              <w:t>Правдинского районного суда Калининградской области от 17.06.2014);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Размёщенные Кашиным Алексеем Сергеевичем под именем «Алексей Кашин» в сети «Интернет» в социальной сети «Вконтакте» на странице группы «Rus 39» (http://vkontakte.ru/club44869454)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(http://cs416921.userapi.com/v416921388/f9a/kBoh5-FghgY.jpg), видеоматериал «Скинхед» (http://vk.com/video151394388_163793710) и видеоматериал с нецензурным названием «Скинхеды п…т абреков» (http://vk.com/video151394388_1637937697) (решение Правдинского районного суда Калининградской области от 17.06.2014);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«Краткое послание к карачаевскому народу от муджахидов Шама», расположенный по адресу: http://islamdmbiz.blogspot.ru/ (решение Черкесского городского суда Карачаево-Черкесской Республики от 15.04.2014);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группы «Ансамбль Христа Спасителя и мать сыра земля» «Синагога», размещенный в сети Интернет на сайте «http://vk.com», общей продолжительностью 1:59 минут (решение Центрального районного суда г. Кемерово от 30.05.2014);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 (определения Судебной коллегии по гражданским делам Курского областного суда от 22.12.2014 и от 14.01.2015);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«vkontakte.ru» на странице http://vk.com/id 177075782 (решение Нижневартовского городского суда Ханты-Мансийского автономного округа – Югры от 12.05.2014);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размещенный в информационно-телекоммуникационной сети «Интернет» «Gr.Om. – Esche ne vecher.mp3» «Гром – Еще не вечер», длительностью 2 минуты 12 секунд (решение Автозаводского районного суда г. Нижнего Новгорода от 03.04.2014);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http://islamdinbiz.blogspot.ro (решение Нальчикского городского суда Кабардино-Балкарской Республики от 19.06.2014);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«ОУН в Украiнi. ОУНЗ i ЗЧ ОУН» Нью-Йорк-Торонто, 1962, Львiв-Меморiал, 1991, Роман Кричевський (решение Мещанского районного суда г. Москвы от 18.11.2013);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WHITE POWER Елысин» (http://vk.com/idlll235275)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«Звон мечей (Салил Саварим)» (решение Минераловодского городского суда Ставропольского края от 15.07.2014);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«Наш путь и ваш путь»,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05 мин. 04 сек. (решение Кировского районного суда г. Уфы Республики Башкортостан от 04.03.2014);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«Этого малого достаточно, чтобы уважать Ислам»,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01 мин. 20 сек. (решение Кировского районного суда г. Уфы Республики Башкортостан от 04.03.2014);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«Xopss-Action»;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SS – Россия для Русских», размещенные Кротманом Антоном Вячеславовичем в социальной сети «ВКонтакте» по адресу: vk.com/main_name_ist_freiheit, под названием «Антон Кротман» (решение Тракторозаводского районного суда г. Волгограда от 26.06.2014);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книга «Основательно свидетельствуем о Царстве Бога» изд. Watch tower Bible and Tract Society of Pennsylvania, «Bearing Thorough Witness» About Godʼs Kingdom, Wachtturm Bibel – und Traktat-Gesellschaft der Zeugen Jehovas, е.V. Selters/Taunus Германия, 2009. – 224 с. (решение Успенского районного суда Краснодарского края от 19.06.2013);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Печатные издания издательства Watch Tower Bible and Tract Society of Pensylvania: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текста песни «Не покупайте у чурок» музыкальной группы «Коловрат» (решение Гиагинского районного суда Республики Адыгея от 10.07.2014);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под названием «Чурка», распространенный неустановленным лицом на Интернет-сайте www.dezinfo.net (решение Майкопского городского суда Республики Адыгея от 09.07.2014);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http://vk.com/id2096678852 (решение Октябрьского районного суда г. Ижевска от 25.06.2014);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«Приговор лидерам «Славянского союза» на Сахалине» (решение Южно-Сахалинского городского суда от 18.06.2014);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462.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 «Григорий Климов «Красная Каббала». Лек.1, ч.1» расположенный по электронному адресу: </w:t>
            </w:r>
            <w:r w:rsidRPr="00041EDA">
              <w:rPr>
                <w:rFonts w:ascii="Times New Roman" w:eastAsia="MS Mincho" w:hAnsi="Times New Roman" w:cs="Times New Roman"/>
                <w:sz w:val="24"/>
                <w:szCs w:val="24"/>
                <w:lang w:val="en-US"/>
              </w:rPr>
              <w:lastRenderedPageBreak/>
              <w:t>www.youtube.com/watch.7vHPu57z-wUtfI (решение Кировского районного суда Санкт-Петербурга от 18.03.2014);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Следующие изображения, размещенные на сайте www.vk.com/halomizhevsk: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«HOLACOSTE»;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«OSWIECIM» подпись под изображением «Горячая путевка» (решение Ленинского районного суда г. Ижевска Удмуртской Республики от 27.05.2014);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www.ummanews.com (решение Нальчикского городского суда Кабардино-Балкарской Республики от 01.04.2014);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«Коловрат – Россия для Русских», продолжительностью 1 минута 29 секунд (решение Заводского районного суда г. Орла от 07.07.2014);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w:t>
            </w:r>
            <w:r w:rsidRPr="00041EDA">
              <w:rPr>
                <w:rFonts w:ascii="Times New Roman" w:eastAsia="MS Mincho" w:hAnsi="Times New Roman" w:cs="Times New Roman"/>
                <w:sz w:val="24"/>
                <w:szCs w:val="24"/>
                <w:lang w:val="en-US"/>
              </w:rPr>
              <w:lastRenderedPageBreak/>
              <w:t>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Видеоролик «Коловрат – Московские бритоголовые», продолжительностью 2 минуты 28 секунд (решение Заводского районного суда г. Орла от 07.07.2014);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«Русский, очнись!!», продолжительностью 4 минуты 20 секунд (решение Заводского районного суда г. Орла от 07.07.2014);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Видеофильм «Максим Базылев (Лидер НСО-Север) о русской партизанской борьбе.mp4», размещенный в сети Интернет по адресу: http://vk.com/video26939759 162618769 (решение Бабушкинского районного суда г. Москвы от 13.05.2014);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vk.com/id140070279, принадлежащей Арслановой Г… М…, находящейся в общем доступе в разделе «Мои видеозаписи» (решение Вахитовского районного суда г. Казани от 28.03.2014);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247</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w:t>
            </w:r>
            <w:r w:rsidRPr="00041EDA">
              <w:rPr>
                <w:rFonts w:ascii="Times New Roman" w:eastAsia="MS Mincho" w:hAnsi="Times New Roman" w:cs="Times New Roman"/>
                <w:sz w:val="24"/>
                <w:szCs w:val="24"/>
                <w:lang w:val="en-US"/>
              </w:rPr>
              <w:lastRenderedPageBreak/>
              <w:t>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«Чеченцы режут русских солдат, они называют себя Пастухами. Детям не смотреть» на указателе страницы сайта http//:video.mail.ru/mail/dzirkalvalentina/_ vfavorites/1184.html, продолжительностью 14 минут 56 секунд (решение Кировского районного суда г. Саратова от 16.07.2014);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247</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«Подари себе будущее!»; листовка-стикер «Мне плевать на всех, живу где хочу» (решение Люблинского районного суда г. Москвы от 23.07.2014);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«Бритоголовые москвички», исполнителем которой является группа «Шмели», размещенной на сайте http://textpesni.org (решение Северного районного суда г. Орла от 30.06.2014);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опубликованные Мусабековым А.Д. в сети «Интернет» на пользовательской странице в социальной сети «ВКонтакте», расположенной по адресу: vk.com/id232473777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(решение Ковровского городского суда Владимирской области от 28.07.2014);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Видеофильм «Как отличить еврея от славянина, Тихомиров М.В. МЫ И ОНИ. mp4», размещенный в сети Интернет по адресу: http://vk.com/video26939759 163595146 (решение Бабушкинского районного суда г. Москвы от 28.05.2014);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247</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«Русский муджахид» (решение Орджоникидзевского районного суда г. Магнитогорска Челябинской области от 17.07.2014);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Интернет-сайт www.kavkaznews.overblog.com (решение Красноармейского районного суда г. Волгограда от 28.07.2014);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Информационная видеозапись: http://vk.com/video 31822214_1635333727 «скины какие они есть», размещенная в телекоммуникационной сети Интернет в социальной сети «В контакте» «Александр Лысюк» на сайте http://vk.com/id 31822214 (решение Бабаевского районного суда Вологодской области от 30.07.2014);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«Россия была предупреждена», размещенная на странице http://vdagestan.com/rossiva-bvla-preduprezhdena.diihad на сайте http://vdagestan.com в Информационно-телекоммуникационной сети «Интернет» (решение Советского районного суда г. Махачкалы Республики Дагестан от 08.04.2014);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Видеофонограмма «NS-WP Прямое действие клип», размещенный в сети Интернет на сайте «http://vk.com» общей продолжительностью 5:46 минут, в учетной записи пользователя «Дмитрий Барышев» (http://vk.com/id42846847) (решение Центрального районного суда г. Кемерово от 03.06.2014);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Фразы (тексты), обнаруженные в социальной сети «Вконтакте» под зарегистрированными учетными записями «Дэнвер Последний-Динозавр» (vk.com/id182453896), «Батожаргал Норбоев» (vk.com/id109077181)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Евстафьевым П…С… в социальной сети «http://vkontakte.ru» на Интернет-странице http://vk.com/id6693858 аудиоматериал «The Киборг – Бритый и злой» (размером 2,97 МБ) (решение Псковского городского суда Псковской области от 23.07.2014);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w:t>
            </w:r>
            <w:r w:rsidRPr="00041EDA">
              <w:rPr>
                <w:rFonts w:ascii="Times New Roman" w:eastAsia="MS Mincho" w:hAnsi="Times New Roman" w:cs="Times New Roman"/>
                <w:sz w:val="24"/>
                <w:szCs w:val="24"/>
                <w:lang w:val="en-US"/>
              </w:rPr>
              <w:lastRenderedPageBreak/>
              <w:t>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Материал, содержащийся в видеоролике «Наставление сестер» продолжительностью 13 минут 39 секунд, размещенный в сети Интернет по адресам: «http://vk.com/zagadka_01» (http://vk.com/id105595466), </w:t>
            </w:r>
            <w:r w:rsidRPr="00041EDA">
              <w:rPr>
                <w:rFonts w:ascii="Times New Roman" w:eastAsia="MS Mincho" w:hAnsi="Times New Roman" w:cs="Times New Roman"/>
                <w:sz w:val="24"/>
                <w:szCs w:val="24"/>
                <w:lang w:val="en-US"/>
              </w:rPr>
              <w:lastRenderedPageBreak/>
              <w:t>http://vk.com/muslimafisabillah, http://vk.com/videos-24525222&amp;z=video-24525222_160135484%2Fclub24525222/ (решение Заволжского районного суда г. Ульяновска от 20.06.2014);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расположенный по адресу: http://al-wayi.org/ (решение Ленинского районного суда г. Кирова от 28.07.2014);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«Григорий Климов «Красная Каббала». Лек.3, ч.1», размещенный в сети «Интернет» по электронному адресу: www.youtube.com/watch?v=KUn3zAxefWs (решение Кировского районного суда города Санкт-Петербурга от 19.06.2014);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аккумулируемая в группе с наименованием «SATAN POWER», размещенная в сети Интернет на сайте «ВКонтакте» по электронному адресу: http://vk.com/satanpower (решение Колпинского районного суда города Санкт-Петербурга от 23.06.2014);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обнаруженный в глобальной телекоммуникационной сети Интернет на сайте социальной сети «YouTube» под названием «Эллина Ильенко», по адресу: http://www.youtube.com/watch?v=tKLkCB2sG5w (решение Черкесского городского суда Карачаево-Черкесской Республики от 07.07.2014);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249</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«Сулейман аль-,Ульун: «Мы умрем для шахады», размещенный в глобальной телекоммуникационной сети Интернет на сайте социальной сети «VK» на странице пользователя под ником «Амина Аль-Къ,арачай», электронный адрес: http://vk.com/id194074157 (решение Черкесского городского </w:t>
            </w:r>
            <w:r w:rsidRPr="00041EDA">
              <w:rPr>
                <w:rFonts w:ascii="Times New Roman" w:eastAsia="MS Mincho" w:hAnsi="Times New Roman" w:cs="Times New Roman"/>
                <w:sz w:val="24"/>
                <w:szCs w:val="24"/>
                <w:lang w:val="en-US"/>
              </w:rPr>
              <w:lastRenderedPageBreak/>
              <w:t>суда Карачаево-Черкесской Республики от 07.07.2014);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«White Noise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abusalima770.blogspot.de (решение Кочубеевского районного суда Ставропольского края от 01.08.2014);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Информационная видеозапись: http://vk.com/videol09326806_165884945 под названием «NS/WP-PEOPLE HATERS», продолжительностью 3 минуты 32 секунды, размещенная в телекоммуникационной сети «Интернет» в социальной сети «Вконтакте» «Павел Григорьев» на сайте http://vk.com/id109326806; информационная видеозапись: http://vk.com/video90633126_165480077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http://vk.com/id109326806 (решение Кадуйского районного суда Вологодской области от 05.08.2014);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статье «Братья – мусульмане» на интернет-сайте http://ilgid/ru/politics/brothers.html,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«Обращение к коммерсантам», размещенный в информационно-телекоммуникационной сети «Интернет» на сайте: http://www.youtube.com/watch?v=et4dDxLdWS4&amp;feature=c4-overview&amp;list=UUTRPL77SG0Pd2yB-aZcJ7aQ (решение Петровского районного суда Ставропольского края от 01.08.2014);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«vkontakte.ru» на странице http://vk.com/club40668465 (решение Нижневартовского городского суда Ханты-Мансийского автономного округа – Югры от 04.06.2014);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w:t>
            </w:r>
            <w:r w:rsidRPr="00041EDA">
              <w:rPr>
                <w:rFonts w:ascii="Times New Roman" w:eastAsia="MS Mincho" w:hAnsi="Times New Roman" w:cs="Times New Roman"/>
                <w:sz w:val="24"/>
                <w:szCs w:val="24"/>
                <w:lang w:val="en-US"/>
              </w:rPr>
              <w:lastRenderedPageBreak/>
              <w:t>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«Обращение муджахидов Шама» продолжительностью 13 минут 54 секунды, размещенный в сети Интернет на сайте «www.youtube.com/watch?v=jh6s6_tsheM» (решение Кировского районного суда г. </w:t>
            </w:r>
            <w:r w:rsidRPr="00041EDA">
              <w:rPr>
                <w:rFonts w:ascii="Times New Roman" w:eastAsia="MS Mincho" w:hAnsi="Times New Roman" w:cs="Times New Roman"/>
                <w:sz w:val="24"/>
                <w:szCs w:val="24"/>
                <w:lang w:val="en-US"/>
              </w:rPr>
              <w:lastRenderedPageBreak/>
              <w:t>Астрахани от 01.09.2014);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под названием «Нож»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под названием «Унтерменш»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текстовый материал озаглавленный словами «Памятка молодому муджахиду», размещенный на интернет-странице vk.com/id212355975 (решение Пятигорского городского суда Ставропольского края от 07.08.2014);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интернет-страница vk.com/id212355975 (решение Пятигорского городского суда Ставропольского края от 07.08.2014);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vk.com/shamtoday (решение Пятигорского городского суда Ставропольского края от 07.08.2014);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интернет-страница vk.com/shamtoday (решение Пятигорского городского суда Ставропольского края от 07.08.2014);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http://vk.com/romansyvun (решение Пятигорского городского суда Ставропольского края от 07.08.2014);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«Свидѣтельство IСУСЪ-ХРИСТОВО» издательства www.svetoch.org (решение Свердловского районного суда г. Белгорода от 19.08.2014);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«Скандал на всероссийском съезде офицеров!.mp4»; видеоролик под названием «1993. Офицер Кирилл Барабаш о присяге и ее предательстве.mp4»; видеоролик под названием «Кирилл Барабаш на митинге – Мы против Путина 26 мая 2012.mp4»; видеоролик под названием «Кирилл Барабаш – Мы будем уничтожать жуликов и воров. mp4»; видеоролик под названием «I tak budet s kazhdym!!!!!!!.mp4»; видеоролик под названием «Davaj!.240.mp4» (решение Каширского городского суда Московской области от 02.06.2014);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Информационный материал – интернет страница https://vk.com/hitler_public (решение Пятигорского городского суда Ставропольского края от 04.08.2014);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статьи «Как изготовить взрывное устройство в домашних условиях?», размещенные в информационно-телекоммуникационной сети «Интернет» на сайте: http://qalib.ru/a/kak-izgotovit-vzrivnoe-ustroystvo-v-domashnih-usloviyah (решение Петровского районного суда Ставропольского края от 19.06.2014);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на интернет-сайте http://kavkaznews.overblog.com,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Иинформационные материалы, размещенные на интернет-сайте http://shamilonline.wordpress.com,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на интернет-сайте http://islamskiyemiratkavkaz.blogspot.be,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на странице сайта в сети Интернет http://vk.com/club41460737 (решение Труновского районного суда Ставропольского края от 17.07.2014);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Объект № 3 (файла «MgISO-Re9hs.jpg»),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Объект № 4 (файла «K2X1mPxEcI0.jpg»),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видеоматериалы «Основной альбом» под музыку Дюшес – Я рисую белым мелом 14/88.Picrolla», размещенный по интернет-адресу: http://vk.com/video137696323_165153287, и «НАКОЛКИ БЕЛЫХ БРАТЬЕВ» под музыку Скины –Зиг Хай. Picrolla», размещенный по интернет-адресу: http://vk.com/video137696323_1164443040 (решение Ноябрьского городского суда Ямало-Ненецкого автономного округа от 07.08.2014);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«Ку Клукс Клан: Белое движение в США» - М.: Фэри – В.2001» (решение Южно-Сахалинского городского суда Сахалинской области от 13.06.2013);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«Традиция и раса» Юлиус Эвола. Новгород. «Толерантность». 2007 (решение Южно-Сахалинского городского суда Сахалинской области от 02.07.2013);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«Vk.com» на странице «Федор Щусь», расположенной по электронному адресу: http://vk.com/volk7v7russia (решение Советского районного суда г. Краснодара от 10.07.2014);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http://vk.com/vampir282, 1. Видеоматериалы (видеоролики): - «1488.mp4» – видеофонограмма продолжительностью 02 мин. 57 сек. Видеоролик начинается заставкой – статическим изображением в виде надписи «HATE YOU ALL»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«FORMAT-18 казнь.mp4»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(Россисты).mp4» – видеофонограмма продолжительностью 5 мин. 54 сек. В нижнем левом игру кадра присутствует эмблема канала с надписью «KAVKAZ.TV», информационная плашка с надписью «ОБЫКНОВЕННЫЙ РУСИЗМ Russian Racists».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Скинхеды.mp4»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.mp4»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.mp4»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«скинхеди..mp4»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w:t>
            </w:r>
            <w:r w:rsidRPr="00041EDA">
              <w:rPr>
                <w:rFonts w:ascii="Times New Roman" w:eastAsia="MS Mincho" w:hAnsi="Times New Roman" w:cs="Times New Roman"/>
                <w:sz w:val="24"/>
                <w:szCs w:val="24"/>
                <w:lang w:val="en-US"/>
              </w:rPr>
              <w:lastRenderedPageBreak/>
              <w:t xml:space="preserve">текстовой надписью «FORMAT18.» За кадром звучит песня на русском языке в мужском и женском исполнении. Завершающая заставка содержит изображение-эмблему (кельтский крест с надписью «WHITE PRIDE WORLD WIDE»); - «скинхеды (далее следует нецензурное выражение) хачей….mp4» – видеофонограмма продолжительностью 02 мин. 39 сек. Видеоролик начинается заставкой с изображением Гитлера и надписью «FORMAT18».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www.format18.org» на бело-желто-черном фоне; - «Скинхеды!..mp4»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1488.mp4» – видеофонограмма продолжительностью 00 мин. 55 сек. Заставка представляет собой чередующиеся статистические изображения Гитлера с надписью FORMAT18 New, надпись VOLKSTURM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«VaMpiR»;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«skins»; - карикатурное изображение плачущего Гитлера, </w:t>
            </w:r>
            <w:r w:rsidRPr="00041EDA">
              <w:rPr>
                <w:rFonts w:ascii="Times New Roman" w:eastAsia="MS Mincho" w:hAnsi="Times New Roman" w:cs="Times New Roman"/>
                <w:sz w:val="24"/>
                <w:szCs w:val="24"/>
                <w:lang w:val="en-US"/>
              </w:rPr>
              <w:lastRenderedPageBreak/>
              <w:t>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MILLION JEWS» (анг. «6 миллионов евреев») (решение Александровского городского суда Владимирской области от 15.09.2014);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«Абу Усама - настало время», расположенный в социальной сети http://vk.com на личной странице пользователя под ником «Бинт Адам» по электронному адресу: http://vk.com/id175807873, длительностью 46 мин. 31 сек. (решение Кировского районного суда г. Уфы Республики Башкортостан от 18.07.2014);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«СМОТРЕТЬ ДО КОНЦА. обращение к нам..Раббани», расположенный в социальной сети http://vk.com на личной странице пользователя под ником «Ахмед Ахметов» по электронному адресу: http://vk.com/id753409, длительностью 8 мин. 17 сек. (решение Кировского районного суда г. Уфы Республики Башкортостан от 18.07.2014);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на интернет-сайте: http://islamskiyemiratkavkaz.blogspot.ru/,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w:t>
            </w:r>
            <w:r w:rsidRPr="00041EDA">
              <w:rPr>
                <w:rFonts w:ascii="Times New Roman" w:eastAsia="MS Mincho" w:hAnsi="Times New Roman" w:cs="Times New Roman"/>
                <w:sz w:val="24"/>
                <w:szCs w:val="24"/>
                <w:lang w:val="en-US"/>
              </w:rPr>
              <w:lastRenderedPageBreak/>
              <w:t>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09 минут 59 секунд (решение Центрального районного суда г. Тюмени от 25.04.2014);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253</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Статья «Герге. Всем способным держать оружие», размещенная Котельниковым Д… В… на своей персональной странице пользователя www.k.com/id 127688131 на сайте «Вконтакте» (решение Южно-Сахалинского городского суда Сахалинской области от 28.08.2013);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Видеоклип «Флешмоб паблика MDK», продолжительностью 15 секунд, размещенный в международной компьютерной сети Интернет на сайте социальной сети www.vk.com/muhamrnadallekz?z=video39258317 на страничке пользователя «Мухаммад Ридахан» (решение Канавинского районного суда Нижегородской области от 30.06.2014);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«Русский, проснись! Против тебя идет война!», размещенный Самсоновым И… В… на Интернет-сайте, по электронному адресу http://vk.com/id 135782824, размером 9,90 МБ и общей продолжительностью 06 мин. 20 сек. (решение Промышленного районного суда г. Курска от 13.08.2014);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«Хунвэйбины» Кремля», опубликованная в газете «Своими именами» № 24 (143) от 11 июня 2013 года (решение Басманного районного суда г. Москвы от 20.08.2014);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в файле «Красавцы ваще!!!!!!»,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в файле «Скинам»,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в файле «Формат 18 (Скин пресовал хачика)»,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Интернет-сайты http://vk.com/id237858229 и http://vk.com/stjal (решение Кировского районного суда г. Астрахани от 23.09.2014);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интернет-адресам: jihadkavkaz.com, www.unaunso.org, una-unso.info, http://www.unso.in.ua/uk, http://pravyysektor.info (решения Новоуренгойского городского суда Ямало-Ненецкого автономного округа от 09.09.2014, от 30.01.2015 и определение Новоуренгойского городского суда Ямало-Ненецкого автономного округа от 12.09.2014).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 названием «1» (URL-адрес: http:vk.com/id6641584, социальная сеть «В Контакте») (решение Саровского городского суда Нижегородской области от 04.08.2014);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545.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Информационные материалы – видеоролики: «Скинхеды» продолжительностью 2:40 мин., с изображением </w:t>
            </w:r>
            <w:r w:rsidRPr="00041EDA">
              <w:rPr>
                <w:rFonts w:ascii="Times New Roman" w:eastAsia="MS Mincho" w:hAnsi="Times New Roman" w:cs="Times New Roman"/>
                <w:sz w:val="24"/>
                <w:szCs w:val="24"/>
                <w:lang w:val="en-US"/>
              </w:rPr>
              <w:lastRenderedPageBreak/>
              <w:t>на первом кадре надписи «PODOLSK FRON» с изображением символа в виде меча PRESEN;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размещенные на сайте www.svyatorus.com (решение Назаровского городского суда Красноярского края от 11.09.2014);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Видеообращение на интернет сервисе, предоставляющего услуги видео хостинга «https:// www.youtube.com», на котором размещена ссылка https: //www.YouTube.com/watch?v = 4gg8Q9flaM «Ауховский джамаат» (решение Хасавюртовского городского суда от 15.07.2014);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Видеообращение на интернет сервисе, предоставляющего услуги видео хостинга «https:// www.youtube.com», на котором размещена ссылка https:// www.youtube.com/ watch?v=G0NONhEV5hc видеозапись «Адам абу Ясир: Хутба на похоронах Микаила из Харачи» (решение Хасавюртовского городского суда от 15.07.2014);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w:t>
            </w:r>
            <w:r w:rsidRPr="00041EDA">
              <w:rPr>
                <w:rFonts w:ascii="Times New Roman" w:eastAsia="MS Mincho" w:hAnsi="Times New Roman" w:cs="Times New Roman"/>
                <w:sz w:val="24"/>
                <w:szCs w:val="24"/>
                <w:lang w:val="en-US"/>
              </w:rPr>
              <w:lastRenderedPageBreak/>
              <w:t>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Информационные материалы, размещенные на интернет-сайте: http://ikavkaz.wordpress.com., являющемся информационным ресурсом международной организации «Имарат Кавказ» («Кавказский Эмират») (решение </w:t>
            </w:r>
            <w:r w:rsidRPr="00041EDA">
              <w:rPr>
                <w:rFonts w:ascii="Times New Roman" w:eastAsia="MS Mincho" w:hAnsi="Times New Roman" w:cs="Times New Roman"/>
                <w:sz w:val="24"/>
                <w:szCs w:val="24"/>
                <w:lang w:val="en-US"/>
              </w:rPr>
              <w:lastRenderedPageBreak/>
              <w:t>Ноябрьского городского суда Ямало-Ненецкого автономного округа от 04.08.2014);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в файле «Славянский союз»,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в файле «Слава русскому народу»,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в файле «Формат 18»,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Книги из собрания сочинений «Рисале-и Нур» Бадиуззамана Саида Нурси: «История жизни», 2013 года издания (перевод с турецкого языка), издательство «Hizmet Vakfy Yayinlari», 768 с.; «Кастамонское Приложение», 2013 года издания, первое издание (перевод с турецкого) издательство Sozler Nesriyat Tic. Ve San. A.S., 361с.; «Лекарство для души», 2013 года издания (перевод с турецкого) издательство Sozler Nesriyat Tic. Ve San. A.S., 80 с.; «Вечный мир», 2012 года издания (перевод с турецкого) издательство Sozler Nesriyat Tic. Ve San. A.S., 263 с. (решение Артемовского городского суда Приморского края от 30.09.2014);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w:t>
            </w:r>
            <w:r w:rsidRPr="00041EDA">
              <w:rPr>
                <w:rFonts w:ascii="Times New Roman" w:eastAsia="MS Mincho" w:hAnsi="Times New Roman" w:cs="Times New Roman"/>
                <w:sz w:val="24"/>
                <w:szCs w:val="24"/>
                <w:lang w:val="en-US"/>
              </w:rPr>
              <w:lastRenderedPageBreak/>
              <w:t>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w:t>
            </w:r>
            <w:r w:rsidRPr="00041EDA">
              <w:rPr>
                <w:rFonts w:ascii="Times New Roman" w:eastAsia="MS Mincho" w:hAnsi="Times New Roman" w:cs="Times New Roman"/>
                <w:sz w:val="24"/>
                <w:szCs w:val="24"/>
                <w:lang w:val="en-US"/>
              </w:rPr>
              <w:lastRenderedPageBreak/>
              <w:t xml:space="preserve">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w:t>
            </w:r>
            <w:r w:rsidRPr="00041EDA">
              <w:rPr>
                <w:rFonts w:ascii="Times New Roman" w:eastAsia="MS Mincho" w:hAnsi="Times New Roman" w:cs="Times New Roman"/>
                <w:sz w:val="24"/>
                <w:szCs w:val="24"/>
                <w:lang w:val="en-US"/>
              </w:rPr>
              <w:lastRenderedPageBreak/>
              <w:t>30.07.2014);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http://vk.com/id132340179 (решение Гусевского городского суда Калининградской области от 21.08.2014);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www.gorno-altaisk.info/news/27655 (решение Горно-Алтайского городского суда Республики Алтай от 19.09.2014);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в файле «Для тех, кто считает, что «нацизм» - это плохо…»,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в файле «Формат 18 (посвящается Тесаку)»,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256</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Тексты музыкальных композиций «Триеднiсть/Триединство/Трыадзiнства (TRIUNE)», «Не нужна такая защита (DON'T NEED SUCH PRJTECNION)», «Вместе и до конца! (TOGETHER UNTIL THE END!)», содержащиеся на компакт-диске с надписью «LAST PAGE ТРЕЗВОСТЬ Х НЕНАВИСТЬ»; текст </w:t>
            </w:r>
            <w:r w:rsidRPr="00041EDA">
              <w:rPr>
                <w:rFonts w:ascii="Times New Roman" w:eastAsia="MS Mincho" w:hAnsi="Times New Roman" w:cs="Times New Roman"/>
                <w:sz w:val="24"/>
                <w:szCs w:val="24"/>
                <w:lang w:val="en-US"/>
              </w:rPr>
              <w:lastRenderedPageBreak/>
              <w:t>музыкальной композиции «Очнись», содержащейся на компакт-диске с надписью «SHOT ON SIGHT ПРАВОСУДИЯ НЕТ»; тексты музыкальных композиций «Убей врага внутри себя», « Ярость», «Н.Н.Н.», содержащиеся на компакт-диске с надписью «RAGNAROCK зверь войны» (решение Володарского районного суда г. Брянска от 29.09.2014);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Аудио-ролик «Тимур Муцураев_-_ ИншаАллаh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http://vk.com/audios191320328 (решение Ленинского районного суда г. Тюмени от 17.09.2014);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«Шейх Абу Яхья аль-Либий: «Либо джихад либо позор. Выбирай», размещенная в сети Интернет на сайте «www.islaamskiyemiratkavkaz.blogspot.ru» (решение Кировского районного суда г. Астрахани от 03.10.2014);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Информационные материалы – видеофайлы: - «Операция Белый вагон», формат flv, размером 2.3 МБ, продолжительностью 43 сек; - «Whit Noise 88-Трагедия второй мировой войны», формат flv, размером 10.8 МБ, продолжительностью 04 мин. 07 сек; - «Я русский» формата flv, размером 7.33 МБ, продолжительностью 02 мин. 47 сек.; - «Русские герои той войны», формат flv, размером 16 МБ, продолжительностью 06 мин. 18 сек.; - «Борьба за выживание нации», формат flv, размером 11.9 мб, продолжительностью 04 мин. 41 сек.; а также 14 фотографий в файлах: «x_72baedb 9», «x_247c89e4», «х_268dlf24», «x_440b43de», «х_0415d39», «х_а4bc6cbc», «x_b5a13234», «x_2b31cb77», «x_9fecabfa», </w:t>
            </w:r>
            <w:r w:rsidRPr="00041EDA">
              <w:rPr>
                <w:rFonts w:ascii="Times New Roman" w:eastAsia="MS Mincho" w:hAnsi="Times New Roman" w:cs="Times New Roman"/>
                <w:sz w:val="24"/>
                <w:szCs w:val="24"/>
                <w:lang w:val="en-US"/>
              </w:rPr>
              <w:lastRenderedPageBreak/>
              <w:t>«х_19e33bc7», «х_235а56е2», «x_bb60fac4», «х_be31fl5d», «х_с5bfсle4» (решение Россошанского районного суда Воронежской области от 08.10.2014);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(http://mmoru.com/) портала «Русское национальное единство» (решение Левобережного районного суда г. Липецка от 30.09.2014);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«!!!Слава РУСИ!!» (vk.com/video38202959137257429), продолжительностью 2 минуты 22 секунды (решение Советского районного суда г. Орла от 16.09.2014);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обнаруженный в глобальной телекоммуникационной сети Интернет в социальной сети «VK» на странице пользователя под ником «Оксана Вельва» по адресам: http://vk.com/groups.php7?act=s&amp;gid=36098011#/volva?z=video26268330 и http://vk.com/groups.php7?act+s&amp;gid=36098011#/volva, под названием «Поможем Евгению Стригину» (решение Черкесского городского суда Карачаево-Черкесской Республики от 22.07.2014);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Аудиозаписи: «P.S.7.62 - «Белые воины», «RGD 88 - «Черные рожи», «TNF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http://vk.com/dfsdffsd (решение Курганского городского суда Курганской области от 08.10.2014);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интернет-страница http://vk.com/povijest (решение Невинномысского городского суда Ставропольского края от 18.09.2014);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обнаруженный в глобальной телекоммуникационной сети Интернет, в социальной сети «VK» на странице пользователя под ником «Абуамир Карачай» по адресу http://vk.com/video 183227813 165484372 под названием «Мухаммад аль Арифи «Огненные слова в помощь жителям Шама» расположенный на сайте http://vk.com/video 183227813 165484372 (решение Черкесского городского суда Карачаево-Черкесской Республики от 24.07.2014);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расположенный в глобальной телекоммуникационной сети Интернет по адресу http://jamagat.wordress.com/category/новости/имарат-кавказ/къарачай,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Марцинкевича М.С. «Реструкт! Книга Максима Тесака» 2012 – 511с. (решение Чертановского районного суда г. Москвы от 28.10.2014);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Зеркало сайта «Кавказ-Центр» в Твиттере с адресом http://twitter.com/kavkazcentercom (решение Заводского районного суда г. Грозного Чеченской Республики от 09.10.2014);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(сайт) с адресом: http://twitter.com/HalilovMansur/ (решение Заводского районного суда г. Грозного Чеченской Республики от 09.10.2014);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(сайт) с адресом: http://islamskiyemiratkavkaz.blogspot.ru/ (решение Заводского районного суда г. Грозного Чеченской Республики от 09.10.2014);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«На пророческом пути» продолжительностью 36 минут 07 секунд (решение Октябрьского районного суда г. Ставрополя от 18.09.2014);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http://www.vedi-ra.info/dopinfo/index.php?20130911 (решение Электростальского городского суда Московской области от 23.10.2014);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http://sodiqlar.info (решение Ленинского районного суда г. Ставрополя от 16.10.2014);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579.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Фонограммы, записанные в файлы «Банда Москвы -Иммигрант», «CG Bros. Имигрант (cover Банда </w:t>
            </w:r>
            <w:r w:rsidRPr="00041EDA">
              <w:rPr>
                <w:rFonts w:ascii="Times New Roman" w:eastAsia="MS Mincho" w:hAnsi="Times New Roman" w:cs="Times New Roman"/>
                <w:sz w:val="24"/>
                <w:szCs w:val="24"/>
                <w:lang w:val="en-US"/>
              </w:rPr>
              <w:lastRenderedPageBreak/>
              <w:t>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«z_73d60719», «btJuEvlc_Xs», размещенные в сети Интернет на сайте Ошибка! Недопустимый объект гиперссылки., на странице пользователя с именем «Евгений правый Черкасов» и адресом http://vk.com/id109368331, альтернативным адресом http://vk.com/graf313131 (решение Заводского районного суда г. Кемерово от 20.08.2014);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«Шамиль Басаев был прав (точка зрения)», размещенный в сети Интернет по адресу: http://argumentua.com/stati/shamil-basaev-byl-prav-tochka-zreniya (решение Горно-Алтайского городского суда Республики Алтай от 07.10.2014);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«Украина – будущая российская действительность!?», размещенный в сети Интернет по адресу http:/russobor.com/publikaci-sobora/ukraina-budushaja-rosiiskaja-deistvitelnost/html и http://www.sibpower.com/publikaci/ukraina-budushaja-rosiiskaja-deistvitelnost/html (решение Горно-Алтайского городского суда Республики Алтай от 07.10.2014);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Сообщения, размещенные Морозовым А… В…, 27.03.1964 года рождения, в период с 02.12.2011 г. по 21.08.2013 г. в социальной сети «Вконтакте» ООО «В контакте» (http://vk.com) под именем «Александр Морозов» (идентификационный № 145813363) (решение Гагаринского районного суда г. Москвы от 18.08.2014);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http://nuruddin.info/index.php7newsid-20t на сайте http://nuruddin.info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с наименованием «Лавров: «Россия не приемлет появление новых ядерных держав в мире», опубликованная на странице http:/7w\vvv.hixb-russia.info/novosti/2043-lavrov-i-ossiya-ne-prieinlet-povavlenie-novvkh-vademykh-derzhav-v-mire.html на сайте http://www.hizb-russia.info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с наименованием «Спасение мусульман кроется только в Джихаде», опубликованная на странице http://nuruddininfo.wordpress.com/2007/03/09/7 на сайте http://nuruddininfo.wordpress.com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странице http://www.youtube.com/ channel/UChERe6pOz2qzPdCOlLZ2fIQ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http//vk.com/id232239713 (решение Элистинского городского суда Республики Калмыкия от 09.10.2014 и определение Элистинского городского суда Республики Калмыкия от 22.12.2014);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258</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Интернет-ресурс «Jihad /Imarat Kavkaz», размещенный в сети «Интернет» по электронному адресу: http://ikavkaz.wordpress.com/ (решение Интинского городского суда Республики Коми от 16.10.2014).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«Скины.flv» и «Белые войны. mp4» (решение Болховского районного суда Орловской области от 14.10.2014);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Фоменко Д… В… 28.01.2012 года на общедоступном для неограниченного круга лиц сайте, имеющем адрес: «http://vk.com/anapa_kavkazsilableat_suka_dermo» следующего содержания: «Слухи, … в нашей Анапе»; материалы, размещенные Фоменко Д… В… 25.03.2012 года на сайте, имеющем адрес: «http://vk.com/anapa_kavkazsilableat_suka_dermo»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Размещенная Максимовым П… Е… в сети «Интернет» видеозапись, озаглавленная, как «националисты кидают коктейли Молотова в дагестанский ресторан u0027u0027жи естьu0027u0027» (другое название «националисты кидают коктейли Молотова в дагестанский ресторан жи есть») продолжительностью 9 секунд (заочное решение Вологодского городского суда Вологодской области от 24.09.2014);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с названиями «Hizb ut-Tahrirʼs worldwide efforts towards the re-establishment of the Islamic State. The Call for Islam. The Ummahʼs vision. 2010 - 2012», «Митинг в Казани. 17 Рамадан 1433. В поддержку мусульман, подвергающихся репрессиям», «Арабские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«http://vk.com/id141849522» (решение Московского районного суда г. Казани от 02.09.2014);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Информационный материал – публикация (комментарий) «znatok95»: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www.youtube.com/watch?v=XIulGoHLWCE (решение Черекского районного суда </w:t>
            </w:r>
            <w:r w:rsidRPr="00041EDA">
              <w:rPr>
                <w:rFonts w:ascii="Times New Roman" w:eastAsia="MS Mincho" w:hAnsi="Times New Roman" w:cs="Times New Roman"/>
                <w:sz w:val="24"/>
                <w:szCs w:val="24"/>
                <w:lang w:val="en-US"/>
              </w:rPr>
              <w:lastRenderedPageBreak/>
              <w:t>Кабардино-Балкарской Республики от 08.08.2014).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стихотворения А.М. Бывшева «Украинским патриотам», размещенный в сети Интернет по адресу: http://www.05366.com.ua/news/492055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http://www.youtube.com/watch?v=Y9IeuauelBk под ником «Freddy Fred» (решение Прохладненского районного суда Кабардино-Балкарской Республики от 07.08.2014);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vk.com, ololo.fm по электронным адресам: http://ololo.fm/search/От+Сердца+К+Солнцу+282, http://vk.com/search?c[q]=от сердца к солнцу 282&amp;с[section]=audio (решение Октябрьского районного суда города Санкт-Петербурга от 19.11.2014);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 «Шамиль Басаев был прав (точка зрения)», размещенный в сети Интернет в социальной сети «В Контакте» в группе «Правые татары (Tatarr Bozgurd)» на интернет странице, имеющей адрес: vk.com.public61401517 (решение Авиастроительного районного суда г. Казани от 18.11.2014);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на странице пользователя «Макс Калиниченко» (vkontakte.ru/idkalinichenkomax),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«Удар русских богов». – Четвертое издание, дополненное и переработанное (автор Истархов В.А., издательство ЧП «Див», г. Харьков, Украина, 2007. – 480 с.) (решение Щучанского районного суда Курганской области от 17.11.2014);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«Дмитрий Боровиков. ЗА РУСЬ!», размещенный в социальной сети «ВКонтакте» (HTTP://vk.com) информационно телекоммуникационной сети Интернет на странице http://vk/com id191685160 (решение Октябрьского районного суда г. Белгорода от 29.09.2014);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https://vk.com/search?c%5Badult%5D=1&amp;c%5Bq%5D=%D0%9B%D0%95%D0%97%D0%93%D0%98%D0%9D%D0%9A%D0%90%20%D0%90%D0%9D%D0%A2%D0%98%D0%A4%D0%90&amp;c%5Bsection%5D=video&amp;c%5Bsort%5D=2&amp;z=video43539893 _129518716 (решение Ноябрьского городского суда Ямало-Ненецкого автономного округа от 29.10.2014);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261</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http://vk.com/iriucliahideen (решение советского районного суда г. Краснодара от 06.11.2014);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Аудиокомпозиция «Нигеры на снегу» - Валерий Шунт (решение Первореченского районного суда г. Владивостока от 28.10.2014).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видеоролик, обнаруженный в глобальной телекоммуникационной сети Интернет, в социальной сети «VK» на странице пользователя под ником «Ибрахим Тебуев» по адресу http://vk.com/video57621468 162450861 под названием «ДуIа за Муджахидов» (решение Черкесского городского суда Карачаево-Черкесской Республики от 24.07.2014);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видеоролики, обнаруженные в глобальной телекоммуникационной сети Интернет по адресу http://vk.com/video 201557412 166963449 под названием «Ахи анта hyppy-Брат, ты свободен!» и http://vk.com/video 201557412 166359605 под названием «Нашид, посвященный Саиду Абу Сааду» » (решение Черкесского городского суда Карачаево-Черкесской Республики от 24.07.2014);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261</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w:t>
            </w:r>
            <w:r w:rsidRPr="00041EDA">
              <w:rPr>
                <w:rFonts w:ascii="Times New Roman" w:eastAsia="MS Mincho" w:hAnsi="Times New Roman" w:cs="Times New Roman"/>
                <w:sz w:val="24"/>
                <w:szCs w:val="24"/>
                <w:lang w:val="en-US"/>
              </w:rPr>
              <w:lastRenderedPageBreak/>
              <w:t>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«Противостояние евреев и всего остального мира (гоев)», размещенной на момент предъявления заявления в суд в сети Интернет на сайте uznai-pravdu.ru по электронному адресу: http://uznai-pravdu.ru/viewtopic.php?f=6&amp;t=160 (решение Октябрьского районного суда города Санкт-Петербурга от 16.10.2014);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vk.com по электронному адресу: http://vk.com/search?c[q]=инструкция по выживанию убить жида&amp;c[section]=audio (решение Октябрьского районного суда города Санкт-Петербурга от 16.10.2014);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аудиозаписей «Jahponica – убей негра», «Jahponica – Убей негра!» и «Jahponica убей негра» длительностью 3 мин. 09 сек., размещенных на момент предъявления заявления в суд в сети Интернет на сайтах vk.com, ololo.fm и mp3vega.com по электронным адресам: http://vk.com/search?c[q]=убей негра&amp;c[section]=audio http://ololo.fm/search/убей+негра http://mp3vega.com/?text=%F3%E1%E5%E9+%ED%E5%E3%F0%E0 (решение Октябрьского районного суда города Санкт-Петербурга от 16.10.2014);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w:t>
            </w:r>
            <w:r w:rsidRPr="00041EDA">
              <w:rPr>
                <w:rFonts w:ascii="Times New Roman" w:eastAsia="MS Mincho" w:hAnsi="Times New Roman" w:cs="Times New Roman"/>
                <w:sz w:val="24"/>
                <w:szCs w:val="24"/>
                <w:lang w:val="en-US"/>
              </w:rPr>
              <w:lastRenderedPageBreak/>
              <w:t>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аудиозаписи «Vehtor Tsoy «VT» – Видишь негра – убей негра!» длительностью 1 мин. 20 сек., размещенной в сети Интернет на сайтах vk.com, ololo.fm и mp3vega.com по электронным адресам: </w:t>
            </w:r>
            <w:r w:rsidRPr="00041EDA">
              <w:rPr>
                <w:rFonts w:ascii="Times New Roman" w:eastAsia="MS Mincho" w:hAnsi="Times New Roman" w:cs="Times New Roman"/>
                <w:sz w:val="24"/>
                <w:szCs w:val="24"/>
                <w:lang w:val="en-US"/>
              </w:rPr>
              <w:lastRenderedPageBreak/>
              <w:t>http://ololo.fm/search/убей+негра http://vk.com/search?c[q]=убей негра&amp;c[section]=audio http://mp3vega.com/?text=%F3%E1%E5%E9+%ED%E5%E3%F0%E0 (решение Октябрьского районного суда города Санкт-Петербурга от 16.10.2014);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маму&amp;с[section]=audio (решение Октябрьского районного суда города Санкт-Петербурга от 19.11.2014).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http//:vk.com/i_love_irish96i; аудиозапись песни под названием «Гимн Антифа – все мы гордый горный народ…» (решение Кировского районного суда г. Саратова от 26.11.2014);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телекоммуникационной сети «Интернет» на странице в социальной сети «ВКонтакте» Куликова Д… Ю… (VK.com/dmitry_rusich):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митинга, состоявшегося 30 ноября 2013 года в г. Махачкале, текст комментариев пользователей, размещенных на интернет сайте http://www.yaplakal.com/forum3/topic718925/html (решение Тверского районного суда г. Москвы от 17.09.2014);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«NOVITA ZINE»;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Высказывания, обнаруженные в глобальной телекоммуникационной сети Интернет в социальной сети «VK» на странице пользователя под вымышленным именем «Амина Аль-Къ,арачай», по электронному адресу: http://vk.com/id214855024#id194074157 (решение Черкесского городского суда Карачаево-Черкесской Республики от 30.07.2014);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обнаруженный в глобальной телекоммуникационной сети Интернет в социальной сети «VK» на странице пользователя под ником «Анзор Гедугов» по электронному адресу: http://vk.com/video 176825892 165656563 (решение Черкесского городского суда Карачаево-Черкесской Республики от 30.07.2014);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Текстовое сообщение «СЖИГАТЬ ЧУРОК НА КОСТРЕ! ПРЕДВАРИТЕЛЬНО ОБЛИВ БЕНЗИНОМ», размещенное на электронной странице в сети Интернет «Клопс.Ru – новости Калининграда» http://vk.com/klops39 (решение Московского районного суда г. Калининграда от 29.10.2014);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w:t>
            </w:r>
            <w:r w:rsidRPr="00041EDA">
              <w:rPr>
                <w:rFonts w:ascii="Times New Roman" w:eastAsia="MS Mincho" w:hAnsi="Times New Roman" w:cs="Times New Roman"/>
                <w:sz w:val="24"/>
                <w:szCs w:val="24"/>
                <w:lang w:val="en-US"/>
              </w:rPr>
              <w:lastRenderedPageBreak/>
              <w:t>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263</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w:t>
            </w:r>
            <w:r w:rsidRPr="00041EDA">
              <w:rPr>
                <w:rFonts w:ascii="Times New Roman" w:eastAsia="MS Mincho" w:hAnsi="Times New Roman" w:cs="Times New Roman"/>
                <w:sz w:val="24"/>
                <w:szCs w:val="24"/>
                <w:lang w:val="en-US"/>
              </w:rPr>
              <w:lastRenderedPageBreak/>
              <w:t>(решение Индустриального районного суда г. Ижевска от 29.10.2014);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на Интернет-ресурсе http://stan50-50.livejournal.com/ 7266667.html (решение Шпаковского районного суда Ставропольского края от 21.11.2014);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«Учимся в школе теократического служения» (решение Старооскольского городского суда Белгородской области от 27.11.2014);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(решение Засвияжского районного суда г. Ульяновска от 15.10.2014);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263</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Бориса Стомахина «Untermenschen», размещенная на интернет-сайт http://sopritivlenie.marsho.net (решение Останкинского районного суда г. Москвы от 23.09.2013);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(видеоматериалы) с названиями: «Русским сетевым поцреотам с любовью» (решение Первомайского районного суда г. Новосибирска от 10.12.2014);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«Jabhat al-nusra», расположенный по адресу: http://usudusham.com/ (решение Центрального районного суда г. Волгограда от 01.09.2014);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651.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Информационные материалы, размещенные в статье «Методы вербовки и идеологической работы </w:t>
            </w:r>
            <w:r w:rsidRPr="00041EDA">
              <w:rPr>
                <w:rFonts w:ascii="Times New Roman" w:eastAsia="MS Mincho" w:hAnsi="Times New Roman" w:cs="Times New Roman"/>
                <w:sz w:val="24"/>
                <w:szCs w:val="24"/>
                <w:lang w:val="en-US"/>
              </w:rPr>
              <w:lastRenderedPageBreak/>
              <w:t>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«ANSAMBLʼ HRISTA SPASITELYAI MAT* SYRA ZEMLYA-Lomaya polumesyac . </w:t>
            </w:r>
            <w:r w:rsidRPr="00041EDA">
              <w:rPr>
                <w:rFonts w:ascii="Times New Roman" w:eastAsia="MS Mincho" w:hAnsi="Times New Roman" w:cs="Times New Roman"/>
                <w:sz w:val="24"/>
                <w:szCs w:val="24"/>
                <w:lang w:val="en-US"/>
              </w:rPr>
              <w:lastRenderedPageBreak/>
              <w:t>тр3») размером 7,06 МБ, продолжительностью 03 мин. 05 сек.) (решение Псковского городского суда Псковской области от 22.12.2014);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Книги В.С. Шумского «Страшен гитлеризм, но сионизм страшнее»-М.: «Русская Правда», 1999-80 стр. (решение Зюзинского районного суда г. Москвы от 28.08.2013);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664.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Размещенная по электронному адресу: http://www.news29.ru/novosti/ </w:t>
            </w:r>
            <w:r w:rsidRPr="00041EDA">
              <w:rPr>
                <w:rFonts w:ascii="Times New Roman" w:eastAsia="MS Mincho" w:hAnsi="Times New Roman" w:cs="Times New Roman"/>
                <w:sz w:val="24"/>
                <w:szCs w:val="24"/>
                <w:lang w:val="en-US"/>
              </w:rPr>
              <w:lastRenderedPageBreak/>
              <w:t>obschestvo/V_Arhangelskoj_oblasti_pojmany_bandity_reketiry_derzhavshie_v_strahe_celyj_poselok/17659 публикация, а именно: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суда г. Архангельска от 25.08.2015);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«Россия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blog/43248/rossiya-ty-konchennaya (решение Октябрьского районного суда города Санкт-Петербурга от 05.02.2015);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«Никола Королев. Библия Скинхеда II», размещенная на сайте в сети Интернет (решение Левобережного районного суда города Липецка от 22.10.2014);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w:t>
            </w:r>
            <w:r w:rsidRPr="00041EDA">
              <w:rPr>
                <w:rFonts w:ascii="Times New Roman" w:eastAsia="MS Mincho" w:hAnsi="Times New Roman" w:cs="Times New Roman"/>
                <w:sz w:val="24"/>
                <w:szCs w:val="24"/>
                <w:lang w:val="en-US"/>
              </w:rPr>
              <w:lastRenderedPageBreak/>
              <w:t>Промышленного районного суда г. Ставрополя от 10.07.2014);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«И будете искать, кому бы продаться, но не будет на вас покупающего…». - Издательство НОУ «Академия Управления». - М., 2008 (63 стр.) (решение Хостинского районного суда г. Сочи от 06.06.2014);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«Россия-для русских» (vk.com/video38202959_136799554), продолжительностью 50 секунд (решение Советского районного суда г. Орла от 07.10.2014);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Староверова В.И. Кровавый след еврейского фашизма. Москва: изд. Восход, 1999г. Тираж 100- 72с. (решение Головинского районного суда г. Москвы от 24.11.2014);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267</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Материал под названием «Россия для РУССКИХ», размещенный на сайте http://vk.com/videos-54570271?section=all&amp;z=video-54570271-165243998%2Fclab54570271 (решение Советского районного суда г. </w:t>
            </w:r>
            <w:r w:rsidRPr="00041EDA">
              <w:rPr>
                <w:rFonts w:ascii="Times New Roman" w:eastAsia="MS Mincho" w:hAnsi="Times New Roman" w:cs="Times New Roman"/>
                <w:sz w:val="24"/>
                <w:szCs w:val="24"/>
                <w:lang w:val="en-US"/>
              </w:rPr>
              <w:lastRenderedPageBreak/>
              <w:t>Орла от 17.12.2014);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районного суда г. Екатеринбурга Свердловской области от 18.12.2014).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Преображенского районного суда г. Москвы от 29.09.2014);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268</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журнал «Ведический Культ Ра», выпуск 2 (заочное решение Октябрьского районного суда г. Краснодара от 04.12.2014);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w:t>
            </w:r>
            <w:r w:rsidRPr="00041EDA">
              <w:rPr>
                <w:rFonts w:ascii="Times New Roman" w:eastAsia="MS Mincho" w:hAnsi="Times New Roman" w:cs="Times New Roman"/>
                <w:sz w:val="24"/>
                <w:szCs w:val="24"/>
                <w:lang w:val="en-US"/>
              </w:rPr>
              <w:lastRenderedPageBreak/>
              <w:t>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Астраханской области от 24.12.2014);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«АВТОНОМЫ» (http://vk.com/video88316065_164959675), «скины, бей хачей спасай россию» (http://vk.com/video88316065_165075390), «Скины убивают Хача» (http://vk.com/video88316065_165075387), «Призыв скинхеда» (http://vk.com/video88316065_164101211),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суда г. Перми от 08.12.2014);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709.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Информационные материалы: - видеофайл (видеоролик) «150735.wmv»; - видеоролик «Открытые двери </w:t>
            </w:r>
            <w:r w:rsidRPr="00041EDA">
              <w:rPr>
                <w:rFonts w:ascii="Times New Roman" w:eastAsia="MS Mincho" w:hAnsi="Times New Roman" w:cs="Times New Roman"/>
                <w:sz w:val="24"/>
                <w:szCs w:val="24"/>
                <w:lang w:val="en-US"/>
              </w:rPr>
              <w:lastRenderedPageBreak/>
              <w:t>РНО «Атака» 11.01.2014», размещенный в сети Интернет по адресу: http://www.youtube.com/watch?v=Q0HLXJ1zRA (решение Замоскворецкого районного суда г. Москвы от 24.12.2014);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w:t>
            </w:r>
            <w:r w:rsidRPr="00041EDA">
              <w:rPr>
                <w:rFonts w:ascii="Times New Roman" w:eastAsia="MS Mincho" w:hAnsi="Times New Roman" w:cs="Times New Roman"/>
                <w:sz w:val="24"/>
                <w:szCs w:val="24"/>
                <w:lang w:val="en-US"/>
              </w:rPr>
              <w:lastRenderedPageBreak/>
              <w:t>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на странице http:vk.com/public43584297 (решение Вологодского городского суда Вологодской области от 11.12.2014);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w:t>
            </w:r>
            <w:r w:rsidRPr="00041EDA">
              <w:rPr>
                <w:rFonts w:ascii="Times New Roman" w:eastAsia="MS Mincho" w:hAnsi="Times New Roman" w:cs="Times New Roman"/>
                <w:sz w:val="24"/>
                <w:szCs w:val="24"/>
                <w:lang w:val="en-US"/>
              </w:rPr>
              <w:lastRenderedPageBreak/>
              <w:t>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w:t>
            </w:r>
            <w:r w:rsidRPr="00041EDA">
              <w:rPr>
                <w:rFonts w:ascii="Times New Roman" w:eastAsia="MS Mincho" w:hAnsi="Times New Roman" w:cs="Times New Roman"/>
                <w:sz w:val="24"/>
                <w:szCs w:val="24"/>
                <w:lang w:val="en-US"/>
              </w:rPr>
              <w:lastRenderedPageBreak/>
              <w:t>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w:t>
            </w:r>
            <w:r w:rsidRPr="00041EDA">
              <w:rPr>
                <w:rFonts w:ascii="Times New Roman" w:eastAsia="MS Mincho" w:hAnsi="Times New Roman" w:cs="Times New Roman"/>
                <w:sz w:val="24"/>
                <w:szCs w:val="24"/>
                <w:lang w:val="en-US"/>
              </w:rPr>
              <w:lastRenderedPageBreak/>
              <w:t>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w:t>
            </w:r>
            <w:r w:rsidRPr="00041EDA">
              <w:rPr>
                <w:rFonts w:ascii="Times New Roman" w:eastAsia="MS Mincho" w:hAnsi="Times New Roman" w:cs="Times New Roman"/>
                <w:sz w:val="24"/>
                <w:szCs w:val="24"/>
                <w:lang w:val="en-US"/>
              </w:rPr>
              <w:lastRenderedPageBreak/>
              <w:t>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w:t>
            </w:r>
            <w:r w:rsidRPr="00041EDA">
              <w:rPr>
                <w:rFonts w:ascii="Times New Roman" w:eastAsia="MS Mincho" w:hAnsi="Times New Roman" w:cs="Times New Roman"/>
                <w:sz w:val="24"/>
                <w:szCs w:val="24"/>
                <w:lang w:val="en-US"/>
              </w:rPr>
              <w:lastRenderedPageBreak/>
              <w:t>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Миронова Б.С. «Русские Последний рубеж». – М. . : Алгоритм, 2013. – 496 с. (решение Замоскворецкого районного суда города Москвы от 12.12.2014);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Миронова Б.С. «Битва с игом иудейским». – М. . : Алгоритм, 2014. – 480 с. (решение Замоскворецкого районного суда города Москвы от 12.12.2014);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272</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Печатный материал – листовка под названием «Выбери открыто!» (решение Ялуторовского районного суда Тюменской области от 20.01.2015);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Текстовые материалы-комментарии пользователей сети «Интернет»: «pamto» на странице http://www.adamana.com/showthread.php?t=1424, "Kavkazec" на странице http://www.adamalla.com/sho wthread.php?t= 12081&amp;page=2, "Guraba" на странице http://www.adamalla.com/showthread.php7t= 12081&amp;page=2 и "Merzo" на странице http://www.adamalla.com/showthread. php?t= 18403 (решение Советского районного суда г. Махачкалы Республики Дагестан от 02.02.2015);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Видеофильм «Приставное благочестие» размещенный на интернет сайте www.portal.credo.ru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273</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Размещенные на Интернет-сайтах http://vk.com/right_kurgan, http://vk.com/skmonolil45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w:t>
            </w:r>
            <w:r w:rsidRPr="00041EDA">
              <w:rPr>
                <w:rFonts w:ascii="Times New Roman" w:eastAsia="MS Mincho" w:hAnsi="Times New Roman" w:cs="Times New Roman"/>
                <w:sz w:val="24"/>
                <w:szCs w:val="24"/>
                <w:lang w:val="en-US"/>
              </w:rPr>
              <w:lastRenderedPageBreak/>
              <w:t>«Там,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в сети Интернет по адресам: http://vk.com/idl1290878l#/id83925764 и http://vk.com/idl44952107: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Фотоматериалы, размещенные в сети «Интернет» на сайте «vkontakte.ru» на странице http://vk/com/id199725672?z=albums199725672 (решение Нижневартовского городского суда Ханты-Мансийского автономного округа – Югры от 18.12.2014);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Визуальный материал : «Ты гори, гори ! Йо-хо-хо», размещенный по URL-адресу : http:// vk.com/avanti_raqazzi (решение Калининского районного суда г. Новосибирска от 16.10.2014 и определение Калининского районного суда г. Новосибирска от 19.02.2015);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w:t>
            </w:r>
            <w:r w:rsidRPr="00041EDA">
              <w:rPr>
                <w:rFonts w:ascii="Times New Roman" w:eastAsia="MS Mincho" w:hAnsi="Times New Roman" w:cs="Times New Roman"/>
                <w:sz w:val="24"/>
                <w:szCs w:val="24"/>
                <w:lang w:val="en-US"/>
              </w:rPr>
              <w:lastRenderedPageBreak/>
              <w:t>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Издания «Как узнать истинных христиан?» и «Армагеддон. Что это? Когда он наступит?» (решение Ахтубинского районного суда Астраханской области от 24.11.2014);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Маслова И.А. «Шайтан Акбар!», размещенное на сайте http:www.slavyanskaya-kultura.ru/literature/poetry/ilja-maslov-sbornik-stihov-severnoi-bolyu-i-ruskoi-pechalyu.html (решение Октябрьского районного суда г. Барнаула от 29.12.2014);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Маслова И.А. «Гнев Исполинов», размещенное на сайте http:www.slavyanskaya-kultura.ru/literature/poetry/ilja-maslov-sbornik-stihov-severnoi-bolyu-i-ruskoi-pechalyu.html (решение Октябрьского районного суда г. Барнаула от 29.12.2014);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Маслова И.А. «Адольф Гитлер», размещенное на сайте http:www.slavyanskaya-kultura.ru/literature/poetry/ilja-maslov-sbornik-stihov-severnoi-bolyu-i-ruskoi-pechalyu.html (решение Октябрьского районного суда г. Барнаула от 29.12.2014);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Маслова И.А. «Светослав Непобежденный» размещенное на сайте http:www.slavyanskaya-kultura.ru/literature/poetry/ilja-maslov-sbornik-stihov-severnoi-bolyu-i-ruskoi-pechalyu.html (решение Октябрьского районного суда г. Барнаула от 29.12.2014);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274</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Стихотворение Маслова И.А. «Зов Севера», размещенное на странице http:www.style.emoolive.ru/~Nitsander/?show=theme&amp;id=66683 (решение Октябрьского районного суда г. Барнаула от 29.12.2014);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Маслова И.А. «Скины» размещенное на сайте http://style.emoolive.ru/~Nitsanger/?show=theme&amp;id=66683 (решение Октябрьского районного суда г. Барнаула от 15.01.2015);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«Руки народа сжаты в кулак», расположенный на Интернет-сайте по адресу: http://webkind.ru/text/592934925_923678083p653448956_text_pesni_ruki-naroda-szhaty-v-kulak.html (решение Ленинского районного суда г. Барнаула от 22.01.2015);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на сайте http://sodiqlar.info в Информационно-телекоммуникационной сети «Интернет» материал с наименованием «Одиночный джихад в России (теория и практика террора) (страница http://sodiqlar.info/rus/index.php?newsid=2286) (решение Советского районного суда г. Махачкалы Республики Дагестан от 29.01.2015);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под наименованиями «Бей как меч, как ураган, как волны накатом», длительностью 3 мин. 23 сек., и «Мы моджахеды, войско Аллаха», длительностью 3 мин. 50 сек. (решение Самарского районного суда г. Самары от 24.12.2014);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vk.com\club6528721 (решение Нальчикского городского суда Кабардино-Балкарской Республики от 03.02.2015);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публикация под наименованием «Русский пожаловался» и комментарий к ней под ником «Алена», размещенные по электронному адресу: www.hatewall.ru/quote/19319,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(видеоматериалы), размещенные Золотарёвым А.С. в социальной сети «Vkontakte.ru» на странице под ником «Толян МЯСНОЙ Золотарёв» id58050453 под названием: «14/88flv» (видеофайл размером 7, 61 МБ, длительностью 02 мин. 57 сек.), «Format 18–Бритый и Злой.flv» (видеофайл размером 9,97 МБ, длительностью 03 мин. 11 сек.), «РОССИЯ ДЛЯ РУССКИХ.flv» (видеофайл размером 6,09 МБ, длительностью 02 мин. 21 сек.), «Скины какие они есть.flv» (видеофайл размером 11,9 МБ, длительностью 03 мин. 41 сек.), «скины так будет с каждым.flv» (видеофайл размером 6,03 МБ, длительностью 02 мин. 20 сек.), содержащиеся на DVD диске (решение Октябрьского районного суда г. Рязани от 24.07.2014);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275</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Стихотворение Маслова И.А. «Противостояние», размещенное на сайте http://www.slavyanskaya-kultura.ru/literature/poetry/ilja-maslov-sbornik-stihov-severnoi-bolyu-i-ruskoi-pechalyu.html (решение Октябрьского районного суда г. Барнаула от 21.01.2015);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Маслова И.А. «Храни мою Русь, Сатана!», размещенное на сайте http://www.slavyanskaya-kultura.ru/literature/poetry/ilja-maslov-sbornik-stihov-severnoi-bolyu-i-ruskoi-pechalyu.html (решение Октябрьского районного суда г. Барнаула от 21.01.2015);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распространяемая посредством сети «Интернет» на странице http://www.vsesuki.com/?1132 на Интернет-сайте www.vsesuki.com (решение Пушкинского районного суда города Санкт-Петербурга от 01.10.2014;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Размещенные в разделе «видеозаписи» на странице пользователя (электронный адрес - http://vk.com/rafburn) сайта международной сети Интернет www.vk.com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w:t>
            </w:r>
            <w:r w:rsidRPr="00041EDA">
              <w:rPr>
                <w:rFonts w:ascii="Times New Roman" w:eastAsia="MS Mincho" w:hAnsi="Times New Roman" w:cs="Times New Roman"/>
                <w:sz w:val="24"/>
                <w:szCs w:val="24"/>
                <w:lang w:val="en-US"/>
              </w:rPr>
              <w:lastRenderedPageBreak/>
              <w:t>«Непобежденные!!! Судьбой довольные!!!» (решение Альметьевского городского суда Республики Татарстан от 05.02.2015);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http://vk.com/id97669321 (решение Фокинского районного суда г. Брянска от 18.02.2015);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распространяемая посредством сети «Интернет» на Интернет-странице http://demotivation.me/g8v55j8tag7dpic.html#.U5cNGHYf-Cg на Интернет-сайте www.demotivation.me (решение Пушкинского районного суда города Санкт-Петербурга от 13.10.2014);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распространяемая посредством сети «Интернет» на странице http://2ch-b.ru/2013/12/13/my-poniali-hachi-ne-liudi-otnyne-slovo-hach-dlia-nas-samoe-strashnoe-58918936.html# на Интернет-сайте www. 2ch-b.ru (решение Пушкинского районного суда города Санкт-Петербурга от 21.10.2014);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276</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w:t>
            </w:r>
            <w:r w:rsidRPr="00041EDA">
              <w:rPr>
                <w:rFonts w:ascii="Times New Roman" w:eastAsia="MS Mincho" w:hAnsi="Times New Roman" w:cs="Times New Roman"/>
                <w:sz w:val="24"/>
                <w:szCs w:val="24"/>
                <w:lang w:val="en-US"/>
              </w:rPr>
              <w:lastRenderedPageBreak/>
              <w:t>гарнизонного военного суда от 01.10.2014);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http://vk.com/bunkerserebra (решение Курганского городского суда от 26.01.2015);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под наименованием «Амир Сайфуллах о Джихаде. Часть 1», расположенный по сети Интернет по адресу: http://www.youtube.com/watch?v=fe6yNSdiO_c (решение Ленинского районного суда Волгоградской области от 25.02.2015);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 «(360P)~1.MP4»; - «Джихад на Кавказе (240р).mp4»; - «Каков твой путь Проснись! - ШоIип.mp4»; - «Сулейман аль-Ульван ʻКогда Джихад фарз-айнʼ.mp.4»; - «-!(ABU~1.MP4»; - «Абу Умар - ʻТри основы в жизниʼ.mp4»; - «Муса Серантонио -- Мы гордимся ими.mp4»; - «Наказ Омара ибн аль Хаттаб - Шейх Ануар аль Ауляки.mp4»; - «отношение сирийского народа к Джихаду.mp4»; - «Сирия. Битва за Ислам.mp4»; - «Халид ибн аль-Валид.mp4»; - «Шейх ʻАбду-Ллах ар-Рушуд- ʻСпешите на Рибатʼ .mp4»; - «Шейх Сулайман Альван о тех кто сдает муджахидов кяфирским властям. mp4; - «Мухаммад Люхайдан – Дуа за Сирию.mp4», распространенные в свободном доступе на интернет-сайтах www.youtube.com, http://vk.com (решение Октябрьского районного суда г. Новороссийска от 14.01.2015);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w:t>
            </w:r>
            <w:r w:rsidRPr="00041EDA">
              <w:rPr>
                <w:rFonts w:ascii="Times New Roman" w:eastAsia="MS Mincho" w:hAnsi="Times New Roman" w:cs="Times New Roman"/>
                <w:sz w:val="24"/>
                <w:szCs w:val="24"/>
                <w:lang w:val="en-US"/>
              </w:rPr>
              <w:lastRenderedPageBreak/>
              <w:t>ноя 2013), «Николай Dos» (4 дек 2009) и «Максим Григорьев» (30 апр 2013), размещенных по электронному адресу: «vk.com/clab 10989063» (решение Майского районного суда Кабардино-Балкарской Республики от 16.02.2015);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видеоматериалы, размещенные в информационно-телекоммуникационной сети «Интернет» на интернет-сайтах: https://vk.com/search?c%5Bq%5D=Тату%20болгарских%20скинов&amp;с%5Bsection%5D=video&amp;z=video-51682313_170071338 – «Тату болгарских скинов»; https://vk.com/videos100583395?z=video100583395_162933466%2Fvideos100583395 – «тату скинов»; http://www.youtube.com/watch?v=Fq7nAESG88E – «Тату Скинхедов»; http://www.youtube.com/watch?v=9NBnWAeWtY4 – «Тату скинов.mp4»; http://www.youtube.com/watch?v=D_E6nFl-3sI – «НС тату» (решение Ноябрьского городского суда Ямало-Ненецкого автономного округа от 22.01.2015);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разделе «видеозаписи» на странице пользователя (электронный адрес - https://vk.com/id_51800233) сайта международной сети Интернет www.vk.com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http://vk.com/club41109373 (решение Смольнинского районного суда города Санкт-Петербурга от 10.02.2015);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276</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http://vk.com/idl72848706 (решение Искитимского районного суда Новосибирской области от 20.01.2015);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разделе «видеозаписи» на странице пользователя (электронный адрес - http://vk. сom /idl7755567) сайта международной сети Интернет www.vk.com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«nswp»,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23.10.2014);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Книги Бадиуззамана Саида Нурси на русском языке: «Свет единства». Sӧzler Publications, 2012; «Вера, Человек. Вселенная». Sӧzler Publications, 2011; «Человек – прекраснейшее творение». Sӧzler Publications, 2012; «Myнаджат (молитва) третий луч». Sӧzler Neşriyat A.Ş., 2006; «Природа – творец или творение?». Sӧzler Neşriyat San ve Tic. A.Ş., 2006; «Основы братства». Перевод с турецкого М.Г. Тамимдарова, без года издания; «Вечный мир». Sӧzler Neşriyat San ve Tic. A.Ş., 2012; «Двадцать шестое сияние. Сияние для пожилых». Ihlas Nur Neşriyat, 2005; «Искренность и братство». Sӧzler Publications, 2012; «Исми Азам. Величайшее имя». Sӧzler Publications Sӧzler Neşriyat San ve Tic. A.Ş., 2012; «Путеводитель для женщин». Sӧzler Publications, 2012; «Истины веры». Пермь, Культурно-образовательный фонд «Нуру-Бади», 2012; «Рамадан, бережливость, благодарность». Sӧzler Neşriyat San ve Tic. A.Ş., 2006; «Мухаммад (мир ему и благословение Аллаха) – Милость для Миров». Sӧzler Publications Sӧzler Neşriyat San ve Tic. A.Ş., 2012; </w:t>
            </w:r>
            <w:r w:rsidRPr="00041EDA">
              <w:rPr>
                <w:rFonts w:ascii="Times New Roman" w:eastAsia="MS Mincho" w:hAnsi="Times New Roman" w:cs="Times New Roman"/>
                <w:sz w:val="24"/>
                <w:szCs w:val="24"/>
                <w:lang w:val="en-US"/>
              </w:rPr>
              <w:lastRenderedPageBreak/>
              <w:t>«Сияние». Перевод с турецкого: М.Г. Тамимдаров. Первое издание. Sӧzler Publications, 2012; «Эмирдагское приложение – 1». Sӧzler Neşriyat San ve Tic. A.Ş., 2012 (апелляционное определение Судебной коллегии по административным делам Верховного Суда Республики Татарстан от 22.12.2014).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00 мин. 08 сек. (решение Щигровского районного суда Курской области от 12.02.2015);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Александра Селянинова «Евреи в России» (- М.: «Витязь», 2000. – 144 с.) (решение Нагатинского районного суда города Москвы от 21.01.2015);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Петровым А.Н. в социальной сети «http://vkontakte.ru» на Интернет-страницах: http//vk.com/video 99631580_165101763, http://vk.com/video99631580_166381928, http://vk.com/audios99631580, видеоматериалы: «Нейтрализация Таджика-педофила» (файл «Nejtralizaciya Tadzhika-pedofila (S-Pb).240», размером 19,3 МБ), «узбек в помойке 88» (файл «uzbek v pomojke 88.360», размером 1,81 МБ), а также аудиозапись «14/88 - Россия для Русских» (файл «14-88 - Rossiya dlya Russkih», размером 2,94 МБ) (решение Дедовичского районного суда Псковской области от 19.02.2015);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разделе «видеозаписи» на странице пользователя (электронный адрес - http://vk.com/id100901248) сайта международной сети Интернет www.vk.com следующие материалы: видеоролики «Skingirl – invictos», «Автономное сопротивление NSWP»,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Фотоизображение с графическим рисунком, содержащее текст: «УБИВАЙ ЧУРБАНОВ! ЭТО ВЕСЕЛО! ЭТО МОДНО! ЭТО СПОРТИВНО!», размещенное на странице в сети Интернет http://vk.com/id211571790 (решение Правдинского районного суда Калининградской области от 22.01.2015);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htt://vk.com/club75695205 от имени («под ником») «СМИ аль – Имарат аль-Кавказ» (решение Чегемского районного суда Кабардино-Балкарской Республики от 17.02.2015);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Скоковым В.В. под псевдонимом «Plasteline Plastit» в социальной сети «Вконтакте» видеозаписи «БАНДА МОСКВЫ – ВИВАТ РОССИЯ» eb81df55cb33-67833227.vk, «ХорСС-Mein Kampf» d70d613d9c35-66422328.vk., а также находящиеся на следующих сайтах: www.dailymotion.com/video/xd57j7_банда-москвы-виват-россия_music и https://vk.com/video-4521658_ 91873171 (решение Железнодорожного районного суда г. Орла от 27.02.2015).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278</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Видеофайлы «Коловрат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http://vkontakte.ru|id172950520 (решение Московского районного суда г. Калининграда от 05.02.2015);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«Прокурор: Вина Pussy Riot в хулиганстве доказана», размещенный в сети Интернет по адресу: www.russia.ru/Serebrov/status/48b970000001a (решение Тверского районного суда города Москвы от 17.12.2013);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Комментарии, размещенные по адресу www.youtube.come/all_comments?v=Au8x0DN6pwY (решение Тверского районного суда города Москвы от 23.05.2014);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Рисунок с текстом «Кто мы? РУССКИЕ!!!», «Чего мы хотим? Сжечь на… хачей!!», «Когда мы этого хотим? Прямо сейчас!» размещенный на электронной странице www.vk.com/idl 488ssl1488 под псевдонимом «Глеб Сизов» в социальной сети «Вконтакте» по электронному адресу www.vk.com/photo145474353_309083712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w:t>
            </w:r>
            <w:r w:rsidRPr="00041EDA">
              <w:rPr>
                <w:rFonts w:ascii="Times New Roman" w:eastAsia="MS Mincho" w:hAnsi="Times New Roman" w:cs="Times New Roman"/>
                <w:sz w:val="24"/>
                <w:szCs w:val="24"/>
                <w:lang w:val="en-US"/>
              </w:rPr>
              <w:lastRenderedPageBreak/>
              <w:t>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«Глеб Сизов» в социальной сети «Вконтакте» по электронному адресу www.vk.com/photo145474353_309749451 (решение Московского районного суда г. Калининграда от 16.02.2015);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сети Интернет http://dmitrilove.my1.ru (решение Енисейского районного суда Красноярского края от 26.02.2015);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А. Заводюка «О русском безумии», размещенная на странице независимого альманаха «Лебедь», расположенная в сети «Интернет» по адресу: http://lebed.com/2014/art6556.htm (решение Ленинского районного суда г. Тюмени от 11.02.2015);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«Белые воины», размещенный по адресу: http://vk.com/videol 1590197_165469823) (решение Советского районного суда г. Орла от 11.02.2015);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Ю.Г. Фельштинского, А.В. Литвиненко «ФСБ взрывает Россию», размещанная на Интернет-ресурсе http://lib.aldebaran.ru/author/felshtinskii yurii/felshtinskii yurii fsb vzryvaet ros siyu// (решение Хорольского районного суда Приморского края от 12.01.2015);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Визуальный материал: «Русский бунт Спб» (решение Заельцовского районного суда г. Новосибирска от 26.01.2015);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«http://vk.com/wall182635719_135» (решение Анапского районного суда Краснодарского края от 19.01.2015);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797.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под названием «Скинхед», исполнитель «Коррозия Металла» (решение Первомайского </w:t>
            </w:r>
            <w:r w:rsidRPr="00041EDA">
              <w:rPr>
                <w:rFonts w:ascii="Times New Roman" w:eastAsia="MS Mincho" w:hAnsi="Times New Roman" w:cs="Times New Roman"/>
                <w:sz w:val="24"/>
                <w:szCs w:val="24"/>
                <w:lang w:val="en-US"/>
              </w:rPr>
              <w:lastRenderedPageBreak/>
              <w:t>районного суда г. Владивостока от 21.01.2015);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«ИГ Весна Анбада» размещенный на странице пользователя социальной сети «Вконтакте» (http://vk.com) «Иман Муслимова» (id 225012353) (решение Фрунзенского районного суда г. Иваново от 05.03.2015);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 Чебоксары от 02.02.2015);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материал-листовка «Политика России - ХУЦПА» (решение Ленинского районного суда г. Чебоксары от 02.02.2015);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в Информационно-телекоммуникационной сети «Интернет» на сайте 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Кабардино-Балкарской Республики от 29.01.2015);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«Национал- социалист Dog92 о кавказцах», адрес материала: http:/vk.com/videos1969482104?q=Националсоциалист%20Dog92%20о%20кавказцах&amp;seсtion=search&amp;z=video 96828_166141027 (решение Советского районного суда г. Орла от 13.03.2015);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Липецка от 10.02.2015);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Личная страница пользователя социальной сети «ВКонтакте» - аккаунт «Игорь Петров» с адресом http://www.vk.com/bastilio666 (id218378330) (решение Армавирского городского суда Краснодарского края от 02.02.2015);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807.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Видеофайл «Коловрат-Правый Бритоголовый», размещенный в сети Интернет на сайте «vkontakte.ru» на </w:t>
            </w:r>
            <w:r w:rsidRPr="00041EDA">
              <w:rPr>
                <w:rFonts w:ascii="Times New Roman" w:eastAsia="MS Mincho" w:hAnsi="Times New Roman" w:cs="Times New Roman"/>
                <w:sz w:val="24"/>
                <w:szCs w:val="24"/>
                <w:lang w:val="en-US"/>
              </w:rPr>
              <w:lastRenderedPageBreak/>
              <w:t>странице по электронному адресу: http://www.vk.com/id169624626 (решение Нижневартовского городского суда Ханты-Мансийского автономного округа – Югры от 02.03.2015);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w:t>
            </w:r>
            <w:r w:rsidRPr="00041EDA">
              <w:rPr>
                <w:rFonts w:ascii="Times New Roman" w:eastAsia="MS Mincho" w:hAnsi="Times New Roman" w:cs="Times New Roman"/>
                <w:sz w:val="24"/>
                <w:szCs w:val="24"/>
                <w:lang w:val="en-US"/>
              </w:rPr>
              <w:lastRenderedPageBreak/>
              <w:t>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г. Ижевска от 12.03.2015);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«Андеграунд кома – Чурки п…сы», опубликованная в социальной сети «Интернет» на общедоступной странице «http://vk.com/restructod» (решение Бузулукского районного суда Оренбургской области от 03.03.2015);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Следующие информационные материалы, размещенные в информационно-телекоммуникационной сети Интернет по сетевому адресу http://www.vk.com/stas_gritsay: – видеозапись «БЬЮТ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w:t>
            </w:r>
            <w:r w:rsidRPr="00041EDA">
              <w:rPr>
                <w:rFonts w:ascii="Times New Roman" w:eastAsia="MS Mincho" w:hAnsi="Times New Roman" w:cs="Times New Roman"/>
                <w:sz w:val="24"/>
                <w:szCs w:val="24"/>
                <w:lang w:val="en-US"/>
              </w:rPr>
              <w:lastRenderedPageBreak/>
              <w:t>защищаете хачи.mp4»; – видеозапись «Слава Руси! Смерть врагам! Sieg Heil!!!.mp4»; – аудиозапись «1488-Россия для русских..mp3»; – аудиозапись «Коловрат -Анти-антифа ].mp3»; – аудиозапись «Коловрат – Правый скинхед.mp3»; – аудиозапись «Коловрат [waptorrent.ru] - Не покупай у чурок. mp3»; – файл (изображение)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 «ElhmY6DAYi4»; – файл (изображение) «FErj2nzf5LM»; – файл (изображение) «I2KmvwPV7EA»; – файл (изображение) «jP9CB0SeBA»; – файл (изображение) «KL_BI-2xwsM»; – файл (изображение) «LMqZ1P2p3J0»; – файл (изображение) «o8403IFHj54» (решение Люблинского районного суда города Москвы от 18.03.2015);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автора Шейгуль Хадис Маулана Мухаммада Закария Кандехлави (рахматуллахи ʻалейхи) «Ценности Зикра» на 182 листах, отпечатанная в ООО «ПФ «ГАРТ» г.Казань (решение Первоуральского городского суда Свердловской области от 09.02.2015);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видеоролик «Скинхеды порезали шавку» (решение Северского городского суда Томской области от 16.03.2015);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видеоролик «Бей ментов по е*алу» (решение Северского городского суда Томской области от 13.03.2015);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815.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 «Что такое национализм 1.mp3», размещенный в сети Интернет в социальной сети </w:t>
            </w:r>
            <w:r w:rsidRPr="00041EDA">
              <w:rPr>
                <w:rFonts w:ascii="Times New Roman" w:eastAsia="MS Mincho" w:hAnsi="Times New Roman" w:cs="Times New Roman"/>
                <w:sz w:val="24"/>
                <w:szCs w:val="24"/>
                <w:lang w:val="en-US"/>
              </w:rPr>
              <w:lastRenderedPageBreak/>
              <w:t>«ВКонтакте» (решение Советского районного суда г. Брянска от 16.04.2015);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«скин-гёрлы», размещенный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суда города Санкт-Петербурга от 19.11.2014);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http://censor.net.ua/news/286782/rossiya_ustroila_ocherednuyu_provokatsiyu_ na_granitse_s_ukrainoyi_mid (решение Октябрьского районного суда города Санкт-Петербурга от 26.01.2015);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282</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«SS tv», видеозапись монолога лица мужского пола, начинающийся словами </w:t>
            </w:r>
            <w:r w:rsidRPr="00041EDA">
              <w:rPr>
                <w:rFonts w:ascii="Times New Roman" w:eastAsia="MS Mincho" w:hAnsi="Times New Roman" w:cs="Times New Roman"/>
                <w:sz w:val="24"/>
                <w:szCs w:val="24"/>
                <w:lang w:val="en-US"/>
              </w:rPr>
              <w:lastRenderedPageBreak/>
              <w:t>«Русский проснись» и заканчивающийся: «Слава России», размещенный в сети Интернет (решение Горно-Алтайского городского суда Республики Алтай от 03.04.2015);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WWW.FORMAT18.ORC», размещенный в сети Интернет (решение Горно-Алтайского городского суда Республики Алтай от 02.04.2015);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Брошюры: - «Что нужно детям знать о Боге?», изд. 2011. Watchtower Bible and Tract Society of Pennsylvania 2011 Wachtturm Bidel – und Traktat-Gesellschaft der Zeuger Jehovas. e.V., Selters/Taunus; - «Музыка Как она влияет на вас?», изд. 2011. Watchtower Bible and Tract Society of Pennsylvania 2011 Wachtturm Bidel – und Traktat-Gesellschaft der Zeuger Jehovas. e.V., Selters/Taunus.; - «Терроризм В чем его причина? Когда с ним будет покончено?», изд. 2011. Watcher Bible and Tract Society of Pennsylvania 2011 Wachytturm Bibelund Traktat-Gesellschaft der Zeuger Jehovas, e.V., Selters/Taunus.; - «Иисус Откуда он пришел? Как он жил? Почему он умер?», изд. 2011. Watchtower Bibel and Tract Society of Pennsylvania 2011 Wachtturm Bibelund </w:t>
            </w:r>
            <w:r w:rsidRPr="00041EDA">
              <w:rPr>
                <w:rFonts w:ascii="Times New Roman" w:eastAsia="MS Mincho" w:hAnsi="Times New Roman" w:cs="Times New Roman"/>
                <w:sz w:val="24"/>
                <w:szCs w:val="24"/>
                <w:lang w:val="en-US"/>
              </w:rPr>
              <w:lastRenderedPageBreak/>
              <w:t>Traktat-Gesellschaft der Zeugen Jehovas, e.V., Selters/Taunus.; - «Как сохранить счастье в браке?» изд. 2011. Watchtower Bible and Tract Society of Pennsylvania 2011 Wachtturm Bibel-und Traktat-Gesellschaft der Zeuger Jehovas, e.V., Selters/Taunus.; - «Духовный мир Кто в нем обитает», изд. 2011. Watchtower Bible and Tract Society of Pennsylvania 2010 Wachtturm Bibel-und Traktat-Gesellschaft der Zeuger Jehovas, e.V., Selters/Taunus.; - «Человек чудо творения», изд. 2011. Watchtower Bible and Tract Society of Pennsylvania 2011 Wachtturm Bibel-und Traktat-Gesellschaft der Zeuger Jehovas, e.V., Selters/Taunus.; - «Как справиться с потерей близкого человека», изд. 2011. Watchtower Bible and Tract Society of Pennsylvania 2011 Wachtturm Bibel-und Traktat-Gesellschaft der Zeuger Jehovas, e.V., Selters/Taunus (решение Матвеево-Курганского районного суда Ростовской области от 29.09.2014);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статье «Хизб ат-Тахрир аль-Исламий» на Интернет-сайте http://golosislama.ru/news.php?id=3086 (решение Тазовского районного суда Ямало-Ненецкого автономного округа от 25.02.2015);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статье «Асбат аль-Ансар» на Интернет-сайте http://terworld.narod.ru/kontinent.files/asbatalansarlivan.htm (решение Тазовского районного суда Ямало-Ненецкого автономного округа от 25.02.2015);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«Герман Стерлингов – обращение ко всему миру», размещенная на интернет ресурсе ГИС Интернет: www.youtube.com/watch?v=J-LTYCJo2DA (решение Майкопского городского суда Республики Адыгея от 24.03.2015);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w:t>
            </w:r>
            <w:r w:rsidRPr="00041EDA">
              <w:rPr>
                <w:rFonts w:ascii="Times New Roman" w:eastAsia="MS Mincho" w:hAnsi="Times New Roman" w:cs="Times New Roman"/>
                <w:sz w:val="24"/>
                <w:szCs w:val="24"/>
                <w:lang w:val="en-US"/>
              </w:rPr>
              <w:lastRenderedPageBreak/>
              <w:t>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Книга Белоглазова Н.В. «Еврейство и Россия. Краткий исторический очерк» (решение Басманного районного суда города Москвы от 18.02.2015);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Советского районного суда г. Орла от 27.03.2015);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http://www.ru.nurrehberi.com/erisale/munacat_ru/#/2 (решение Ново-Савиновского районного суда г. Казани от 01.04.2015);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«Наставление (катехизис) еврея в СССР изъят в 1961», «Русская революция», «Злая Россия - YOU MUST MURDER» (решение Северного районного суда г. Орла от 26.03.2015);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283</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Литературно-художественные издания: -книга I, 2004 г. «Откровения людям нового века», г.Москва, отпечатано 2010 г. в ОАО «Печатный двор»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w:t>
            </w:r>
            <w:r w:rsidRPr="00041EDA">
              <w:rPr>
                <w:rFonts w:ascii="Times New Roman" w:eastAsia="MS Mincho" w:hAnsi="Times New Roman" w:cs="Times New Roman"/>
                <w:sz w:val="24"/>
                <w:szCs w:val="24"/>
                <w:lang w:val="en-US"/>
              </w:rPr>
              <w:lastRenderedPageBreak/>
              <w:t>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интернет-адресам: http://ar25.org/article/ukrayinska-nacionalna-asambleya-una-unso-korotka-istoriya-stuktura-kontakty.htm, http:// ps-shop.com.ua (решение Новоуренгойского городского суда Ямало-Ненецкого автономного округа от 22.01.2015);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 размещенный в режиме свободного доступа в сети «Интернет» на странице «http://www.odnoklassniki.ru/group..pishaymo» с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283</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«Праведная семья» на 18 страницах, автор и издательство не указаны (решение Тетюшского районного суда Республики Татарстан от 07.04.2015);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«Иисус в исламе и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Информационные материалы, размещенные в сети Интернет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опубликованную 25.12.2012 года в сеть Интернет посредством услуги сайта www.youtube.com пользователем «dymovskiyname» через канал портала http://dymovskiy/.name, принадлежащего Дымовскому А.А. (решение Анапского городского суда </w:t>
            </w:r>
            <w:r w:rsidRPr="00041EDA">
              <w:rPr>
                <w:rFonts w:ascii="Times New Roman" w:eastAsia="MS Mincho" w:hAnsi="Times New Roman" w:cs="Times New Roman"/>
                <w:sz w:val="24"/>
                <w:szCs w:val="24"/>
                <w:lang w:val="en-US"/>
              </w:rPr>
              <w:lastRenderedPageBreak/>
              <w:t>Краснодарского края от 03.02.2015);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видеоролик «NEX company – Толерантная Россия» (решение Северского городского суда Томской области от 23.03.2015);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«SelʼMi – О насущном» размещенный в сети Интернет на сайте http://vk.com/audios154750730?q= Sel%27Mi%20-%20O%20насущном) (решение Советского районного суда г. Орла от 07.04.2015);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«Джихад» (Шейх Хасан абу Аль – Ашбаль «необходимость Джихада для построения Исламской Уммы») продолжительностью 4 минуты 59 секунд (решение Чистопольского городского суда Республики Татарстан от 07.04.2015);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«Бей жидов», размещенная в сети Интернет по электронному адресу: http://www.youtube.com/watch?v=CUBLdGh-2Yg (решение Октябрьского районного суда города Санкт-Петербурга от 04.02.2015);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Псковского городского суда Псковской области от 14.04.2015);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Фотографическое изображение, размещенное группой «Ванильный Шнапс» в сети Интернет по адресу: https://vk.com/v_reich7z-photo-33780701-336887170%Falbum-33780701-00%2Frev пользователя в социальной сети «Вконтакте» (решение Советского районного суда г. Тулы от 30.03.2015);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«русская жизнь», размещенный 05 сентября 2012 года Ремневым А.С. в сети Интернет, на зарегистрированной им странице с аккаунтом vk.com/id182487819 в социальной сети «В КОНТАКТЕ РУ» (решение Боровского районного суда Калужской области от 07.04.2015);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«Самоубийство белой расы» (решение Северного районного суда г. Орла от 31.03.2015);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855.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Статья «Путин в ярости. Стыдно быть русским (запрещенное в России видео)», размещенная в сети </w:t>
            </w:r>
            <w:r w:rsidRPr="00041EDA">
              <w:rPr>
                <w:rFonts w:ascii="Times New Roman" w:eastAsia="MS Mincho" w:hAnsi="Times New Roman" w:cs="Times New Roman"/>
                <w:sz w:val="24"/>
                <w:szCs w:val="24"/>
                <w:lang w:val="en-US"/>
              </w:rPr>
              <w:lastRenderedPageBreak/>
              <w:t>Интернет на сайте «http://www.youtube.com/watch?v=PLG1-FaVyWe» (решение Кировского районного суда г. Астрахани от 14.04.2015);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«Упование на Аллаха», на 2 страницах, автор Абу Белял, издатель не указан (решение Тетюшского районного суда Республики Татарстан от 20.04.2015);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www.vk.com электронный адрес страницы www.vk.com/id90536072 (решение Советского районного суда г. Казани от 16.03.2015);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Саʼида ибн ʻАли ибн Вахфа аль-Кахтани «Толкование прекрасных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«http://vk.com/id85220751» (решение Железногорского городского суда Курской области от 19.03.2015);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текст песни, размещенный на Интернет-сайте http ://song5 .ru/text/див-злой-хачик «ДИВ- Злой хачик текст песни» (решение Никулинского районного суда города Москвы от 10.03.2015);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обнаруженный в глобальной телекоммуникационной сети Интернет, под названием «Мы вас победим, иншааЛлах!», расположенный по адресу http://vk.com/videos215049440_166090676 (решение Черкесского городского суда Карачаево-Черкесской Республики от 16.04.2015);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изображение, размещенное на Интернет-сайте http//risovach.ru/kartinka/2510398 «е**** хачей е**** хачей вон из России черно ж****п***** Мем Против гомиков и хачей» (заочное решение Никулинского районного суда города Москвы от 10.03.2015);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 песни, размещенный на Интернет-сайте vk.com/topic-1 774129_27062203?offset=40 «Вновь плачет народ о русской земле, о русской душе, о родной стороне» (заочное решение Никулинского районного суда города Москвы от 10.03.2015);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 песни, размещенный на Интернет-сайте http://webkind.ru/text/993378859_970071140p551287444_text_pesni_sprot.html «Текст песни СПРОТ, Таки Лукавый Токсидоз LD100 Адольф ГС:» (заочное решение Никулинского районного суда города Москвы от 10.03.2015);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865.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Стихотворение Маслова И.А. «Стань машиной для убийства», размещенное на сайте </w:t>
            </w:r>
            <w:r w:rsidRPr="00041EDA">
              <w:rPr>
                <w:rFonts w:ascii="Times New Roman" w:eastAsia="MS Mincho" w:hAnsi="Times New Roman" w:cs="Times New Roman"/>
                <w:sz w:val="24"/>
                <w:szCs w:val="24"/>
                <w:lang w:val="en-US"/>
              </w:rPr>
              <w:lastRenderedPageBreak/>
              <w:t>http://style.emoolive.ru/~Nitsanger/?show=theme&amp;id=66683 (решение Октябрьского районного суда г. Барнаула от 21.01.2015);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6 текстово-графических изображений групп «Of Hooligans», «Футбольный хулиган», «AllCopsAreBastardS», размещенные в Интернет - сети «Вконтакте» (решение Пролетарского районного суда г. Тулы от 07.04.2015);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личной странице пользователя «Александр Дёмин», расположенной в сети «Интернет» по адресу: http://vk.com/holokaustos (решение Ленинского районного суда г. Тюмени от 24.04.2015).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Информация, размещенная на странице Интернет-сайта nohchipress.info по электронному адресу: www. nohchipress.info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w:t>
            </w:r>
            <w:r w:rsidRPr="00041EDA">
              <w:rPr>
                <w:rFonts w:ascii="Times New Roman" w:eastAsia="MS Mincho" w:hAnsi="Times New Roman" w:cs="Times New Roman"/>
                <w:sz w:val="24"/>
                <w:szCs w:val="24"/>
                <w:lang w:val="en-US"/>
              </w:rPr>
              <w:lastRenderedPageBreak/>
              <w:t>Троицкого городского суда Челябинской области от 12.03.2015);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сайт: http://lib.mn/blog/yurij_petuhov/175617.html (решение Ново-Савиновского районного суда г. Казани от 14.04.2015);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сайт: http://music.nur.kz/1193321-warriors-of-zion-gimn-antifa-(lezginka) (решение Ново-Савиновского районного суда г. Казани от 14.04.2015);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сайты: http://www.muslim-library.com/dl/books/ru4261.pdf, http:/ru.scribd.com/doc/38398265 (решение Ново-Савиновского районного суда г. Казани от 14.04.2015);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сайт http://mp3index.ru/mp3-search/%E5%8D%90%20%D0%9A%D0%BE%D0%BB% D0%BE%D0%B2%D1%80%D0%B0%D1%82%20-%20%D0%9A%D0%B0%D1%80% D0%B0%D1%82%D0%B5%D0%BB%D1%8C%20SS%20%D0%92%D0%B0%D1%80%D1%8F%D0%B3/ (решение Ново-Савиновского районного суда г. Казани от 13.04.2015);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сайт http://ololo.fm/search/%D0%90%D0%BB%D0%B5%D0%BA%D1%81%D0%B0%D0%BD%D0%B4%D1%80+%D0%A5%D0%B0%D1%80%D1%87%D0%B8%D0%BA%D0%BE%D0%B2/%D0%96%D0%B8%D0%B4%D1%8B+%D0%A5%D0%BB%D0%B5%D0%B1%D1%83%D1%88%D0%B5%D0%BA+%D0%9D%D0%B5+%D0%A1%D0%B5%D1%8E%D1%82; http://webkind.ru/text/1291203_58341266p17748296_text_pesni_zhidy-hlebushka-ne-seyut.html (решение Ново-Савиновского районного суда г. Казани от 13.04.2015);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сайты http://libes.ru/170567.read; http://www.libros.am/book/read/id/130482/slug/moya-borba; http://lib.co.ua/politic/gitleradolf/mojaborba.jsp (решение Ново-Савиновского районного суда г. Казани от 13.04.2015);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сайт http://mp3-4-all.ru/id-files/%D0%9A%D0%BE%D0%BB%D0%BE%D0%B2%D1 %80%D0%B0%D1%82-%D0%9D%D0%B5%20%D0%BF%D0%BE%D0%BA%D1%83%D0%BF%D0%B0%D0%B9%20%D1%83%20%D1%87%D1%83%D1%80%D0%BE %D0%BA/ (решение Ново-Савиновского районного суда г. Казани от 13.04.2015);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287</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Интернет сайты http://spaces.ru/musicat/?r=track/view&amp;Tr=1539374&amp;link_id=650085&amp;sid=7078741892583076; http://musicov.net/?song=%C1%E5%E7%F3%EC%ED%FB%E5+%D3%F1% E8%EB%E8%FF; http://zpleer.ru/?s=%D0%91%D0%B5%D0%B7%D1%83%D0%BC%D0%BD%D1%8B%D0%B5+%D0%A3%D1%81%D0%B8%D0%BB%D0%B8%D1%8F (решение Ново-Савиновского районного суда г. Казани от </w:t>
            </w:r>
            <w:r w:rsidRPr="00041EDA">
              <w:rPr>
                <w:rFonts w:ascii="Times New Roman" w:eastAsia="MS Mincho" w:hAnsi="Times New Roman" w:cs="Times New Roman"/>
                <w:sz w:val="24"/>
                <w:szCs w:val="24"/>
                <w:lang w:val="en-US"/>
              </w:rPr>
              <w:lastRenderedPageBreak/>
              <w:t>13.04.2015);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«Абу Умар Саситлинский - Про Шиитов и Алавитов (из лекции-вместе мы сила)», продолжительностью 7 минут 14 секунд, размещенный на интернет-cайтах: - http://www.youtube.com/watch?v=nTEHUwkmGI8 - http://vk.com/video234167848_170985675; - http://tubethe.com/watch/nTEHUwkmGI8/abu-umar-sasitlinskijj-pro-shiitov -i-alavitov-iz-lekciivmeste-my-sila.html; - http://santiye.tv/play/nTEHUwkmGI8/____________.html; - http://vidoz.pp.ua/video/0eRUf9xzTVL.html (решение Тракторозаводского районного суда г. Волгограда от 20.04.2015);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 видеофайл «Поддержка мусульман Нижневартовска пророка Аллаха», расположенный в сети Интернет на сайте www.youtube.com (решение Нижневартовского городского суда Ханты-Мансийского автономного округа – Югры от 22.04.2015);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Cтихотворение «Взорви вагон вечерним рейсом…» (решение Йошкар-Олинского городского суда Республики Марий Эл от 20.04.2015);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«Формат 18 - Владимирский централ…», размещенный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w:t>
            </w:r>
            <w:r w:rsidRPr="00041EDA">
              <w:rPr>
                <w:rFonts w:ascii="Times New Roman" w:eastAsia="MS Mincho" w:hAnsi="Times New Roman" w:cs="Times New Roman"/>
                <w:sz w:val="24"/>
                <w:szCs w:val="24"/>
                <w:lang w:val="en-US"/>
              </w:rPr>
              <w:lastRenderedPageBreak/>
              <w:t>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Видеоролик «14 88» (решение Северного районного суда г. Орла от 23.04.2015);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http://vkcom.ru/id144064070 (решение Промышленного районного суда г. Курска от 31.03.2015);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содержащийся в видеоролике с названием «YA-Russkij.flv», размещенный на интернет - ресурсе (сайте) http://vk.com/den patriot (решение Гуковского городского суда Ростовской области от 27.04.2015);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http ://vk.coin/ atakaws;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http://vk.com/atakaws;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http://vk.com/atakaws; - текст, начинающийся со слов «Атака //10 декабря 2013 в 20:29 // Оккупанты </w:t>
            </w:r>
            <w:r w:rsidRPr="00041EDA">
              <w:rPr>
                <w:rFonts w:ascii="Times New Roman" w:eastAsia="MS Mincho" w:hAnsi="Times New Roman" w:cs="Times New Roman"/>
                <w:sz w:val="24"/>
                <w:szCs w:val="24"/>
                <w:lang w:val="en-US"/>
              </w:rPr>
              <w:lastRenderedPageBreak/>
              <w:t>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http://vk.com/atakaws; - текст, начинающийся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сетевому адресу: http://vk.com/atakaws (решение Басманного районного суда города Москвы от 13.03.2015);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Графические файлы, размещенные на сайте «https://vk.com./blaginanton»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http://vkcom.ru/id1 51175-739 (решение Промышленного районного суда г. Курска от 16.04.2015);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289</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Видеофайлы «NS-WP v doroge..360.mp4» (длительность 54 сек.); «NS_WP в дороге.mp4» (длительность 54 сек.), идентичный по содержанию видеофайлу «NS-WP v doroge..360.mp4» (длительность 54 сек.), «Национализм НЕ фашизм!..mp4» (длительность 07 мин. 42 сек.), размещенные в сети Интернет на странице с электронным адресом - http://vk.com/id134342032 (решение Орджоникидзевского районного суда г. </w:t>
            </w:r>
            <w:r w:rsidRPr="00041EDA">
              <w:rPr>
                <w:rFonts w:ascii="Times New Roman" w:eastAsia="MS Mincho" w:hAnsi="Times New Roman" w:cs="Times New Roman"/>
                <w:sz w:val="24"/>
                <w:szCs w:val="24"/>
                <w:lang w:val="en-US"/>
              </w:rPr>
              <w:lastRenderedPageBreak/>
              <w:t>Новокузнецка Кемеровской области от 23.04.2015);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Текстовые материалы, размещенные в социальной сети «VK.com» по адресу: http://vk.com/ eleftheriaithanatos»: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MFF Свобода Слова: Русь …. »; под названием «ИМАРАТ КАВКАЗ. Сводка боевых операций моджахедов за месяц Сафар 1435 г.х.»; под названием «ТЕРАКТЫ В 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расположенные в сети интернет сайта «ВКонтакте» на странице http://vk.com/club45276843: содержащиеся в аудиофайлах: «Коловрат- В нашем доме появился замечательный скинхед мр.3; «Коловрат-Скинхеды мр.3», »Хор СС -сопротивляйся.мр.3», «ХорСС-RAHOWA.мр.3»,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http://vk.com/club 45276843, по адресу http://vk.com/id78655196 на странице «Роман Фокинский» и на странице пользователя «Вадим Криутин» http://vk.com/id107854596 (решение Фокинского районного суда г. Брянска от 08.05.2015);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расположенные в сети интернет сайта «ВКонтакте» на странице http://vk.com/club45276843: содержащиеся в аудиофайлах: «ХорСС-Россия принадлежит нам.мр.3», «ХорСС-Россия для русских.мр.3» ; «ХорСС-Ненависть мр.3», «Хор СС – Арийская честь.мр.3», «ХорСС- White Power.мр.3», «ХорСС-Hammtrskins.мр3», -в графических изображениях: №№ 64, 70, 9, 11, 25, 29, 32-36, 40, 41, 43, 45, 46, 52, 53, 55, 65, 72, 80, 83, 84, 86, 87,91,44,67,75 (решение Фокинского районного суда г. Брянска от 08.05.2015);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895.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Фотоизображение с высказываниями «Орел основан Иваном Грозным как застава для чурок», «Партизаны </w:t>
            </w:r>
            <w:r w:rsidRPr="00041EDA">
              <w:rPr>
                <w:rFonts w:ascii="Times New Roman" w:eastAsia="MS Mincho" w:hAnsi="Times New Roman" w:cs="Times New Roman"/>
                <w:sz w:val="24"/>
                <w:szCs w:val="24"/>
                <w:lang w:val="en-US"/>
              </w:rPr>
              <w:lastRenderedPageBreak/>
              <w:t>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«Смотрим все!», размещенный в сети Интернет на персональной странице социальной сети «Вконтакте» «http://vk.com», под названием «Антоха Екимов» (vk.com/idl4snark88) (решение Боровичского районного суда Новгородской области от 26.02.2015);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информационно - телекоммуникационной сети Интернет, на интернет – ресурсе «Youtube» видео файлы «Причина террора!.wmv» по адресу http://www.youtube.com/watch?v=Ndh1CUBv8mc длительностью 3 минуты 8 секунд и «Терроризм – есть истинное добро!. wmv» по адресу http://www.youtube.com/watch?v=1IZRXlwSn3M, длительностью 4 минуты 29 секунд (решение Оленинского районного суда Тверской области от 22.04.2015);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статья «Бутафория 21 века, оплачиваемая из Камчатского бюджета», размещенная на интернет-странице http://express-kamchatka.com/sobytiya/4551-butaforia-21-veka-oplachivaemaya-iz-budzheta.html статья «Их достояние» с размахом празднует 20–летие», размещенная на интернет-странице http://express-kamchatka.com/sobytiya/4763-gazprom.html статья «Вчера в кремле везде висела фотография журналиста Кравчука И.Р. как особо опасного «преступника», размещенная на интернет – странице http://express-kamchatka.com/sobytiya/4765-kgb. html (решение Петропавловск-Камчатского городского суда от 29.04.2015);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«Аль-валя валь-бара» (решение Фрунзенского районного суда г. Владимира от 12.05.2015);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с названием «Шейх Авлаки: «Битва сердец и мыслей» на странице http://akhbarsham.info/2014/07/01/63 сайта http://akhbarsham.info, размещенный в Информационно-телекоммуникационной сети «Интернет» (решение Советского районного суда г. Махачкалы Республики Дагестан от 12.05.2015);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песни Александра Харчикова «Убей американца» размещенная в информационно-телекоммуникационной сети Интернет на сайте https://vk.com/id266110708 (решение Жуковского районного суда Калужской области от 07.05.2015);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290</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Сайт в сети Интернет http://www.jw.org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w:t>
            </w:r>
            <w:r w:rsidRPr="00041EDA">
              <w:rPr>
                <w:rFonts w:ascii="Times New Roman" w:eastAsia="MS Mincho" w:hAnsi="Times New Roman" w:cs="Times New Roman"/>
                <w:sz w:val="24"/>
                <w:szCs w:val="24"/>
                <w:lang w:val="en-US"/>
              </w:rPr>
              <w:lastRenderedPageBreak/>
              <w:t xml:space="preserve">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рисунка представляет собой </w:t>
            </w:r>
            <w:r w:rsidRPr="00041EDA">
              <w:rPr>
                <w:rFonts w:ascii="Times New Roman" w:eastAsia="MS Mincho" w:hAnsi="Times New Roman" w:cs="Times New Roman"/>
                <w:sz w:val="24"/>
                <w:szCs w:val="24"/>
                <w:lang w:val="en-US"/>
              </w:rPr>
              <w:lastRenderedPageBreak/>
              <w:t>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NS SKINHEAD WHIT POWER Солдат», «Слава Руси 14\88 NSWP» (решение Кинешемского городского суда Ивановской области от 30.04.2015);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P.P. (решение Авиастроительного районного суда г. Казани от 19.10.2010);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Брошюры «АльгВаъй» № 201, «Аль-Ваъй» Ха 202, «Аль-Ваъй» № 220, «Аль-Ваъй» № 223, «Аль-Ваъй» № 225, «Аль-Ваъй» № 226, Хизб-Ут-Тахрир», «Изменение. 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на Интернет сайте «Живой журнал» http://slonus2012.1ivejoumal/com/, а также Интернет-ресурсах http://magaspostcom/?p=482, http://ok.ru/ingclan/topic/62652278431939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на сайте islamdin.net (http://islamdin.net/news/index.php?act=view&amp;id-158)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Информация, содержащаяся в аудио-файле: «Russkij Styag – My – Russkie lyudi» продолжительностью 02 минуты 14 секунд (решение Пушкинского районного суда города Санкт-Петербурга от 10.03.2015);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Визуальные и текстовые изображения, размещенные в сети Интернет на информационном ресурсе «Вконтакте» на ресурсе (https://vk.com/ukraiman natsional) сообщества «Бастioн (Слава Нацii Смерть федерацii» (решение Советского районного суда г. Тулы от 12.05.2015);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содержащаяся в аудио-файле: «Russkij Styag – Pod Sladkie Pesni» продолжительностью 05 минут 50 секунд (решение Пушкинского районного суда города Санкт-Петербурга от 06.04.2015);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содержащаяся в аудио-файле: «Dyushes- YA risyu belom melom 1488» продолжительностью 02 минуты 53 секунды (решение Пушкинского районного суда города Санкт-Петербурга от 07.05.2015);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движения «Белое сплочение», размещенные на сайте www.beloe-splochenie.jimdo.com (решение Назаровского городского суда Красноярского края от 06.05.2015);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http://vk.com», под названием «Марьям Ибрагимова» (vk.com/id168344515) (решение Новгородского районного суда Новгородской области от 01.04.2015);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w:t>
            </w:r>
            <w:r w:rsidRPr="00041EDA">
              <w:rPr>
                <w:rFonts w:ascii="Times New Roman" w:eastAsia="MS Mincho" w:hAnsi="Times New Roman" w:cs="Times New Roman"/>
                <w:sz w:val="24"/>
                <w:szCs w:val="24"/>
                <w:lang w:val="en-US"/>
              </w:rPr>
              <w:lastRenderedPageBreak/>
              <w:t>названием «Скины» продолжительностью 5 минут 09 сек (http:vk.com/id133093126_168817556) (решение Вологодского городского суда Вологодской области от 28.04.2015);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 статьи «Дуэль.нужно ли убрать из России Евреев?», размещенный в сети Интернет по адресу: http://www.duel.ru/199903/73_5_1 (решение Василеостровского районного суда города Санкт-Петербурга от 14.05.2015);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«Документальный фильм про скинхедов в России» (решение Центрального районного суда г. Калининграда от 14.05.2015);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названием «Воззвание приморских партизан» (решение Ленинского районного суда г. Владивостока от 13.05.2015);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292</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Информационные материалы, размещенные по интернет-адресу: http://kobakbogoder.blogspot.ru (решение Новоуренгойского городского суда Ямало-Ненецкого автономного округа от 19.03.2015).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28.04.2015);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Алексея Шмакова «Евреи в истории».-М: «ВОГ-Свекрасаф», 2011.-400с. (решение Головинского районного суда города Москвы от 18.03.2015);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Махачкалы Республики Дагестан от 28.05.2015);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по интернет-адресу: http://vladrons.com/ (решение Новоуренгойского городского суда Ямало-Ненецкого автономного округа от 22.04.2015);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по интернет – адресу: http://vk.com.hizbua (решение Надымского городского суда Ямало-Ненецкого автономного округа от 27.04.2015);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293</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округа от 30.03.2015);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«Смерть российским оккупантам» (решение Ленинского районного суда г. Владимира от 14.05.2015);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комментария пользователя под ником «erotic dance»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http://www.youtube.com/watch?v=Dh0f87GPn60 (решение Бавлинского городского суда Республики Татарстан от 15.06.2015);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 музыкально-текстовой композиции «Не покупай у чурок» длительностью 4 минуты 5 секунд, размещенный по адресам: http://www.audiopoisk.com/track/kolovratl/mp3/ne-pokupai-u-4urok/; http://muzofon.com/search/Коловрат%20Не%20покупай%20у%20чурок (решение Василеостровского районного суда города Санкт-Петербурга от 30.04.2015);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статье «Взлет и падение «Аль-Каиды»: история и перспективы джихадизма» на интернет-сайте http://www.harunsidorov.info/2014/11/blog-post_19.html (решение Тазовского районного суда Ямало-Ненецкого автономного округа от 30.03.2015);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w:t>
            </w:r>
            <w:r w:rsidRPr="00041EDA">
              <w:rPr>
                <w:rFonts w:ascii="Times New Roman" w:eastAsia="MS Mincho" w:hAnsi="Times New Roman" w:cs="Times New Roman"/>
                <w:sz w:val="24"/>
                <w:szCs w:val="24"/>
                <w:lang w:val="en-US"/>
              </w:rPr>
              <w:lastRenderedPageBreak/>
              <w:t>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Информационные видеоматериалы, размещенные на интернет-страницах: http://www.youtube.com/wath?v=jQJ3otcgGjk – «СЛАВЯНСКИЙ СОЮЗ»; </w:t>
            </w:r>
            <w:r w:rsidRPr="00041EDA">
              <w:rPr>
                <w:rFonts w:ascii="Times New Roman" w:eastAsia="MS Mincho" w:hAnsi="Times New Roman" w:cs="Times New Roman"/>
                <w:sz w:val="24"/>
                <w:szCs w:val="24"/>
                <w:lang w:val="en-US"/>
              </w:rPr>
              <w:lastRenderedPageBreak/>
              <w:t>http://www.youtube.com/wath?v=KzOVRLiUEE – «СЛАВЯНСКИЙ СОЮЗ. ИСТОРИЯ»; http://www.youtube.com/wath?v=cbrKKnhqqYY – «Обыкновенный фашизм. `Люди в черном`. Славянский Союз» (решение Ноябрьского городского суда Ямало-Ненецкого автономного округа от 13.04.2015);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статье «Причины образования Хизб ут-Тахрир» на Интернет-сайте https://vk.com/73637669 (решение Шурышкарского районного суда Ямало-Ненецкого автономного округа от 14.04.2015);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Скинхед-2p» (решение Фрунзенского районного суда г. Ярославля от 28.05.2015);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 музыкальной композиции – «Трус не е*ашит хачей», размещенный на момент предъявления иска в сети Интернет по адресу: http://vozmitxt.com/?lyrics=NTcwMTI3M3wxNC84OCAtINGC0YDRg9GBINC90LUg0LXQsdCw0YjQuNGCINGF0LDRh9С10Lk (решение Василеостровского районного суда города Санкт-Петербурга от 14.05.2015);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http://www.islamhouse.com/395270/ru/ru/audios/%D0%90%D1%83%D0%B4%D0%B8%D0%BE%D0%BA%D0%BD%D0%B8%D0%B3%D0%B0_%C2%AB%D0%96%D0%B8%D0%B7%D0%BD%D1%8C_%D0%9F%D1%80%D0%BE%D1%827745715_28299080 (решение Сестрорецкого районного суда города Санкт-Петербурга от 16.02.2015);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на сайте https://demotivation.me/j0y1cmrd8061pic.html, а именно фотоматериал, сопровождающийся надписью: «Смерть России» (решение Енотаевского районного суда Астраханской области от 28.05.2015);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на сайте http:www.google.ru/searh?q=смерть+россии&amp;newwindow=1&amp;tbm=isch&amp;tbo=u&amp;source=univ&amp;sa=X&amp;ei=,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www.islamdin.info (решение Центрального районного суда г. Волгограда от 01.09.2014);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w:t>
            </w:r>
            <w:r w:rsidRPr="00041EDA">
              <w:rPr>
                <w:rFonts w:ascii="Times New Roman" w:eastAsia="MS Mincho" w:hAnsi="Times New Roman" w:cs="Times New Roman"/>
                <w:sz w:val="24"/>
                <w:szCs w:val="24"/>
                <w:lang w:val="en-US"/>
              </w:rPr>
              <w:lastRenderedPageBreak/>
              <w:t>951.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«Внутренний предиктор. От корпоративности под покровом идей к соборности в Богодержавии». – </w:t>
            </w:r>
            <w:r w:rsidRPr="00041EDA">
              <w:rPr>
                <w:rFonts w:ascii="Times New Roman" w:eastAsia="MS Mincho" w:hAnsi="Times New Roman" w:cs="Times New Roman"/>
                <w:sz w:val="24"/>
                <w:szCs w:val="24"/>
                <w:lang w:val="en-US"/>
              </w:rPr>
              <w:lastRenderedPageBreak/>
              <w:t>Издательство «Общественная инициатива». – г.Санкт-Петербург, 2003 (решение Хостинского районного суда г. Сочи от 24.04.2015);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Зыбиным С.В. материалы в форме изображений и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«KURAN».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Креолизованный текст, визуальным компонентом которого является изображение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видеоматериалы:- http://www/youtube.com/watch?v=z8ZUEhbLzAo – «18+ Зверства украинских фашистов»; - http://www/youtube.com/watch?v=OzJ7z0Q_018 – «Вишкiл. «Тризуб» iм. Степана Бандери.»; - http://www/youtube.com/watch?v=CrwxQRjobg – «УНА-УНСО. Батальон Шрома.»; - http://my.mail.ru/mail/rusolux55/video/77/226.html - «Гiмн УНА-УНСО»; - http://vk.com/videos96331778?z=video96331778_154654332%2Fvideos 96331778 – «Вступай в УПА Голодюка+БАНДЕРИ+ДОВБУША+ХРИСТА+СЛАВА УКРАIНI! Слава героям!» (решение Ноябрьского районного суда Ямало-Ненецкого автономного округа от 18.05.2015);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w:t>
            </w:r>
            <w:r w:rsidRPr="00041EDA">
              <w:rPr>
                <w:rFonts w:ascii="Times New Roman" w:eastAsia="MS Mincho" w:hAnsi="Times New Roman" w:cs="Times New Roman"/>
                <w:sz w:val="24"/>
                <w:szCs w:val="24"/>
                <w:lang w:val="en-US"/>
              </w:rPr>
              <w:lastRenderedPageBreak/>
              <w:t>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Информационные видеоматериалы: - http://vk.com/video105092898_171332914 - «Убийство старшего лейтенанта МВД Правым Сектором; - http://vk.com/video3513278_172097076 - «Правый сектор передает </w:t>
            </w:r>
            <w:r w:rsidRPr="00041EDA">
              <w:rPr>
                <w:rFonts w:ascii="Times New Roman" w:eastAsia="MS Mincho" w:hAnsi="Times New Roman" w:cs="Times New Roman"/>
                <w:sz w:val="24"/>
                <w:szCs w:val="24"/>
                <w:lang w:val="en-US"/>
              </w:rPr>
              <w:lastRenderedPageBreak/>
              <w:t>привет российский лже-националистам» (решение Ноябрьского районного суда Ямало-Ненецкого автономного округа от 18.05.2015);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в сети «Интернет» на сайтах: http://qalib.net/a/kak-sdelat-vzrivchatku; http://www.mediaport.ua/news/city/33061/azbuka_domashnego_terrorizma_ili_kak_izgotovit_vzryivchatku_na_skoruyu_ruku; http://pikabu.ru/story/kak_prigotovit_quotvzryivnoy_poroshokquot_u_sebya_doma_703553; http:/engangs.ru/69059/kak-sdelat-nitroglitserinovuyu-vzryivchatku-iz-tabletok; http://forum.ren-tv.com/?mode=threaded&amp;pid=57800&amp;showtopic=4137; http://qalib.net/a/kak-sdelat-dinamit; http://otvet.mail.ru/question/16903626; http:/ru.wikipedia.org/wiki/%C4%E8%ED%E0%EC%E8%F2; http://www.bolshoyvopros.ru/questions/78230-kak-delajut-dinamit.html (решение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названием «Русские! Объединяйтесь!», размещенный в сети Интернет по электронному адресу: www. russkoedelo.org/mysl/istarhov/russians_unite.php (решение Выборгского районного суда города Санкт-Петербурга от 18.11.2014);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стихотворения под названием «Убей кавказца», размещенный в сети Интернет по электронному адресу: http://nordrus-norna.livejournal.com (решение Выборгского районного суда города Санкт-Петербурга от 04.02.2015);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Видеофайл под наименованием «Герой Истины-Зайд Абу Абдуллах», продолжительностью 13 минут 08 секунд, расположенный в сети Интернет по адресам: «http://www.youtube.com/watch?v=UyF7rpX7KC8», «http://vids.bastizone.com/watch/ UyF7rpX7KC8/-», «http://lamanserlo.com/index.php?newsid=19634», «http://vidooly.com/video/UyF7rpX7KC8» (решение Центрального районного суда г. Волгограда от </w:t>
            </w:r>
            <w:r w:rsidRPr="00041EDA">
              <w:rPr>
                <w:rFonts w:ascii="Times New Roman" w:eastAsia="MS Mincho" w:hAnsi="Times New Roman" w:cs="Times New Roman"/>
                <w:sz w:val="24"/>
                <w:szCs w:val="24"/>
                <w:lang w:val="en-US"/>
              </w:rPr>
              <w:lastRenderedPageBreak/>
              <w:t>14.05.2015);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на Интернет-странице в социальной сети «В контакте» www.vk.com/id 153451676, размещенные Пекаревым О.Ю., в социальной сети «В контакте» (решение Гагаринского районного суда города Москвы от 20.05.2015);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«Русский стяг (Россия, моя Россия).mp3», аудиозапись под названием «Русский стяг (Русский нацист).mp3 (решение Саровского городского суда Нижегородской области от 08.06.2015);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текст песни «1488- ч..ке-черная-смерть» и аудиозапись с ее 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Виртуальное сообщество с наименованием «Чурки-Гов…о» и 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«За Русь Славяне!!!», продолжительностью 3 минуты 12 секунд, размещенного на интернет-сайте, имеющий электронный адрес http://vkontakte.ru/id748117044 (решение Промышленного районного суда г. Курска от 18.05.2015);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Размещенные Величко К.В. материалы в форме изображений и текстовых комментариев в сети «Интернет», 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w:t>
            </w:r>
            <w:r w:rsidRPr="00041EDA">
              <w:rPr>
                <w:rFonts w:ascii="Times New Roman" w:eastAsia="MS Mincho" w:hAnsi="Times New Roman" w:cs="Times New Roman"/>
                <w:sz w:val="24"/>
                <w:szCs w:val="24"/>
                <w:lang w:val="en-US"/>
              </w:rPr>
              <w:lastRenderedPageBreak/>
              <w:t>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“Но-ho-holacaust” (решение Железнодорожного районного суда г. Улан-Уде от 15.04.2015);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«Кавказские подстилки», имеющий продолжительность 04 минуты 58 секунд, размещенный Вериховым И.Д. на Интернет-сайте www.vkontakte.ru на Интернет-странице http://vk.com/id152497073 (решение Промышленного районного суда г. Курска от 20.05.2015);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297</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w:t>
            </w:r>
            <w:r w:rsidRPr="00041EDA">
              <w:rPr>
                <w:rFonts w:ascii="Times New Roman" w:eastAsia="MS Mincho" w:hAnsi="Times New Roman" w:cs="Times New Roman"/>
                <w:sz w:val="24"/>
                <w:szCs w:val="24"/>
                <w:lang w:val="en-US"/>
              </w:rPr>
              <w:lastRenderedPageBreak/>
              <w:t>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Archive, 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hghltd.yandex.net/yandbtm?fmode=inject&amp;url=http%3A%2F%F www.islamdin.com%2Fpodpolye%2F45-guerrilla%2F1760-basis/html&amp;tld=ru&amp;la=1427326720text=%D0%BE%Dl%81%DO%BD%D0%BE%D0%B2%D1%8B%20%D0%BF%D0%B0%D1%80%D1%82%D0%B8%D0%B7%D0%B0%D0%BD%D1%81%D0%BA%D0%BE%D0%B3%D0%BE%20%D0%B4%D0%B6%D0%B8%D1%85%D0%B0%D0%B4%D0%B0%20%D0%B0%D1%83%D0%B4%D0%B8%D0%BE&amp;110n=ru&amp;mime=html&amp;sign=8ab54d9ed9c46467614 bc4032a76239a&amp;keyno=0; - http://sodiqlar.info/rus/index.php?newsid=2008 - http://abusalima770.blogspot.de/2014/01blog-post.html (решение Светлоярского районного суда Волгоградской области от 09.06.2015);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w:t>
            </w:r>
            <w:r w:rsidRPr="00041EDA">
              <w:rPr>
                <w:rFonts w:ascii="Times New Roman" w:eastAsia="MS Mincho" w:hAnsi="Times New Roman" w:cs="Times New Roman"/>
                <w:sz w:val="24"/>
                <w:szCs w:val="24"/>
                <w:lang w:val="en-US"/>
              </w:rPr>
              <w:lastRenderedPageBreak/>
              <w:t>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Электронная страница группы «Русский Охранный Корпус» (URL адрес - https://vk.com/club72557658) и личная страница «Николай Воскобойник» (URL адрес - https://vk.com/ud233291156), сайта http://vk.com </w:t>
            </w:r>
            <w:r w:rsidRPr="00041EDA">
              <w:rPr>
                <w:rFonts w:ascii="Times New Roman" w:eastAsia="MS Mincho" w:hAnsi="Times New Roman" w:cs="Times New Roman"/>
                <w:sz w:val="24"/>
                <w:szCs w:val="24"/>
                <w:lang w:val="en-US"/>
              </w:rPr>
              <w:lastRenderedPageBreak/>
              <w:t>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(решение Центрального районного суда г. Читы от 15.05.2015);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на Интернет-странице в социальной сети «В контакте» www.vk.com/club2296922 (решение Гагаринского районного суда города Москвы от 04.06.2015);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«Слава России», «Слава Руси. От сердца к солнцу», размещенные в социальной сети «В контакте» в сети Интернет, имеющие сетевой адрес www.vk.com/id91056813 (решение Калужского районного суда Калужской области от 18.05.2015);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«Я Русский!!! Русский не покупай у чурок!», размещенный в социальной сети «В контакте» в сети Интернет, имеющий сетевой адрес www.vk.com/id4226836 (решение Калужского районного суда Калужской области от 18.05.2015);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w:t>
            </w:r>
            <w:r w:rsidRPr="00041EDA">
              <w:rPr>
                <w:rFonts w:ascii="Times New Roman" w:eastAsia="MS Mincho" w:hAnsi="Times New Roman" w:cs="Times New Roman"/>
                <w:sz w:val="24"/>
                <w:szCs w:val="24"/>
                <w:lang w:val="en-US"/>
              </w:rPr>
              <w:lastRenderedPageBreak/>
              <w:t>г. Читы от 13.11.2015)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Интернет-сайтах по сетевым адресам: http://victorbeliy.mypage.ru/isteriki_i_isterii/html, материал «Книга зверя (попытки понять)», опубликованный 12.06.2013 в 15.33 по интернет адресу: http://rest24.mypage.ru/14.html, http://hukto.mypage.ru/_38.html (решение Благовещенского городского суда от 18.05.2015);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www.webkind.ru/text/94586081_95409806p945233222_text_pesni_antifa.html; http://mp3prima.com/dl4.php?dl=879866; http://filka.info/mp3/%D0%94%D0%BE%D0%B1%D0%B5%D1%80%D0%BC%D0%B0%D0%BD%20%D0%90%D0%BD%D1%82%D0%B8%D1%84%D0%B0; http://www.muzikoff.net/audio/%D0%94%D0%BE%D0%B1%D0%B5%D1%80D0%BC%D0%B0%D0%BD%20%D0%90%D0%BD%D 1 %82%D0%B8% D1%84%D0%B0 (решение Центрального районного суда г. Хабаровска от 07.04.2015 и определение Центрального районного суда г. Хабаровска от 07.07.2015).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Публикация, размещенная в сети «Интернет» на сайте «ВКонтакте» по электронному адресу: http://vk.com/public77214027,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«Сын «хочет открыть» отца», брошюра «Была ли жизнь создана?» (решение Октябрьского районного суда г. Белгорода от 04.03.2015);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Интернет-ресурсы http://kobakbogoder.blogspot.ru и http://kaznovoswti.blogspot.ru (решение Электростальского городского суда Московской области от 11.08.2014);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http://vk.com/id204367556 «Дима Армейцев»,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 исполнитель «ГУЛАГ» песня «Жидомасоны» (автор не известен) (решение Междуреченского городского суда Кемеровской области от 22.05.2015);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w:t>
            </w:r>
            <w:r w:rsidRPr="00041EDA">
              <w:rPr>
                <w:rFonts w:ascii="Times New Roman" w:eastAsia="MS Mincho" w:hAnsi="Times New Roman" w:cs="Times New Roman"/>
                <w:sz w:val="24"/>
                <w:szCs w:val="24"/>
                <w:lang w:val="en-US"/>
              </w:rPr>
              <w:lastRenderedPageBreak/>
              <w:t>решилась И мира оттого лишилась, Что в ней сидит пархатый жид» (решение Йошкар-Олинского городского суда Республики Марий Эл от 19.05.2015);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http://www.joov.net/text/2293066/fedor_volkov-pohoronyi_skina.htmls (решение Останкинского районного суда города Москвы от 13.05.2015);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Останкинского районного суда города Москвы от 13.05.2015);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изложенный в виде текста песни под названием «White power» исполнителя группы под названием «Коррозия Металла», распространяемый на сайте в информационно-телекоммуникационной сети Интернет: http://www.joov.net/text/1727851/korrosiya_metalla-White_Power.htmls (решение Останкинского районного суда от 13.05.2015);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Видеозаписи: «Слабонервным не смотреть чечены режут русских срочников» на указателе страницы сайта http://vk.com/video101320322_166143850,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http://vk.com/video101320322_166143543. продолжительностью 4 минуты 02 секунды (решение Кировского районного суда города Саратова от 20.05.2015);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w:t>
            </w:r>
            <w:r w:rsidRPr="00041EDA">
              <w:rPr>
                <w:rFonts w:ascii="Times New Roman" w:eastAsia="MS Mincho" w:hAnsi="Times New Roman" w:cs="Times New Roman"/>
                <w:sz w:val="24"/>
                <w:szCs w:val="24"/>
                <w:lang w:val="en-US"/>
              </w:rPr>
              <w:lastRenderedPageBreak/>
              <w:t>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Cтатья Б. Стомахина «С новым гадом!», размещенная на интернет-сайте http://sopritivlenie.marsho.net </w:t>
            </w:r>
            <w:r w:rsidRPr="00041EDA">
              <w:rPr>
                <w:rFonts w:ascii="Times New Roman" w:eastAsia="MS Mincho" w:hAnsi="Times New Roman" w:cs="Times New Roman"/>
                <w:sz w:val="24"/>
                <w:szCs w:val="24"/>
                <w:lang w:val="en-US"/>
              </w:rPr>
              <w:lastRenderedPageBreak/>
              <w:t>(решение Останкинского районного суда города Москвы от 08.06.2015);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Б. Стомахина «Утешительный приз», размещенная на интернет-сайте http://sopritivlenie.marsho.net (решение Останкинского районного суда города Москвы от 08.06.2015);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hhttp://mp3pesnja.com/song/warrios+of+zion+%D0%BB%D0%B5%D0%B7%D0%B3%D0%B8%D0%B8%D0%BD%D0%BA%D0%B0 (решение Останкинского районного суда города Москвы от 13.05.2015);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размещенный на Интернет-страницах http://www.youtube.com/watch?v=w7ezZtkL1-E, http://www.russobor.com/videomaterialy/-ja-budu-delat-vs-chtoby-putinskoi-rosi-ne-stalo-azarii.html,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http://www.youtube.com/watch?v=4j0PDlZ9rr8&amp;spfreload=10, http://www.russobor.com/publikaci-sobora/rus-i-putinskaja-hazarija-nashi-dni-video.html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http://www.youtube.com/watch?v=jxXO-1VRYl4&amp;spfreload=10, http://www.sibpower.com/publikaci/rus-protiv-rosiiskoi-hazari-globalistskie-igry-mirovogo-kaganata-audio-i-</w:t>
            </w:r>
            <w:r w:rsidRPr="00041EDA">
              <w:rPr>
                <w:rFonts w:ascii="Times New Roman" w:eastAsia="MS Mincho" w:hAnsi="Times New Roman" w:cs="Times New Roman"/>
                <w:sz w:val="24"/>
                <w:szCs w:val="24"/>
                <w:lang w:val="en-US"/>
              </w:rPr>
              <w:lastRenderedPageBreak/>
              <w:t>statja.html, http://www.russobor.com/ publikaci-sobora/rus-protiv-rosiiskoi-hazari-globalistskie-igry-mirovogo-kaganata-audio-i-statja-chast-pervaja.html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http://www.sibpower.com/publikaci/rus-protiv-rosiiskoi-hazari-deistvija-chast-vtoraja-audio-i-statja.html, http://www.russobor.com/publikaci-sobora/rus-protiv-rosiiskoi-hazari-deistvija-chast-vtoraja-audio-i-statja.html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http://www.russobor.com/ruskaja-avtonomija-sibiri/chto-takoe-ruskaja-avtonomija-sibiri-i-kak-stat-samostojatelnymi.html, http://www.sibpower.com/novosti/chto-takoe-ruskaja-avtonomija-sibiri-i-kak-stat-samostojatelnymi.html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(решение Горно-Алтайского городского суда Республики Алтай от 17.06.2015);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стихотворения под названием «Чурка», размещенный на странице в сети Интернет с адресом http://demotivation.me/wt6xqa4p9fabpic.html#tcom, а также на странице с адресом http://demotivation.me/print_version.php?id=wt6xqa4p9fab&amp;k=9a5fbe сайта с адресом http://demotivation.me (решение Железнодорожного районного суда г. Барнаула от 01.06.2015);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«Коловрат – Слава России!», «Коловрат – Герои Р.О.А.» (решение Северного районного суда города Орла от 30.04.2015);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«Джихад – обязанность мусульман», размещенный в телекоммуникационной сети Интернет по адресу http:islamdin.net/library/index.php?id=95 (решение Элистинского городского суда Республики Калмыкия от 18.06.2015);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 видеозапись выступлений Ткача В.Д., …, файлы под наименованиями «DSC 04030.MOV», «DSC 0465.MOV», обнаруженные на внешнем жестком диске «3Q», изъятом у Митяева С.В. (решение Замоскворецкого районного суда города Москвы от 16.06.2015);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«Message from Anonymous Caucasus for Operation» (электронный адрес http:vk.com/boycott_sochi), продолжительностью около 2 минут 19 секунд (решение Кировского районного суда г. Ростова-на-Дону от 09.04.2015);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Видеозаписи в сети «Интернет» на странице по адресу: http://vk.com.idl51819556 «P.S.7.62 - Белые войны», «Скины «…….» шавку в метро», «Убей ч…у - спаси страну!» (решение Новочебоксарского городского суда Чувашской Республики − Чувашии от 29.04.2015).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с названием «байат амира ауховского джамаата Сулеймана халифу Абу бакру», опубликованный на странице http://www.youtube.com/watch?v=MxcH96VdkKM на сайте www.youtube.com в Информационно-телекоммуникационной сети «Интернет» (решение Советского районного суда г. Махачкалы Республики Дагестан от 17.06.2015);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www.vk.com/thrashka,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«Ансамбль Христа Спасителя и 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(a834a3df3e.240) (приговор Орджоникидзевского районного суда г. Екатеринбурга Свердловской области от 26.06.2015);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Текстовая часть аудиозаписи «P.S.7.62 -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w:t>
            </w:r>
            <w:r w:rsidRPr="00041EDA">
              <w:rPr>
                <w:rFonts w:ascii="Times New Roman" w:eastAsia="MS Mincho" w:hAnsi="Times New Roman" w:cs="Times New Roman"/>
                <w:sz w:val="24"/>
                <w:szCs w:val="24"/>
                <w:lang w:val="en-US"/>
              </w:rPr>
              <w:lastRenderedPageBreak/>
              <w:t>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 4 418 КБ, формат записи media file (.mp4), продолжительность 00:03:04); 3. «Скины-школа.mp4» (размер 1 245 КБ, формат записи media file (.mp4), продолжительность 00:00:24); 4. «скины рулят2.mp4» (размер 6 244 КБ, формат записи media file (.mp4), продолжительность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(размер 18 177 КБ, формат записи media file (.mp4), продолжительность </w:t>
            </w:r>
            <w:r w:rsidRPr="00041EDA">
              <w:rPr>
                <w:rFonts w:ascii="Times New Roman" w:eastAsia="MS Mincho" w:hAnsi="Times New Roman" w:cs="Times New Roman"/>
                <w:sz w:val="24"/>
                <w:szCs w:val="24"/>
                <w:lang w:val="en-US"/>
              </w:rPr>
              <w:lastRenderedPageBreak/>
              <w:t>00:06:58); 10. «видео о скинах!!!.mp4» (размер 12 590 КБ, формат записи media file (.mp4), продолжительность 00:04:26); 11. «Драки скинов!!! Бойтесь нас мы вас всех истребим!!!1.mp4» (размер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названием «Воззвание приморских партизан» (решение Ленинского районного суда г. Владивостока от 13.05.2015);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Аудиозаписи под названием «Русский стяг ( Я славянин), mp3, «Русский стяг (Убей) (решение Саровского городского суда Нижегородской области от 25.06.2015);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«FBI»,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w:t>
            </w:r>
            <w:r w:rsidRPr="00041EDA">
              <w:rPr>
                <w:rFonts w:ascii="Times New Roman" w:eastAsia="MS Mincho" w:hAnsi="Times New Roman" w:cs="Times New Roman"/>
                <w:sz w:val="24"/>
                <w:szCs w:val="24"/>
                <w:lang w:val="en-US"/>
              </w:rPr>
              <w:lastRenderedPageBreak/>
              <w:t>суда г. Казани от 10.09.2010);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Аудиокомпозиция «Солнце за нас» исполнителей «Аргентина» и «Околорэпа» (решение Левобережного районного суда города Липецка от 03.06.2015);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на странице http://vk.com/osloeb05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на сайте www.youtube.com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Махачкалы Республики Дагестан от 08.05.2015);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размещенная на Интернет-сайте http://pora-valit.liveioumal.com/2868408.html (решение Никулинского районного суда города Москвы от 17.06.2015);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на Интернет-сайте http://funfixru/post/38869/ (решение Никулинского районного суда города Москвы от 25.06.2015);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на Интернет-сайте http://demotivation.me/7gffa5h3fblkpic.html (решение Никулинского районного суда города Москвы от 25.06.2015);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«Папа,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изображение, размещенное на Интернет-сайте http://risovach.ru/kartinka/2723758 «Я жёг евреев потому что они дно. А всё остальное придумали жиды!!!» на фоне «Мем Гитлер» (решение Никулинского районного суда города Москвы от 17.06.2015);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028.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«Стезя правды» Синявина И.И., изданная издательством «Русская правда» в 2001 году (решение </w:t>
            </w:r>
            <w:r w:rsidRPr="00041EDA">
              <w:rPr>
                <w:rFonts w:ascii="Times New Roman" w:eastAsia="MS Mincho" w:hAnsi="Times New Roman" w:cs="Times New Roman"/>
                <w:sz w:val="24"/>
                <w:szCs w:val="24"/>
                <w:lang w:val="en-US"/>
              </w:rPr>
              <w:lastRenderedPageBreak/>
              <w:t>Промышленного районного суда г. Оренбурга от 25.06.2015);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Персональная Интернет-страница, открытая для публичного просмотра под авторством пользователя «Иван Национолист» в социальной сети «В контакте» http-адрес «vk./com/idl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по адресу http://vk.com/wdrothers1488 под названием «white brother’s 14/88» в социальной сети «Вконтакте» (решение Вахитовского районного суда г. Казани от 18.06.2015);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«Мы знаем все. Мы помним все» размещенная на страницах http://vk.com/usa_state_ua?w=wall-16027048_337294, http://copypaste.me/558.html, http://vk.com/ukrdep?w=wall-74109774_127, http://uk-ua.fasebook/com/people/Valentine-Michael-Ovdienko/100004621450959 (решение Октябрьского районного суда г. Барнаула от 22.06.2015);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http://vk.com/id182955304, принадлежащей пользователю «И. Имаев» (решение Вахитовского районного суда г. Казани от 18.06.2015);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w:t>
            </w:r>
            <w:r w:rsidRPr="00041EDA">
              <w:rPr>
                <w:rFonts w:ascii="Times New Roman" w:eastAsia="MS Mincho" w:hAnsi="Times New Roman" w:cs="Times New Roman"/>
                <w:sz w:val="24"/>
                <w:szCs w:val="24"/>
                <w:lang w:val="en-US"/>
              </w:rPr>
              <w:lastRenderedPageBreak/>
              <w:t>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«Казнь панка» размещенный в сети Интернет на сайте «http://vk.com.reltig1488» (решение </w:t>
            </w:r>
            <w:r w:rsidRPr="00041EDA">
              <w:rPr>
                <w:rFonts w:ascii="Times New Roman" w:eastAsia="MS Mincho" w:hAnsi="Times New Roman" w:cs="Times New Roman"/>
                <w:sz w:val="24"/>
                <w:szCs w:val="24"/>
                <w:lang w:val="en-US"/>
              </w:rPr>
              <w:lastRenderedPageBreak/>
              <w:t>Медведевского районного суда Республики Марий Эл от 29.06.2015);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 смотреть всем» с текстом песни А. Харчикова «Ребята русские в Чечне» размещенный в сети Интернет на сайте «http://vk.com/reltig1488» (решение Медведевского районного суда Республики Марий Эл от 29.06.2015);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«Головорез Центральной Азии Ислам Каримов» и «Как долго еще! Узбекистан», расположенные в виде ссылки на странице сайта odnoklassniki.ru/profile/534243222272 и размещенные на странице сайта www.youtube.com/watch?v=p9jkRFERWb0 и www.youtube.com/watch?v=EjassNvupeX4 (решение Первореченского районного суда г. Владивостока от 22.06.2015);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Кандаковым Д.М. в сети «Интернет» на созданной им общедоступной странице «Митька Кандаков» в социальной сети «Вконтакте» по электронному адресу: http://vk.com/id5242239 видеофайлы под названием «Жесть» (решение Калининского районного суда г. Чебоксары от 24.06.2015);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«Я так ждала тебя - Токланы Альбина-Карачай», расположенный по адресу http://vk.com/videos 215049440 165535236 (решение Черкесского городского суда Карачаево-Черкесской Республики от 16.04.2015);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303</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Аудиофайлы с названиями «Коловрат – Великие Русы.mp.3» и «Коловрат (Анти-антифа).mp3» (URL-адрес: http:vk.com/id6641584, социальная сеть «В Контакте») (решение Саровского городского суда Нижегородской области от 18.06.2015);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vk.com/Chronione Lasy (решение Наримановского районного суда Астраханской области от 30.06.2015);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www.vkontakte.ru на электронной странице http://vk.com/club8119436 (решение Канавинского районного суда г. Нижнего Новгорода от 27.01.2015);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www.youtube.com/watch?v=diSwA9dyiFk (решение Назаровского городского суда Красноярского края от 01.07.2015);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Аудиофайлы с названиями «Банда Москвы Виват России.mp.3» и «ГРОТ-дым.mp3» (URL-адрес: http:vk.com/id6641584, социальная сеть «В Контакте») (решение Саровского городского суда Нижегородской области от 05.06.2015 и определение Саровского городского суда Нижегородской области от 10.01.2018);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Крузе А.А. в социальной сети «ВКонтакте» на Интернет-странице http://vk.com/id158124475 аудиоматериал «_RGD 88_- V nashem dome poyavilsya zamechatel´nyj SkinHed.mp3» (решение Старооскольского городского суда Белгородской области от 04.06.2015);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«http://vk.com/id34194384» (решение Калужского районного суда Калужской области от 18.06.2015);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«Зачем, хохлы, Вам Черноморский флот?» в исполнении Александра Харчикова, размещенный на Интернет-сайте http:/digftnplay.ru/load/aleksandr-harchikovzachem-hohli-vam-chemoniorskij-flot (решение Артемовского городского суда Приморского края от 30.03.2015);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www.vk.com электронный адрес страницы www.vk.com/id82356046 (решение Советского районного суда г. Казани от 21.07.2015);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на сайте voronz.in.ua/note/2-9-14-21895 под названием «Русские – не люди. Это тупые и злобные варвары» (решение Красноярского районного суда Астраханской области от 22.07.2015);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видеоматериалы, размещенные в информационно-телекоммуникационной сети «Интернет» на страницах сайтов: - http://www.youtube.com/watch?v=oiQ5iitl41s - «Тимур Муцураев» – Оппозиционер.wmv», - http://kivvi.kz/watch/da7oedm0q8gs/ – «Посвящается предателям Чечни», - http://www.youtube.com/watch?v=9rQ9PK6dgEw – «Тимур Муцураев» (решение Ноябрьского городского суда Ямало-Ненецкого автономного округа от 07.07.2015);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видеоматериалы, размещенные в информационно-телекоммуникационной сети «Интернет» на страницах сайтов: - http://www.youtube.com/watch?v=m7pG3WSaMCk- «Правый Сектор», - http://kivvi.kz/watch/6wbqfm 1 wdyox/ – «Арийский легион», - http://www.youtube.com/watch?uC460bCOq6k – «Хор СС- Арийская честь» (решение Ноябрьского городского суда Ямало-Ненецкого автономного округа от 07.07.2015);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http://my.mail.ru/video/mail/perun7777/84/387.html#page=video/mail/perun7777/84/387.html#video=/mail/perun7777/84/387 (решение Замоскворецкого районного суда города Москвы от 26.05.2015);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http:/www.vk.com/krokil418 (решение Индустриального районного суда г. Ижевска от 24.06.2015);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www.vk.com/id195044633,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305</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http//vk.com/l_e_l_e_i_k_86 </w:t>
            </w:r>
            <w:r w:rsidRPr="00041EDA">
              <w:rPr>
                <w:rFonts w:ascii="Times New Roman" w:eastAsia="MS Mincho" w:hAnsi="Times New Roman" w:cs="Times New Roman"/>
                <w:sz w:val="24"/>
                <w:szCs w:val="24"/>
                <w:lang w:val="en-US"/>
              </w:rPr>
              <w:lastRenderedPageBreak/>
              <w:t>(решение Полярного районного суда Мурманской области от 16.07.2015);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https://vk.com/videos56893077?q = зи&amp;section=search&amp;z=video56895007_ 150311864; «Чечня [Как убивают Русских солдат] чеченцы п………..ы!!!»; продолжительностью 16 мин. 44 сек. (https://vk.com/videos56893077?q =Чечня%20%5ВКак%20убивают%20Русских%20солдат%5D%20чеченцы0/о20п……ы!!&amp;section=search&amp;z=video568950 77_142265045) (решение Энгельсского районного суда Саратовской области от 29.06.2015).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видеоматериалы, размещенные в информационно-телекоммуникационной сети «Интернет» на страницах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автономного округа от 03.07.2015);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Ярославля от 21.07.2015);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«Скинхеды. Скин-герлы», размещенный на Интернет-сайте по адресу: http://vk.com/video221512614_168060177 (решение Хорошевского районного суда г. Москвы от 07.07.2015);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размещенный в сети «Интернет» по электронному адресу: https.v'/altauhid.wordpress.com/ - «Al Tawheed Media» (решение Интинского городского суда Республики Коми от 24.07.2015);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на сайте http://www.vk.com, а именно аудиозапись с заголовком «Патрiоти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суда г. Смоленска от 21.07.2015);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http://www.youtube.com/watch?v=AB4JPFFN0sY (решение Электростальского городского суда Московской области от 29.07.2015);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именуемый «Празднование кафирского нового года - ширк», размещенный в сети Интернет на сайте http://forum.kukmara-rayon.ru в разделе «Жизнь, образ жизни, религии» (решение Кукморского районного суда Республики Татарстан от 04.06.2015);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размещенный в сети «Интернет» по электронному адресу: http://www.aklibarsham.info/ - «Сайт Мухаджиров и Ансаров» (решение Интинского городского суда Республики Коми от 16.07.2015);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размещенный в сети «Интернет» по электронному адресу: http://xalifat.wordpress.com/ - «Исламская Умма» (решение Интинского городского суда Республики Коми от 16.07.2015).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http://vk.com/club28666435 (решение Октябрьского районного суда г. Владимира от 24.07.2015);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307</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Изображения: «женщина с надписью «Чурка …..женщин. Все …. с чурками!»; «мужчина с нацистской символикой на кулаке и надпись «Бей … блеять»; «группа лиц с надписью «Чурок…сердечко» (решение </w:t>
            </w:r>
            <w:r w:rsidRPr="00041EDA">
              <w:rPr>
                <w:rFonts w:ascii="Times New Roman" w:eastAsia="MS Mincho" w:hAnsi="Times New Roman" w:cs="Times New Roman"/>
                <w:sz w:val="24"/>
                <w:szCs w:val="24"/>
                <w:lang w:val="en-US"/>
              </w:rPr>
              <w:lastRenderedPageBreak/>
              <w:t>Октябрьского районного суда г. Владимира от 29.07.2015);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Размещенное на сайте www.youtube.com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содержащаяся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(решение Пушкинского районного суда города Санкт-Петербурга от 05.05.2015);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«Священная месть», размещенный в сети «Интернет» в социальной сети «ВКонтакте» на Интернет-странице сообщества «Яровит» по электронному адресу: http://vk.com/yarovitmusik (решение Центрального районного суда г. Тюмени от 18.05.2015);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Д. Донцов. Дороговказ у майбутнэ. Киiв, 1999. – 44 С. (Путеводитель в будущее) (решение Мещанского районного суда г. Москвы от 13.08.2015);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Д. Донцов. Твори. Т.1. Геополiтичнi та iдеологiчнi працi. – Львiв: Кальварiя, 2001 – 488 С. (Геополитические и идеологические труды (решение Мещанского районного суда г. Москвы от 13.08.2015);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Нацiонально-визвольним шляхом. – Киiв, 1991. - 63С. (Национально-освободительным путем) (решение Мещанского районного суда г. Москвы от 13.08.2015);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088.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Видеозапись «Тимур Муцураев – Иерусалим *1998 г.*» длительностью 9 минут 37 секунд, размещенная на </w:t>
            </w:r>
            <w:r w:rsidRPr="00041EDA">
              <w:rPr>
                <w:rFonts w:ascii="Times New Roman" w:eastAsia="MS Mincho" w:hAnsi="Times New Roman" w:cs="Times New Roman"/>
                <w:sz w:val="24"/>
                <w:szCs w:val="24"/>
                <w:lang w:val="en-US"/>
              </w:rPr>
              <w:lastRenderedPageBreak/>
              <w:t>сайте www.youtube.com по электронному адресу: http:// www.youtube.com/watch?v=xRBIDEonMHA (решение Петродворцового районного суда города Санкт-Петербурга от 09.06.2015);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города Санкт-Петербурга от 09.06.2015);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85.175.82.76, принадлежащий сегменту IP-адресов компании ОАО «Ростелеком» (решение Кропоткинского городского суда Краснодарского края от 14.04.2015);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Аудиозаписи: «Allah, Свобода и Джихад», «бойцы Аллаха», «Вечны будучи Райские сады», «Восстань муслим», «вся жизнь полна добра и зла», «смерть», размещенные в социальной сети «В контакте» (http://vlc.com/id52716800) (решение Курганского городского суда от 05.08.2015);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«Русский очнись!Про», размещенный в социальной сети «В контакте» в сети Интернет, имеющие сетевой адрес www.vk.com/user3885 (решение Калужского районного суда Калужской области от 11.08.2015);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размещенные в социальной сети «ВКонтакте» информационно-телекоммуникационной сети «Интернет» на странице пользователя http://vk.com/id 48015810: - Казнь хачей (Теги_скинхеды,самосуд,хачи); - хороший отрывок из фильма Россия 88 (рекомендую посмотреть фильм полностью); - NEX company – Толерантная Россия; - Бритоголовые 17 лет назад; - Крэк – Вечный рай (Crack – Eternal Paradise); - Гори, гори, гори жидяра; - Настоятельно рекомендую девушкам; - NS_WP в дороге. (Удельная); - Запрещенный клип; - Уильям Пирс. За что ненавидят евреев; - Поэма о Жиде; - Без названия; - Для всех русских девушек; - δείτε τα έντερα; - Формат 18 (решение Эжвинского районного суда г. Сыктывкара Республики Коми от 14.08.2015).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Бориса Стомахина «Время приделать курок к мечте…», размещенная на интернет-сайте http://sopritivlenie.marsho.net (решение Останкинского районного суда г. Москвы от 12.05.2015);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Бориса Стомахина «Труба», размещенная на интернет-сайте http://sopritivlenie.marsho.net (решение Останкинского районного суда г. Москвы от 12.05.2015);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Бориса Стомахина «Шабаш ведьм», размещенная на интернет-сайте http://sopritivlenie.marsho.net (решение Останкинского районного суда г. Москвы от 12.05.2015);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309</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Cтатья Бориса Стомахина «Дело чести», размещенная на интернет-сайте http://sopritivlenie.marsho.net (решение Останкинского районного суда г. Москвы от 12.05.2015);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Бориса Стомахина «Вторая Гражданская», размещенная на интернет-сайте http://sopritivlenie.marsho.net (решение Останкинского районного суда г. Москвы от 12.05.2015);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Бориса Стомахина «Веревка за счет администрации президента», размещенная на интернет-сайте http://sopritivlenie.marsho.net (решение Останкинского районного суда г. Москвы от 12.05.2015);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Бориса Стомахина «Лекция о международном положении», размещенная на интернет-сайте http://sopritivlenie.marsho.net (решение Останкинского районного суда г. Москвы от 12.05.2015);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Бориса Стомахина «Латвия – 2012 в роли Чечни - 1999», размещенная на интернет-сайт http://sopritivlenie.marsho.net (решение Останкинского районного суда г. Москвы от 12.05.2015);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Cтатья Бориса Стомахина «Русскоязычных – в русскоязычию!», размещенная на интернет-сайте http://sopritivlenie.marsho.net (решение Останкинского районного суда г. Москвы от 12.05.2015);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«Туман над горами встает» длительностью 5 минут 2 секунды, размещенная на сайте www.youtube.com по электронному адресу: http:// www.youtube.com/watch?v=4-4scxF9JOM (решение Петродворцового районного суда города Санкт-Петербурга от 04.08.2015);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"Право на воззвание к небесам», размещенная в Интернет-издании "Медиаликс" по электронному адресу: http://medialeaks/ru/features/pravo-na-vozzvanie-k-nebesam (решение Центрального районного суда г. Красноярска от 30.06.2015);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«ХорСС – Mein Kampf.mp4», «ХорСС – Моя Борьба.mp4», аудиофайлы «Коловрат - Правый 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108.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Тестовый материал «Спешите на джихад», размещенный в телекоммуникационной сети «Интернет» на </w:t>
            </w:r>
            <w:r w:rsidRPr="00041EDA">
              <w:rPr>
                <w:rFonts w:ascii="Times New Roman" w:eastAsia="MS Mincho" w:hAnsi="Times New Roman" w:cs="Times New Roman"/>
                <w:sz w:val="24"/>
                <w:szCs w:val="24"/>
                <w:lang w:val="en-US"/>
              </w:rPr>
              <w:lastRenderedPageBreak/>
              <w:t>странице http://islamdiп.net/liЬгагy/iпdex.php?id=103 (решение Элистинского городского суда Республики Калмыкия от 18.06.2015);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Графические изображения с комментариями по адресам http://my.mail.ru/mail/muhlis87/photo/_cover/44.html, http://my.mail.ru/mail/muhlis87/photo/_cover/51.html, http://my.mail.ru/mail/muhlis87/photo/_myphoto/53.html, http://my.mail.ru/mail/muhlis87/photo/_myphoto/32.html; - видеозаписи «Пытки детей сирийскими военными – You-Tube», расположенная по адресу http://my.mail.ru/mail/muhlis87/video/myvideo/62.html, «Hizb ut Tahrir Dunyo boʼylab», расположенная по адресу http://my.mail.ru/mail/muhlis87/video/myvideo/61.html, «Посланник Аллаха – Мухаммад (с.а.в) ЭКСТРЕМИСТ», расположенная по адресу http://my.mail.ru/mail/muhlis87/video/myvideo/39.html, «Исламу Каримову посвящается», расположенная по адресу http://my.mail.ru/mail/muhlis87/video/myvideo/1.html,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«Анархия.mp4», размещенный на Интернет-странице по адресу: http://vk.com/tipi4na9anarxi9 (решение Советского районного суда г. Брянска от 24.08.2015);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http://online-song.net/?song=%C1%E0%ED%E4%FB; - http://mp3davalka.com/files/Банда%20Москвы%20смерть%20чуркам/; - http://spaces.ru/music/?Dir=429054&amp;Link id=1172716&amp;name=752RUSSKINHE A&amp;sid=1737669479600856; - http://mp3-pesnja.com/song/банды+москвы+смерть+чуркам; - http://www.naitimp3.ru/search/?query=Банда%20Москвы%20Смерть%20чуркам; - http://petamusic.ru/?string=%C1%E0%ED%E4%FB+%CC%EE%F1%EA%E2%FB&amp; sort=artist; - </w:t>
            </w:r>
            <w:r w:rsidRPr="00041EDA">
              <w:rPr>
                <w:rFonts w:ascii="Times New Roman" w:eastAsia="MS Mincho" w:hAnsi="Times New Roman" w:cs="Times New Roman"/>
                <w:sz w:val="24"/>
                <w:szCs w:val="24"/>
                <w:lang w:val="en-US"/>
              </w:rPr>
              <w:lastRenderedPageBreak/>
              <w:t>http://vkontakte.dj/cat/track/36162697; - http://online-song.net/?song=%C1%E0%ED%E4%FB; - http://mp3.uz.cm/банды-москвы/; - http: //get-tune. eu/банды/ (решение Петровского районного суда Ставропольского края от 13.07.2015);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«Русский очнись!!!!!!», размещенный в социальной сети «Вконтакте» в сети Интернет, имеющий сетевой адрес www.vk.com/id153838213 (решение Калужского районного суда Калужской области от 14.07.2015);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«format 18», размещенный в социальной сети «Вконтакте» в сети «Интернет» на личной странице пользователя «Игорь Осипов», имеющий сетевой адрес «http://vk.com/sle888in» (решение Калужского районного суда Калужской области от 19.08.2015).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http://vk.com/wga2net?w=wall74228038_18460%2fall (заочное решение Октябрьского районного суда г. Краснодара от 20.08.2015);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«Перевод нашиды 'Ахи анта хьуррун' (Брат, ты свободен)», размещенный на Интернет-ресурсе http//vk.com/id227155313 в социальной сети «ВКонтакте» (решение Курганского городского суда от 21.08.2015);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311</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Виртуальное сообщество «Русский ФрØнт v» и размещенные в нем информационные материалы по электронному адресу: https://vk.com/whitepowerrussia (решение Октябрьского районного суда города Санкт-</w:t>
            </w:r>
            <w:r w:rsidRPr="00041EDA">
              <w:rPr>
                <w:rFonts w:ascii="Times New Roman" w:eastAsia="MS Mincho" w:hAnsi="Times New Roman" w:cs="Times New Roman"/>
                <w:sz w:val="24"/>
                <w:szCs w:val="24"/>
                <w:lang w:val="en-US"/>
              </w:rPr>
              <w:lastRenderedPageBreak/>
              <w:t>Петербурга от 09.07.2015);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 названием «THE SALYAF. WWW.YOUTUBE.COM/THESALYAF» (длительностью 03 мин. 37 сек.), опубликованный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Бабушкинского районного суда города Москвы от 06.08.2015);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 Kampf», начинающийся словами «Блицкриг, тотальная смерть» и 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w:t>
            </w:r>
            <w:r w:rsidRPr="00041EDA">
              <w:rPr>
                <w:rFonts w:ascii="Times New Roman" w:eastAsia="MS Mincho" w:hAnsi="Times New Roman" w:cs="Times New Roman"/>
                <w:sz w:val="24"/>
                <w:szCs w:val="24"/>
                <w:lang w:val="en-US"/>
              </w:rPr>
              <w:lastRenderedPageBreak/>
              <w:t>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«Как приготовить узбека», размещенный на электронной странице в сети Интернет» http://vk.com/strike39 (решение Московского районного суда г. Калининграда от 28.01.2015);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Страница группы «Россия для русских Слава Руси», созданная по адресу vk.com/club24300923 (решение Октябрьского районного суда г. Ростова-на-Дону от 05.08.2015);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http//vk.com/semenshelepov88 (решение Курганского городского суда от 03.08.2015);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Печатные материалы (листовки) с наименованием «Обращение к военнослужащим Российской армии» (решения Ленинского районного суда г. Ульяновска от 04.09.2015 и от 29.08.2016);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312</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Информационные материалы (статьи) www.sibpower.com/faq/1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www.youtube.com/user/SibPower54 (видеоролики): «Я буду </w:t>
            </w:r>
            <w:r w:rsidRPr="00041EDA">
              <w:rPr>
                <w:rFonts w:ascii="Times New Roman" w:eastAsia="MS Mincho" w:hAnsi="Times New Roman" w:cs="Times New Roman"/>
                <w:sz w:val="24"/>
                <w:szCs w:val="24"/>
                <w:lang w:val="en-US"/>
              </w:rPr>
              <w:lastRenderedPageBreak/>
              <w:t>делать все, чтобы путинской России не было», «Речь Александра Будникова на семинаре); www.youtube.com/results?search_query=%D0% A1 %D0%BE%D0%B 1 %D0% BE% D%80+% D0%A0% D1%83%D1% 81D0%B8+% D0%A0%D0%BE%D0%B4%D0%BE%D0%B2+%D0%A 1 %D0%BB%D0%B0% D0%B2%D0%BD%D 1 %8B%D 1 %85 «Русь против российской Хазарии: Война Символов (выпуск №3)» (решение Центрального районного суда г. Новосибирска от 30.06.2015);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Москвы от 16.06.2015);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Южно-Сахалинского городского суда Сахалинской области от 14.08.2015);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кинофильма «Вечный жид», размещенные на электронном ресурсе в сети Интернет по адресам: «http://www.youtube.com/watch?v=AOtmtFPFQdo»; «http://www.youtube.com/watch?v=mw15KnaEuHg»; «https://www.archive.org/details/1940-Der-Ewige-Jude-2» (решение Московского районного суда г. Казани от 03.09.2015);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 размещенный в сети Интернет по адресу https://vk.com/videol7958649_143924322 (решение Октябрьского районного суда г. Новороссийска от 27.07.2015);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«На пророческом пути_.mp4»,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«Krek –Vechnyi rai» (Crack –Enternal Paradise).360», размещенный в социальной сети «В контакте» в сети Интернет, имеющие сетевой адрес www.vk.com/id299751832 (решение Калужского районного суда Калужской области от 27.08.2015);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«ЦЕНЗОР.НЕТ» (http://censor.net.ua) (решение Кировского районного суда г. Волгограда от 04.09.2015);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«скинхеды» http://vk.com/video15552370_169382013, «NS/WP RUSSIA FOR RUSSIANS!РОССИЯ ДЛЯ РУССКИХ 14/88» http://vk.com/video15552370_1663894338, «Обращение бойца Славянского Союза к Русской нации» http://vk.com/video15552370_169390999, размещенные на Интернет-ресурсе в социальной сети «ВКонтакте» (решение Курганского городского суда от 28.05.2015);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видеоматериалы, размещенные на интернет-страницах - 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смотреть онлайн; http://vk.com/video205504318_17016006? - ПРАВЫЙ СЕКТОР УСТАНОВКА ФУГАСА 2 (решение Ноябрьского городского суда Ямало-Ненецкого автономного округа от 03.09.2015);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видеоматериалы, размещенные на интернет-страницах: http://www.youtube.com/wath?v=yhgUO3zJG9Q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Ноябрьского городского суда Ямало-Ненецкого автономного округа от 03.09.2015);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313</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«NS/WP Челябинск-прокуратура”, размещенный в телекоммуникационной сети Интернет на ресурсе «В контакте» vk.com/video- 56282140_168414246, vk.com/video61344907_168384020 (решение Калининского районного суда г. Челябинска от 03.09.2015);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w:t>
            </w:r>
            <w:r w:rsidRPr="00041EDA">
              <w:rPr>
                <w:rFonts w:ascii="Times New Roman" w:eastAsia="MS Mincho" w:hAnsi="Times New Roman" w:cs="Times New Roman"/>
                <w:sz w:val="24"/>
                <w:szCs w:val="24"/>
                <w:lang w:val="en-US"/>
              </w:rPr>
              <w:lastRenderedPageBreak/>
              <w:t>(используемого в качестве фашистской свастики), агитационного плаката с надписями и изображением солдата в каске «SS», танков, пушек, самолетов и шагающих в шеренге военных, два видеофайла под названиями «Annet und Michael Muller-Wille und Sieg» (длительностью 3,24 мин.) и «Waffen SS (sleipnir-Unbekannter Soldat)» (длительностью 4,12 мин.) (решение Куйбышевского районного суда города Санкт-Петербурга от 15.01.2015);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 фотографии, размещенные пользователем «Юрий Русов» по адресу http://vk.com/rusov86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на Интернет-ресурсе http://www.gorod.cn.ua/blogs/art 23680.html (решение Шпаковского районного суда от 24.08.2015);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городского суда Сахалинской области от 16.06.2015);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Сахалинской области от 16.06.2015);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Степан Бандера: документи й матерiали (1920-1930 р.р.) / Упор. Микола Посiвнич – Львiв, 2006. – С. 248 (Степан Бандера: документы и материалы (1920-2930 г.г.) (решение Мещанского районного суда города Москвы от 20.05.2015);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Рафаель Лемкiн: радянський геноцид в Украiнi (стаття 28 мовами) / Редактор Роман Сербин, Киiв: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Збiрка документiв i матерiалiв про вбивство Степана Бандери. – Торонто – Нью-Йорк – Мюнхен – Лондон – Мельборн: Свiтовий украiнський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153.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 песня «Пит Буль – Огненный Коловрат.docx» (решение Свердловского </w:t>
            </w:r>
            <w:r w:rsidRPr="00041EDA">
              <w:rPr>
                <w:rFonts w:ascii="Times New Roman" w:eastAsia="MS Mincho" w:hAnsi="Times New Roman" w:cs="Times New Roman"/>
                <w:sz w:val="24"/>
                <w:szCs w:val="24"/>
                <w:lang w:val="en-US"/>
              </w:rPr>
              <w:lastRenderedPageBreak/>
              <w:t>районного суда г. Перми от 24.07.2015);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распространяемая в сети Интернет на странице сайта jihadology.net/category/hunafa/ (заочное решение Октябрьского районного суда г. Новосибирска от 04.06.2015);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песня «АлешаLlacoste–Беспредел памяти Юрия Волкова.docx» (решение Свердловского районного суда г. Перми от 07.08.2015);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песня «Мясники-Белый апрель.docx.docx» (решение Свердловского районного суда г. Перми от 19.08.2015);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w:t>
            </w:r>
            <w:r w:rsidRPr="00041EDA">
              <w:rPr>
                <w:rFonts w:ascii="Times New Roman" w:eastAsia="MS Mincho" w:hAnsi="Times New Roman" w:cs="Times New Roman"/>
                <w:sz w:val="24"/>
                <w:szCs w:val="24"/>
                <w:lang w:val="en-US"/>
              </w:rPr>
              <w:lastRenderedPageBreak/>
              <w:t>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Информационные материалы, размещенные на интернет-сайте http://www.skrewdriver.net (решение </w:t>
            </w:r>
            <w:r w:rsidRPr="00041EDA">
              <w:rPr>
                <w:rFonts w:ascii="Times New Roman" w:eastAsia="MS Mincho" w:hAnsi="Times New Roman" w:cs="Times New Roman"/>
                <w:sz w:val="24"/>
                <w:szCs w:val="24"/>
                <w:lang w:val="en-US"/>
              </w:rPr>
              <w:lastRenderedPageBreak/>
              <w:t>Новоуренгойского городского суда Ямало-Ненецкого автономного округа от 19.02.2015);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песня «Велимор – Скинхед.docx» (решение Свердловского районного суда г. Перми от 20.08.2015);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в Информационно-телекоммуникационной сети «Интернет» на сайте www.youtube.com материал с наименованием «Присяга Амира ЦС ВД Умара Балаханского, Амиру ВД Сайду Араканскому» (страница http://www.youtube.com/watch?v=HYb5E0s4bwU) (решение Советского районного суда г. Махачкалы Республики Дагестан от 10.06.2015);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аудио- файлы: «За погибших пацанов..», «ДИВ – Россия 88», «Банда Москвы – Track 10», размещенные в компьютерной сети Интернет на странице по адресу: http://vk.com/idl7891368 (решение Полярного районного суда Мурманской области от 24.09.2015);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на Интернет-страницах с URL адресами: http://www.youtube.com/watch?v=m698DczS5Qk&amp;bpctr=1438688399, http://www.youtube.com/watch?v=q-NYC8cns9o, http:// www. youtube. com/watch?v=RX61tJWPI7M,http://www.youtube.com/watch?=cNAb2s2rzYk, http://www.youtube.com/watch?v=TTmyb_VKhno (решение Надымского городского суда Ямало-Ненецкого автономного округа от 27.08.2015);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316</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 «Hachi UBIVAYUT Russkih OBYAZATELʼNO K PROSMOTRU» продолжительностью 03 минуты 40 секунд, размещенный в телекоммуникационной сети «Интернет» на странице социальной сети «ВКонтакте» по адресу http://vk.com|id98780215 (решение Элистинского городского суда Республики </w:t>
            </w:r>
            <w:r w:rsidRPr="00041EDA">
              <w:rPr>
                <w:rFonts w:ascii="Times New Roman" w:eastAsia="MS Mincho" w:hAnsi="Times New Roman" w:cs="Times New Roman"/>
                <w:sz w:val="24"/>
                <w:szCs w:val="24"/>
                <w:lang w:val="en-US"/>
              </w:rPr>
              <w:lastRenderedPageBreak/>
              <w:t>Калмыкия от 29.09.2015);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 статьи: «Деление спирохемЫ» и «Всегдашнее козлячествО», автором которых является Ризо Ю.А. размещенные в сети «Интернет» на сайте http://setkazak.mybb.ru (решение Горячеключевского городского суда Краснодарского края от 07.07.2015);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(http://vk.com/id67775391): Уроки терроризма от скина =) (http://vk.com/video67775391_165551940); Русский бунт, пи…да хачам! (http://vk.com/ video 67775391_163547395); РУССКИЕ СМОТРИТЕ!!! ТАК НАС УБИВАЮТ!!! А ГДЕ ЖЕ МЕСТЬ??? (http://vk.com/video 67775391_162075553); Чеченцы убивают русского (http://vk.com/ video67775391_162075262); Русский ДЕмбель избил ХАча (http://vk.com/video 67775391_165207539); РУССКИЕ ВПЕРЕД ХАЧИ ПОМРИТЕ (http://vk.com/video67775391_ 163547385); Два пьяных чеченских уе…ка и русский парень с девушкой (http://vk.com/video67775391_163415982); как относятся эти уроды гниды черно….е к русским людям в ихней стране и почем (http://vk.com/video67775391_ 162075723); Почему РУССКИЕ парни должны убивать НЕРУССКИХ (http://vk.com/video67775391_162075398); Тесак рассказывает почему скины мочат хачей толпой (http:/7vk.com/video67775391_165551939); Хач-лопух (http://vk.com/video67775391_ 165697159); Отец наказывает дочь подстилку и чернильницу (http://vk.com/video 67775391_ 167165456); Враги убивают русскую (http://vk.com/video67775391_162075336); так хачу и надо, вообще оборзели пи…ры (hrtp://vk.com/video 67775391_163415610); День ВДВ Избил чурку на ТЦ Гостиный двор (http://vk.com/video67775391_165546221) (решение Воркутинского городского суда Республики Коми от 10.09.2015);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316</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Видеозапись: «Сирия: душераздирающее обращение после химической атаки (русские субтитры)» на указателе страницы сайта http//vk.com/video1557978_167281813, продолжительностью 03 минуты 46 секунд, а также данную видеозапись под именем: «Сирия: душераздирающее обращение муджахеда после </w:t>
            </w:r>
            <w:r w:rsidRPr="00041EDA">
              <w:rPr>
                <w:rFonts w:ascii="Times New Roman" w:eastAsia="MS Mincho" w:hAnsi="Times New Roman" w:cs="Times New Roman"/>
                <w:sz w:val="24"/>
                <w:szCs w:val="24"/>
                <w:lang w:val="en-US"/>
              </w:rPr>
              <w:lastRenderedPageBreak/>
              <w:t>химической атаки» на странице, расположенной по адресу http\\:vk.com\video241413602_167584540 (решение Фрунзенского районного суда города Саратова от 10.09.2015);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интернет – сайт «Экспресс – Камчатка on – line» с сетевым адресом: http://express-kamchatka.com (решение Петропавловск-Камчатского городского суда от 02.09.2015);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 Аудиозапись под названием «LiP Soulja - грязная прогулка (Москва уже не та).mp3»; - Аудиозапись под названием «LiP Soulja - Народ устал терпеть.mp3»; - Аудиозапись под названием «LiP Soulja - Русские вперед.mp3» (решение Кстовского городского суда Нижегородской области от 11.06.2015);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«Победа близка Мухаммад аль-Арифи» длительностью 6 минут 14 секунд, размещенная по электронному адресу http://vk/com/id41906537 (решение Заводского районного суда г. Грозного от 13.02.2015);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http://vk/com/clab34115681 (решение Кропоткинского городского суда Краснодарского края от 22.09.2015);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317</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Информационные материалы, размещенные в статье «Аль-Каида: самые знаменитые террористы» на Интернет-сайте http://www.chuhotezvous.ru/social-disasters/287.html (решение Тазовского районного суда </w:t>
            </w:r>
            <w:r w:rsidRPr="00041EDA">
              <w:rPr>
                <w:rFonts w:ascii="Times New Roman" w:eastAsia="MS Mincho" w:hAnsi="Times New Roman" w:cs="Times New Roman"/>
                <w:sz w:val="24"/>
                <w:szCs w:val="24"/>
                <w:lang w:val="en-US"/>
              </w:rPr>
              <w:lastRenderedPageBreak/>
              <w:t>Ямало-Ненецкого автономного округа от 23.09.2015);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«МИЛЯФФ ИДАРИЙ» на 26 страницах (без автора) (решение Кировского районного суда г. Уфы Республики Башкортостан от 03.09.2015);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«Упование на Аллаха» на 16 стр., «Абу Билял, издательство Аль-Ваъи» (решение Кировского районного суда г. Уфы Республики Башкортостан от 03.09.2015);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317</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Электронная страница группы «США – гарант мировой безопасности» (URL адрес – https://vk.com/usa_state_ua), сайта http://vk.com социальной сети «ВКонтакте» информационно-</w:t>
            </w:r>
            <w:r w:rsidRPr="00041EDA">
              <w:rPr>
                <w:rFonts w:ascii="Times New Roman" w:eastAsia="MS Mincho" w:hAnsi="Times New Roman" w:cs="Times New Roman"/>
                <w:sz w:val="24"/>
                <w:szCs w:val="24"/>
                <w:lang w:val="en-US"/>
              </w:rPr>
              <w:lastRenderedPageBreak/>
              <w:t>телекоммуникационной сети «Интернет» (решение Центрального районного суда г. Читы от 12.10.2015);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(URL адрес http://vk.com/id208508476) сайта http://vk.com социальной сети «ВКонтакте» (решение Центрального районного суда г. Читы от 12.10.2015);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«Политическое завещание Адольфа Гитлера», расположенный по электронному адресу: http://www.resistance88.com/topics/ideas/adolfhitlertestament/hitlerpoliticaltestament3.htm#.VG1esajppby (решение Кировского районного суда г. Уфы Республики Башкортостан от 20.11.2014);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w:t>
            </w:r>
            <w:r w:rsidRPr="00041EDA">
              <w:rPr>
                <w:rFonts w:ascii="Times New Roman" w:eastAsia="MS Mincho" w:hAnsi="Times New Roman" w:cs="Times New Roman"/>
                <w:sz w:val="24"/>
                <w:szCs w:val="24"/>
                <w:lang w:val="en-US"/>
              </w:rPr>
              <w:lastRenderedPageBreak/>
              <w:t>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Информация, размещенная на электронных страницах http://vk.com/team_1488 группы «Безумие_(1488)»; http://vk.com/eevilruss группы «Злые русские»; http://vk.com/strong.words группы «Белая Русь (БР)»; </w:t>
            </w:r>
            <w:r w:rsidRPr="00041EDA">
              <w:rPr>
                <w:rFonts w:ascii="Times New Roman" w:eastAsia="MS Mincho" w:hAnsi="Times New Roman" w:cs="Times New Roman"/>
                <w:sz w:val="24"/>
                <w:szCs w:val="24"/>
                <w:lang w:val="en-US"/>
              </w:rPr>
              <w:lastRenderedPageBreak/>
              <w:t>http://vk.com/id236846745 пользователя под ником «Игорь Шторх»; http://vk.com/kaiktasa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(решение Центрального районного суда г. Читы от 29.09.2015);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интернет-адресам: URL адреса: http://wikibit.me/video/5bhbunOb3x4, http://wikibit.me/video/_JZNIFhja1w (дополнительное решение Надымского городского суда Ямало-Ненецкого автономного округа от 09.09.2015);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видеоролик «Тесак против Эдуарда Багирова. Допи-делся (нец.)» временной продолжительностью 8 минут 32 секунды по адресу https://vk.com/videos99984588?z=video999845888_167454787%2Falbum 99984588 (решение Бердского городского суда Новосибирской области от 06.10.2015);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по интернет-адресу: http://www.maydan-online com/index.php?topic=77.0 (решение Новоуренгойского городского суда Ямало-Ненецкого автономного округа от 01.10.2015);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с названием «Слава Руси!!!», размещенный на странице сети Интернет по адресу: http//vk.com/videos221512614?z= video141437023_159732940%2Falbum221512614 (решение Хорошевского районного суда города Москвы от 25.08.2015);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с названием «Combat 18», размещенный на странице сети Интернет по адресу: http://vk.com/video221512614_16694736 (решение Хорошевского районного суда города Москвы от 25.08.2015);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Электронные журналы Straight Edge - Шторм чистой крови" и "Арийский отбор" (решение Октябрьского районного суда г. Владимира от 12.10.2015);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на странице http://kavkazpress.ru/archives/70412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http://vk.com/photo131023600_296818409 (решение Кунцевского районного суда города Москвы от 22.10.2015);";</w:t>
            </w:r>
            <w:r w:rsidRPr="00041EDA">
              <w:rPr>
                <w:rFonts w:ascii="Times New Roman" w:eastAsia="MS Mincho" w:hAnsi="Times New Roman" w:cs="Times New Roman"/>
                <w:sz w:val="24"/>
                <w:szCs w:val="24"/>
                <w:lang w:val="en-US"/>
              </w:rPr>
              <w:br/>
            </w:r>
            <w:r w:rsidRPr="00041EDA">
              <w:rPr>
                <w:rFonts w:ascii="Times New Roman" w:eastAsia="MS Mincho" w:hAnsi="Times New Roman" w:cs="Times New Roman"/>
                <w:sz w:val="24"/>
                <w:szCs w:val="24"/>
                <w:lang w:val="en-US"/>
              </w:rPr>
              <w:lastRenderedPageBreak/>
              <w:t>"3190.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Публичная страница в сети «Интернет», размещенная по сетевому адресу: https://vk.com/public32821680 ( https://vk.com/club32821680) (решение Кировского районного суда г. Красноярска от 28.09.2015);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Тексты семи стихотворений с заголовком «SKIN HEADS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voltt2.narod.ru/stihi.htmi (решение Выборгского районного суда города Санкт-Петербурга от 06.08.2015);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Славу», «Тимур Муцураев – Салман Радуев», текст песни «Тимур Муцураев – Галерея памяти ШАХИДЫ» (решение 109 гарнизонного военного суда от 25.09.2015);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на странице http://constitutions.ru?p=10237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w:t>
            </w:r>
            <w:r w:rsidRPr="00041EDA">
              <w:rPr>
                <w:rFonts w:ascii="Times New Roman" w:eastAsia="MS Mincho" w:hAnsi="Times New Roman" w:cs="Times New Roman"/>
                <w:sz w:val="24"/>
                <w:szCs w:val="24"/>
                <w:lang w:val="en-US"/>
              </w:rPr>
              <w:lastRenderedPageBreak/>
              <w:t>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аудиозаписи «Григорий Климов - Красная Каббала Лек.1 ч.1» длительностью 58 минут 49 секунд, размещенный в сети Интернет на сайте last.by по электронному адресу: http://last.bu/music/Красная_каббала </w:t>
            </w:r>
            <w:r w:rsidRPr="00041EDA">
              <w:rPr>
                <w:rFonts w:ascii="Times New Roman" w:eastAsia="MS Mincho" w:hAnsi="Times New Roman" w:cs="Times New Roman"/>
                <w:sz w:val="24"/>
                <w:szCs w:val="24"/>
                <w:lang w:val="en-US"/>
              </w:rPr>
              <w:lastRenderedPageBreak/>
              <w:t>(решение Кировского районного суда города Санкт-Петербурга от 26.03.2015);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«Григорий Климов - Красная Каббала 3-1» длительностью 55 минут 37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«Велимор-Коловат», «Коловат-Герои РАО», Format 18- Белый вагон», «Коловат-Mein Kampf»;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(http://vk.com/id69598958) (решение Сыктывкарского городского суда Республики Коми от 05.10.2015);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Интернет-адресам: http://avn.armiavn.com, http://avn.armiavn.com/about.html, http://avn.armiavn.com/ about/begin.html, http://avn.armiavn.com/about/harald.html, http://avn.armiavn.com /about/fag.html (решение Надымского городского суда Ямало-Ненецкого автономного округа от 11.09.2015);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«Русские националисты из боевого отряда «Русские Волки» в действии» продолжительностью 1 минута 39 секунд, размещенный в сети «Интернет» на сайте vkontakte.ru (решение Нижневартовского городского суда Ханты-Мансийского автономного округа – Югры от 27.11.2014);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w:t>
            </w:r>
            <w:r w:rsidRPr="00041EDA">
              <w:rPr>
                <w:rFonts w:ascii="Times New Roman" w:eastAsia="MS Mincho" w:hAnsi="Times New Roman" w:cs="Times New Roman"/>
                <w:sz w:val="24"/>
                <w:szCs w:val="24"/>
                <w:lang w:val="en-US"/>
              </w:rPr>
              <w:lastRenderedPageBreak/>
              <w:t>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Информационные материалы: - аудиозапись «Skinhed (Doberman cover) – Totenkopf-life 95 mix», размещенная на сайте социальной сети «ВКонтакте» http://vkontakte.ru, на интернет странице </w:t>
            </w:r>
            <w:r w:rsidRPr="00041EDA">
              <w:rPr>
                <w:rFonts w:ascii="Times New Roman" w:eastAsia="MS Mincho" w:hAnsi="Times New Roman" w:cs="Times New Roman"/>
                <w:sz w:val="24"/>
                <w:szCs w:val="24"/>
                <w:lang w:val="en-US"/>
              </w:rPr>
              <w:lastRenderedPageBreak/>
              <w:t>http://vk.com/id70338075; - аудиозапись «Temnozor – Geroi R.O.A.», размещенная на сайте социальной сети «ВКонтакте» http://vkontakte.ru, на интернет странице http://vk.com/id70338075 (решение Новоржевского районного суда Псковской области от 13.10.2015);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Интернет-адресам: http://www.youtube.com/watch?v=LxuhI6R9e8w; http://www.youtube.com/watch?v= ngZ4yV5HN38, http://www.youtube.com/watch?v=jFMJxhOLgAo, http://www.youtube.com/watch?v=eXgK3drva3Q (решение Надымского городского суда Ямало-Ненецкого автономного округа от 11.09.2015);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«Они любят тех кто переселился к ним», расположенный по адресу: http://www.youtube.com/watch?v=pKoYhg_HK0 на сайте «YouTub» (решение Черкесского городского суда Карачаево-Черкесской Республики от 01.10.2015);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«Джама ат Катибату Мухаджирин КБК. Шам 2012», расположенный в глобальной телекоммуникационной сети Интернет по адресу: http://www.youtube.com/watch?v=jxaeZX5dbKM на сайте « YouTub» (решение Черкесского городского суда Карачаево-Черкесской Республики от 05.10.2015);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на интернет-сайтах: «http://islam-today.ru/islam v mire/bliznij-vostok/igil-ideologia-struktura-strategia/», «http://yablor.ru/blogs/igil-zarisovki-1/4675357», «http://opppa.ru/nevernye-predstavleniya-ob-igil.html» (решение Шурышкарского районного суда Ямало-Ненецкого автономного округа от 12.11.2015);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320</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(http://vk.com/) информационно-</w:t>
            </w:r>
            <w:r w:rsidRPr="00041EDA">
              <w:rPr>
                <w:rFonts w:ascii="Times New Roman" w:eastAsia="MS Mincho" w:hAnsi="Times New Roman" w:cs="Times New Roman"/>
                <w:sz w:val="24"/>
                <w:szCs w:val="24"/>
                <w:lang w:val="en-US"/>
              </w:rPr>
              <w:lastRenderedPageBreak/>
              <w:t>телекоммуникационной сети Интернет в группе «Русское Национально-Социалистическое Движение» (http://vk.com/rusnsd) (решение Октябрьского районного суда г. Белгорода от 30.09.2015);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«Стратегия выживания расы», размещенная в социальной сети «ВКонтакте» (http://vk.com/) информационно-телекоммуникационной сети Интернет в группе «Белый Белгород» (http://vk.com.whitebgd) (решение Октябрьского районного суда г. Белгорода от 30.09.2015).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наименованием «Путин Ху...(ремейк)» продолжительностью 00 минут 59 секунд, размещенный по электронному адресу https://vk.com/video213603425_169316994 в разделе «Видеозаписи» пользователя «Юра Петров» (https://vk.com/id213603425) (оригинал видеозаписи с аналогичным наименованием размещен по электронному адресу https://www.youtube.com/ watch?v=52s5f2IVi0s), видеоролик под наименованием «Путин Ху...! Хит лета 2014 года» продолжительностью 00 минут 44 секунд, разменный по электронному адресу https://vk.com/videos213603425?z=video213603425_168351210%Falbum213603425 в разделе «Видеозаписи» пользователя «Юра Петров» (https://vk.com/id213603425) (оригинал видеозаписи под аналогичным наименованием размещен по электронному адресу https://www.youtube.com/watch?v=Z5yIWJbdkwU), видеоролик под наименованием «Будь смелее!» продолжительностью 03 минуты 52 секунды, размещенный по электронному адресу https://vk.com/ videos213603425?z=video213603425_167884774%2Falbum213603425 в разделе «Видеозаписи» пользователя «Юра Петров» (https://vk.com/id213603425) (оригинал видеозаписи под наименованием «Путин на Майдане в Киеве. Геннадий Балашов» размещен по электронному адресу https://www.youtube.com/watch?v=njXvBJn8hUU), начинающийся со слов «Добрый день! Мы решили поговорить как раз для ведущих телеканалов России...», заканчивающийся словами «Революция идет в Россию» (решение Волжского городского суда Республики Марий Эл от 28.08.2015).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320</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w:t>
            </w:r>
            <w:r w:rsidRPr="00041EDA">
              <w:rPr>
                <w:rFonts w:ascii="Times New Roman" w:eastAsia="MS Mincho" w:hAnsi="Times New Roman" w:cs="Times New Roman"/>
                <w:sz w:val="24"/>
                <w:szCs w:val="24"/>
                <w:lang w:val="en-US"/>
              </w:rPr>
              <w:lastRenderedPageBreak/>
              <w:t>Гитлеры, убейте Сталина»), продолжительностью 03 м. 11 сек. на указателе страницы сайта «http://vk.com/videosl7733?section=all», а также на других электронных адресах (решение Кировского районного суда г. Саратова от 25.09.2015);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Credo.ru»»,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 под названием «Манифест Этнополитического объединения «Русские», размещенный в сети Интернет по сетевому адресу: http:/rusnat.com/2011/11/manifest-etnopoliticheskogo-obedineniya-russkie/ (решение Басманного районного суда города Москвы от 14.07.2015);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«Вы все еще толерантны? Смотрите и думайте!», размещенный на сайте социальной сети «Вконтакте», имеющий электронный адрес: www.vkontakte.ru (решение Октябрьского районного суда г. Архангельска от 06.05.2014);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(видеоматериал) «Сто бед – один ответ!» от 09 сентября 2012 года, размещенный на интернет-сайте – http://vk.com, страница http://vk.com/id 149512454 (заочное решение Дзержинского районного суда г. Новосибирска от 24.06.2015);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http://vk.com//club44869454, http://vk.com\id46490098 (решение Московского районного суда г. Калининграда от 26.10.2015);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опубликованный в телекоммуникационной сети интернет социальной сети «ВКонтакте» по IP адресу: «http://vk.com/id220450495» (решение Ленинского районного суда г. Ставрополя от 18.08.2015);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Интернет-ресурсах по электронным адресам: «http://animevid.ru/video/video160849001_4899126.html»; «http://ns2.onity.kiev.ua/clip/1188687.html»;«http://cxz.to/films/view/iZnW6dbXfTH3Ccvmsr0QcE?play&amp;file=2432216» (решение Московского районного суда г. Казани от 01.10.2015);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«С моей стены» под музыку Россия для русских – «Зига зага, ой. Picrolla»; «Правая молодежь Симбирска ч.3»; «Правая молодежь Симбирска»; «N.N.F. BLOOD AND HONOUR»; «Spirit of 95 studio – Русские бунты»; «Выкинуть чурок! Предвыборная агитация», размещенные в сети «Интернет» на сайте «vkontakte.ru» на странице http://vk.com/id22145555 (решение Нижневартовского городского суда Ханты-Мансийского автономного округа – Югры от 09.12.2014);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http://vkontakte.ru/id155859017, размещенный в сети «Интернет» на сайте «vkontakte.ru» на странице http://vkontakte.ru/ id155859017 (решение Нижневартовского городского суда Ханты-Мансийского автономного округа – Югры от 09.12.2014);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http://vk.com/id239344319,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322</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Интернет-сообщество «Мы за вступление России в США!», расположенное по электронному адресу: http://vk.com/accession_to_usa и информационные материалы в виде текстов, размещенных данным сообществом в сети Интернет на сайте vk.com в группе «Мы за вступление России в США!» по </w:t>
            </w:r>
            <w:r w:rsidRPr="00041EDA">
              <w:rPr>
                <w:rFonts w:ascii="Times New Roman" w:eastAsia="MS Mincho" w:hAnsi="Times New Roman" w:cs="Times New Roman"/>
                <w:sz w:val="24"/>
                <w:szCs w:val="24"/>
                <w:lang w:val="en-US"/>
              </w:rPr>
              <w:lastRenderedPageBreak/>
              <w:t>электронным адресам: - http://vk.com/accession_to_usa?w-wall-53986445_2, начиная со слов «Наступил переломный момент…» и заканчивая словами «…под нашей петицией», - http://vk.com/accession_to_usa?w-wall-53986445_132332, начиная со слов «Солдат! будь готов…» и заканчивая словами «…руки и крикнуть», - http://vk.com/accession_to_usa?w-wall-53986445_131587. начиная со слов «Предатели русского народа…» и заканчивая словами «…только в составе США», - http://vk.com/accession_to_usa?w-wall-53986445_13125, начиная со слов «Одной из важнейших задач…» и заканчивая словами «…история русского народа начнется заново», - http://vk.com/accession_to_usa?w-wall-53986445_129627, начиная со слов «Время быть…» и заканчивая словами «…уже сегодня», - http://vk.com/accession_to_usa?w-wall-53986445_129067, начиная со слов «Им нужны великие потрясения…» и заканчивая словами «…Мы за вступление России в США», - http://vk.com/accession_to_usa?w-wall-53986445_128732, начиная со слов «Как вести себя…» и заканчивая словами «…свободных американских граждан», - http://vk.com/accession_to_usa?w-wall-53986445_123404, начиная со слов «Ситуация в Сирии…» и заканчивая словами «…дойдем и до Москвы», - http://vk.com/accession_to_usa?w-wall-53986445_117778, начиная со слов «В США появился…» и заканчивая словами «…с оружием и убивать», - http://vk.com/accession_to_usa?w-wall-53986445_113597, начиная со слов «В этом году исполняется…» и заканчивая словами «…стать частью поистине свободной страны», - http://vk.com/accession_to_usa?w-wall-53986445_110870, начиная со слов «Прошу анонимно…» и заканчивая словами «…Слава Украiнi», - http://vk.com/accession_to_usa?w-wall-53986445_108992, начиная со слов «С самого начала существования…» и заканчивая словами «…великой державы? Как думаете?», - http://vk.com/accession_to_usa?w-wall-53986445_100102, начиная со слов «Россия практически никак…» и заканчивая словами «…бывшего СССР по своему сценарию», - http://vk.com/accession_to_usa?w-wall-53986445_68218, начиная со слов «7 июля 1989 г. на совещании в Бухаресте…» и заканчивая словами «…в истории – США», - http://vk.com/accession_to_usa?w-wall-53986445_66170, начиная со слов «Из всех мифов…» и заканчивая словами «…Помним, любим, скорбим!», - http://vk.com/accession_to_usa?w-wall-53986445_63098, начиная со слов «Ракета-носитель «Протон-М»…» и заканчивая словами «…поистине космических вершин!», - http://vk.com/accession_to_usa?w-wall-53986445_59581, начиная со слов «Нас тысяча человек…» и заканчивая словами «…ура, господа», - http://vk.com/accession_to_usa?w-wall-53986445_33789, начиная со слов «Кто должен управлять страной…» и заканчивая словами «богатой и процветающей», - http://vk.com/accession_to_usa?w-wall-53986445_26320, начиная со слов «Все, кто был на курорте…» и заканчивая словами «…присоединения России к США», - http://vk.com/accession_to_usa?w-</w:t>
            </w:r>
            <w:r w:rsidRPr="00041EDA">
              <w:rPr>
                <w:rFonts w:ascii="Times New Roman" w:eastAsia="MS Mincho" w:hAnsi="Times New Roman" w:cs="Times New Roman"/>
                <w:sz w:val="24"/>
                <w:szCs w:val="24"/>
                <w:lang w:val="en-US"/>
              </w:rPr>
              <w:lastRenderedPageBreak/>
              <w:t>wall-53986445_20379, начиная со слов «Сегодня мой отпуск…» и заканчивая словами «…то будет вдвойне чудесно», - http://vk.com/accession_to_usa?w-wall-53986445_12172, начиная со слов «20 июля 1969 года…» и заканчивая словами «…С Россией в составе США мы достигнем звезд», - http://vk.com/accession_to_usa?w-wall-53986445_11507, начиная со слов «Мы считаем, что герб…» и заканчивая словами «петухом проснется и Россия», - http://vk.com/accession_to_usa?w-wall-53986445_7543, начиная со слов «Почему наш русский народ…» и заканчивая словами «…добъемся вхождения России в состав США!», - http://vk.com/accession_to_usa?w-wall-53986445_6041, начиная со слов «О геях и «русских патриотах»…» и заканчивая словами «…можешь ненавидеть США сколько угодно», - http://vk.com/accession_to_usa?w-wall-53986445_2576, начиная со слов «Нет никакой необходимости…» и заканчивая словами «…Идеи? Возражения?», - http://vk.com/accession_to_usa?w-wall-53986445_71,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Видеоклип «Амир Хаттаб. Часть 1» (http://vk.com/video186598808_ 166153937); видеоклип «Амир Хаттаб. Часть 3 Таджикистан и Чечня» (http://vk.com/video186598808_166155528); видеоклип «Абу Умар - ГЕРБ И КРЕСТ НА ОДЕЖДЕ (отрывок из лекции)» (http://vk.com/video186598808_164251510) (решение Ангарского городского суда Иркутской области от 19.10.2015);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«Obraschenie Syavy k RuSSkim! NASH posan protiv churok Ii zhydov 14_88! (1)» (Обращение Сявы к русским! Наш пацан против чурок и жидов!), объемом 4,36 Мега байт, </w:t>
            </w:r>
            <w:r w:rsidRPr="00041EDA">
              <w:rPr>
                <w:rFonts w:ascii="Times New Roman" w:eastAsia="MS Mincho" w:hAnsi="Times New Roman" w:cs="Times New Roman"/>
                <w:sz w:val="24"/>
                <w:szCs w:val="24"/>
                <w:lang w:val="en-US"/>
              </w:rPr>
              <w:lastRenderedPageBreak/>
              <w:t>продолжительностью 2 минуты (решение Городского суда г. Лесного Свердловской области от 17.09.2015);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(http://vk.com/id67829182) (решение Ряжского районного суда Рязанской области от 26.10.2015);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Указатель страницы сайта в сети «Интернет» с URL-адресом https://dowlah.wordpress.com (решение Новоуренгойского городского суда Ямало-Ненецкого автономного округа от 30.11.2015);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ресурсе по электронному адресу: http://coollib.net/b/275560/read под названием «Время для истинной покорности Богу» (решение Смольнинского районного суда города Санкт-Петербурга от 02.06.2015);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по интернет-адресам: http://xn--jlaidcn. org/tag/ правый сектор/, http:// укроп. org/ tag правый сектор/, http:// sectorpravdy.com (решение Новоуренгойского городского суда Ямало-Ненецкого автономного округа от 03.12.2015).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«УБИВАЙТЕ РУССКИХ!!!»,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323</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Видеофайл «Русский вперед» размещенный в социальной сети «Вконтакте» в сети «Интернет», имеющий сетевой адрес www.vk.com/id205468225 (решение Калужского районного суда Калужской области от 08.09.2015);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Размещенная в сети «Интернет» на Интернет-сайте http://www.youtube.com по адресам: http://www.youtube.com/watch?v=tYLgekJgcRQ, http://youtu.be/ tYLgekJgcRQ, http://m.youtube.com/watch?v=tYLgekJgcRQ видеозапись с заголовком «Владимир Заваркин – депутат Суоярви» (решение Петрозаводского городского суда Республики Карелия от 06.11.2015);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«format 18» размещенный в социальной сети «Вконтакте» в сети «Интернет», имеющий сетевой адрес \vww.vk.com/id65668679 (заочное решение Калужского районного суда Калужской области от 01.10.2015);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http://vk.com/id114109750 (решение Йошкар-Олинского городского суда Республики Марий Эл от 28.10.2015);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«Евреи» Ансамбля Христа Спасителя и Мать Сыра Земля, расположенная по электронному адресу: https://vk.com//audios135088006?q=ансамбль%христа%20спасителя, http://myzlo.info/poisk/%D0%90%D0%BD%D1%81%D0%B0%D0%BC%D0%B1%D0%BB%D1%8C%20%D0%A5%D1%80%D0%B8%D1%81%D1%82%D0%B0%20%D0%A1%D0%BF%D0%B0%D1%81%D0%B8%D1%82%D0%B5%D0%BB%D1%8F% 20%D0%B8%20%D0%9C%D0%B0%D1%82%D1%8C%20%D1%81%D1%8B%D1%80%D0%B0%20%D0%97</w:t>
            </w:r>
            <w:r w:rsidRPr="00041EDA">
              <w:rPr>
                <w:rFonts w:ascii="Times New Roman" w:eastAsia="MS Mincho" w:hAnsi="Times New Roman" w:cs="Times New Roman"/>
                <w:sz w:val="24"/>
                <w:szCs w:val="24"/>
                <w:lang w:val="en-US"/>
              </w:rPr>
              <w:lastRenderedPageBreak/>
              <w:t>%D0%B5%D0%BC%D0%BB%D1%8F%20%D0%B5%D0%B2%D1%80%D0%B5%D0%B8 http://muzbaron.com/dll/%D0%90%D0%BD%D1%81%D0%B0%D0%BC%D0%B1%D0%BB%D1%8C%20%D0%A5%D1%80%D0%B8%D1%81%D1%82%D0%B0%20%D0%A1%D0%BF%D0%B0%D1%81%D0%B8%D1%82%D0%B5%D0%BB%D1%8F%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 от 02.11.2015);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Интернет-адресам: http://www.youtube.com/watch?v=SBInMkAvNks, http://www.youtube.com/watch?v=PIio2I9GnNY, http://www.youtube.com/watch?v=ittU3EaeGKs, http://www.youtube.com/watch?v=CJ9PDz9z84A (решение Надымского городского суда Ямало-Ненецкого автономного округа от 17.09.2015).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музыкальной группы «Warriors of Zion» («Войны Сиона») под названием «Antifa.com.ua»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Октябрьского районного суда города Санкт-Петербурга от 27.10.2015);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w:t>
            </w:r>
            <w:r w:rsidRPr="00041EDA">
              <w:rPr>
                <w:rFonts w:ascii="Times New Roman" w:eastAsia="MS Mincho" w:hAnsi="Times New Roman" w:cs="Times New Roman"/>
                <w:sz w:val="24"/>
                <w:szCs w:val="24"/>
                <w:lang w:val="en-US"/>
              </w:rPr>
              <w:lastRenderedPageBreak/>
              <w:t>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t>
            </w:r>
            <w:r w:rsidRPr="00041EDA">
              <w:rPr>
                <w:rFonts w:ascii="Times New Roman" w:eastAsia="MS Mincho" w:hAnsi="Times New Roman" w:cs="Times New Roman"/>
                <w:sz w:val="24"/>
                <w:szCs w:val="24"/>
                <w:lang w:val="en-US"/>
              </w:rPr>
              <w:lastRenderedPageBreak/>
              <w:t>«Warriors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Интернет-адресам: http://www.youtube.com/watch?v=RRdBcQY-OM0, http://www.youtube.com/watch?v=aFeD5xDk2QM, http://www.youtube.com/watch?v=6u2AIPaRtLc, http://www.youtube.com/watch?v=IvIJxLICfdNQ, http://www.youtube.com/watch?v=nUB11116h0w, http://www.youtube.com/watch?v=76VHYiNm0BM, http://www.youtube.com/watch?v=cfiDGF_v1VY (решение Надымского городского суда Ямало-Ненецкого автономного округа от 29.10.2015);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w:t>
            </w:r>
            <w:r w:rsidRPr="00041EDA">
              <w:rPr>
                <w:rFonts w:ascii="Times New Roman" w:eastAsia="MS Mincho" w:hAnsi="Times New Roman" w:cs="Times New Roman"/>
                <w:sz w:val="24"/>
                <w:szCs w:val="24"/>
                <w:lang w:val="en-US"/>
              </w:rPr>
              <w:lastRenderedPageBreak/>
              <w:t>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 «Виктор Владимиров» (решение Устьянского районного суда Архангельской области от 06.11.2015);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249.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персональная Интернет-страница, открытая для публичного просмотра под авторством пользователя «Анна </w:t>
            </w:r>
            <w:r w:rsidRPr="00041EDA">
              <w:rPr>
                <w:rFonts w:ascii="Times New Roman" w:eastAsia="MS Mincho" w:hAnsi="Times New Roman" w:cs="Times New Roman"/>
                <w:sz w:val="24"/>
                <w:szCs w:val="24"/>
                <w:lang w:val="en-US"/>
              </w:rPr>
              <w:lastRenderedPageBreak/>
              <w:t xml:space="preserve">Владимировна» в социальной сети «ВКонтакте» htpp://vk.com/id249446827 с размещенными на изображениях текстами «Убей … - порадуй маму </w:t>
            </w:r>
            <w:r w:rsidRPr="00041EDA">
              <w:rPr>
                <w:rFonts w:ascii="Segoe UI Symbol" w:eastAsia="MS Mincho" w:hAnsi="Segoe UI Symbol" w:cs="Segoe UI Symbol"/>
                <w:sz w:val="24"/>
                <w:szCs w:val="24"/>
                <w:lang w:val="en-US"/>
              </w:rPr>
              <w:t>☺</w:t>
            </w:r>
            <w:r w:rsidRPr="00041EDA">
              <w:rPr>
                <w:rFonts w:ascii="Times New Roman" w:eastAsia="MS Mincho" w:hAnsi="Times New Roman" w:cs="Times New Roman"/>
                <w:sz w:val="24"/>
                <w:szCs w:val="24"/>
                <w:lang w:val="en-US"/>
              </w:rPr>
              <w:t>», «Нету плохих наций просто есть …» (решение Дивногорского городского суда Красноярского края от 03.11.2015);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под названием «Исполняю Я Про Хачей», 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в социальной сети «ВКонтакте» на Интернет-странице (3 аудиофайла, название которых содержат ненормативную лексику) по адресу: http://vk.com/id222035587 (решение Бежицкого районного суда г. Брянска от 10.11.2015);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http://xmusic-wm-scripts.ru/против-хачей/; http://qmp3music.ru/artist/Песня+против+хачей.aspx (решение Сестрорецкого районного суда города Санкт-Петербурга от 07.10.2015);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материал-текст аудиозаписи «*ей москалей», длительностью 02 минуты 47 секунд, размещенный на интернет-сайте: vk.com по электронному адресу: http://vk.com/audios164194?q=бей%20москалей (решение Сестрорецкого районного суда города Санкт-Петербурга от 05.11.2015);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сети «Интернет», на общедоступной странице «Роман Мумладзе» в социальной сети «ВКонтакте» по веб-адресу www.vk.com/karboff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размещенный на странице сети «Интернет» по адресу: http:vk.com/jiuc_88, в видеофайле с названием «You Must Murder – Злая Россия.mp4» (решение Богородского городского суда Нижегородской области от 20.10.2015);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Гугенгеймер О.В. материалы в форме видеозаписей в сети «Интернет», обнаруженные на сайте «http://www.vk.com», в учетной записи пользователя «Оскар Гугенгеймер»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(«Onarheya 88 i AlisA - gimn nasional-alisistov.240») (решение Железнодорожного районного суда г. Улан-Удэ от 26.11.2015);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Аудиозаписи под названием «14\ /88 - Зиг хай», «1488 - Зига, зага, ой», «1488 [vkhp.net] - Слава России! Слава Руси!», размещенные на интернет-странице https.//vk.com/id206705711 (решение Центрального районного суда г. Хабаровска от 16.10.2015).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«Кавказцы в России ЖЕСТЬ смотрим», размещенный в информационно-телекоммуникационной сети «Интернет» на странице http://www.youtube.com/watch?v=iE3wTkxCIwg (решение Воркутинского городского суда Республики Коми от 17.11.2015);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размещенная в информационно-телекоммуникационной сети «Интернет» по URL-адресу: http://vk.com/wall-78530492_51943,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http://vk.com/id143205170 (решение Новоуральского городского суда Свердловской области от 18.11.2015);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«Марш русских огнемётчиков», размещенный в информационно-телекоммуникационной сети «Интернет» на странице http://www.youtube.com/watch?v=LnHA9sx_3Zs (решение Воркутинского городского суда Республики Коми от 17.11.2015);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на момент предъявления заявления в суд в сети «Интернет» на сайте http://www.vk.com в группе «Новая сила – Ставрополь»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https://vk.com/wall-40925159_8876 (комментарий № 5, датированный «24 фев в 21:25», начинается со слов: «Смена власти это удел…» и заканчивается словами: «…свернет шею Путину»); - https://vk.com/wall-40925159_8969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городского суда Ямало-Ненецкого автономного округа от 16.11.2015);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Информационные видеоматериалы, размещенные на интернет-страницах: https://youtu.be/aQFIpCgN63A-Misanthropic Division; https://www.youtube.com/ watch?v=ABbd4j_0riY-25. Misanthropic Division – interview with admins; https://www.youtu.be/ABbd4j_0riY-25. https://www.youtube.com/watch?v=ABbd4j_ 0riY-25. Misanthropic Division – interview with admins; http://ok.ru/video/9239659995-68. Misanthropic Division – </w:t>
            </w:r>
            <w:r w:rsidRPr="00041EDA">
              <w:rPr>
                <w:rFonts w:ascii="Times New Roman" w:eastAsia="MS Mincho" w:hAnsi="Times New Roman" w:cs="Times New Roman"/>
                <w:sz w:val="24"/>
                <w:szCs w:val="24"/>
                <w:lang w:val="en-US"/>
              </w:rPr>
              <w:lastRenderedPageBreak/>
              <w:t>Kirovograd Squad (решение Ноябрьского городского суда Ямало-Ненецкого автономного округа от 16.11.2015);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http://akhbarsham.info (решение Первореченского районного суда г. Владивостока от 12.08.2015);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Статьи, размещенные на интернет-странице социальной сети «В контакте» «shamtoday», расположенной по URL - адресу: http://vk.com/shamtoday: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w:t>
            </w:r>
            <w:r w:rsidRPr="00041EDA">
              <w:rPr>
                <w:rFonts w:ascii="Times New Roman" w:eastAsia="MS Mincho" w:hAnsi="Times New Roman" w:cs="Times New Roman"/>
                <w:sz w:val="24"/>
                <w:szCs w:val="24"/>
                <w:lang w:val="en-US"/>
              </w:rPr>
              <w:lastRenderedPageBreak/>
              <w:t>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http://vk.com/id16194686 в социальной сети </w:t>
            </w:r>
            <w:r w:rsidRPr="00041EDA">
              <w:rPr>
                <w:rFonts w:ascii="Times New Roman" w:eastAsia="MS Mincho" w:hAnsi="Times New Roman" w:cs="Times New Roman"/>
                <w:sz w:val="24"/>
                <w:szCs w:val="24"/>
                <w:lang w:val="en-US"/>
              </w:rPr>
              <w:lastRenderedPageBreak/>
              <w:t>«ВКонтакте»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районного суда Рязанской области от 09.04.2015);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странице – http:/vk.com/id36385002 на интернет сайте социальной сети «www.vk.com» (решение Пушкинского районного суда города Санкт-Петербурга от 20.08.2015);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w:t>
            </w:r>
            <w:r w:rsidRPr="00041EDA">
              <w:rPr>
                <w:rFonts w:ascii="Times New Roman" w:eastAsia="MS Mincho" w:hAnsi="Times New Roman" w:cs="Times New Roman"/>
                <w:sz w:val="24"/>
                <w:szCs w:val="24"/>
                <w:lang w:val="en-US"/>
              </w:rPr>
              <w:lastRenderedPageBreak/>
              <w:t>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w:t>
            </w:r>
            <w:r w:rsidRPr="00041EDA">
              <w:rPr>
                <w:rFonts w:ascii="Times New Roman" w:eastAsia="MS Mincho" w:hAnsi="Times New Roman" w:cs="Times New Roman"/>
                <w:sz w:val="24"/>
                <w:szCs w:val="24"/>
                <w:lang w:val="en-US"/>
              </w:rPr>
              <w:lastRenderedPageBreak/>
              <w:t>Контакте» по адресу: https://vk.com/gitler78 (решение Майкопского районного суда Республики Адыгея от 24.06.2015);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изображение, размещенное на Интернет- сайте http://vk.com//club71672115 «Смерть Москалям» «Слава Нацii-Смерть Москалям!» (решение Никулинского районного суда города Москвы от 25.11.2015);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(http:/vk.com) информационно-телекоммуникационной сети Интернет на http:/com/id222297990 (решение Полярного районного суда Мурманской области от 16.12.2015);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327</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w:t>
            </w:r>
            <w:r w:rsidRPr="00041EDA">
              <w:rPr>
                <w:rFonts w:ascii="Times New Roman" w:eastAsia="MS Mincho" w:hAnsi="Times New Roman" w:cs="Times New Roman"/>
                <w:sz w:val="24"/>
                <w:szCs w:val="24"/>
                <w:lang w:val="en-US"/>
              </w:rPr>
              <w:lastRenderedPageBreak/>
              <w:t>суда города Москвы от 09.07.2015);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от 09.07.2015);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Доменные имена и указатели страниц сайтов в сети Интернет: Интернет-сайт http://www.nnpr.su; видеозапись «Торжество павших воинов», размещенная в ИТКС «Интернет» по адресу http://www.youtube.com/watch?v=w9d7ECcH8k4; видеозапись «Речь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видеозапись «Русская девушка», размещенная в ИТКС «Интернет» по адресу http://vk.com/ video37102119_160875736; видеозапись «ННП», размещенная в ИТКС «Интернет» по адресу http://www.youtube.com/watch?v=2v4IdQ-882Y (решение Замоскворецкого районного суда города Москвы от 10.09.2015);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(решение Кронштадтского районного суда города Санкт-Петербурга от 02.11.2015);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328</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w:t>
            </w:r>
            <w:r w:rsidRPr="00041EDA">
              <w:rPr>
                <w:rFonts w:ascii="Times New Roman" w:eastAsia="MS Mincho" w:hAnsi="Times New Roman" w:cs="Times New Roman"/>
                <w:sz w:val="24"/>
                <w:szCs w:val="24"/>
                <w:lang w:val="en-US"/>
              </w:rPr>
              <w:lastRenderedPageBreak/>
              <w:t>пользователем Яровитязь в сети Интернет на сайте «http://via-midgard.info» «Мингард-Инфо», в рубрике новости, http://via- midgard.info/news/plan-kavkazcev-i-evreev-poporaboshheniyu-i.htm (решение Кронштадтского районного суда города Санкт-Петербурга от 02.11.2015);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«заявление NS/WP к рузке» продолжительностью 01 минута 18 секунд, распространяемая посредством сети «Интернет» на странице http://www.youtube.com/watch?v=Н73X7wBwvys на Интернет-сайте http://youtube.ru (решение Пушкинского районного суда города Санкт-Петербурга от 03.11.2015);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информационно-коммуникационной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(изображение) «x_51fcb09e.jpg» (решение Люблинского районного суда города Москвы от 15.09.2015);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w:t>
            </w:r>
            <w:r w:rsidRPr="00041EDA">
              <w:rPr>
                <w:rFonts w:ascii="Times New Roman" w:eastAsia="MS Mincho" w:hAnsi="Times New Roman" w:cs="Times New Roman"/>
                <w:sz w:val="24"/>
                <w:szCs w:val="24"/>
                <w:lang w:val="en-US"/>
              </w:rPr>
              <w:lastRenderedPageBreak/>
              <w:t>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Видеофайл социальной сети «ВКонтакте» Интернета на личной странице под ником «Алешенька Беспределов» ( http://vk. com /id251254977 ) «Чеченцы убивают кудров и христиан Ирака. Проснись Россия-</w:t>
            </w:r>
            <w:r w:rsidRPr="00041EDA">
              <w:rPr>
                <w:rFonts w:ascii="Times New Roman" w:eastAsia="MS Mincho" w:hAnsi="Times New Roman" w:cs="Times New Roman"/>
                <w:sz w:val="24"/>
                <w:szCs w:val="24"/>
                <w:lang w:val="en-US"/>
              </w:rPr>
              <w:lastRenderedPageBreak/>
              <w:t>завтра будешь ты.mp4» , длительностью фонограммы 00:01:53,размером 4.47МБ (решение Кузьминского районного суда города Москвы от 29.10.2015);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«Нож», размещенный на Интернет-сайте http://demotivation.me/23094yogbr57pic.html (решение Ленинского районного суда г. Барнаула от 10.02.2015);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Текстовое сообщение, размещенное в социальной сети «ВКонтакте» по электронному адресу http//vk.com/id158124475 (решение Ленинского районного суда г. Владимира от 03.09.2015 и определение Ленинского районного суда г. Владимира от 18.01.2016);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329</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 размещенная в сети «Интернет» по адресу: http://m.youtube.com/watch?v=г50K695gRIs (оператор Ростелеком) видеозапись продолжительностью 6 минут 44 секунд с названием «Халифат-грядущая мощь. Призыв к Джихаду» (решение Черноярского </w:t>
            </w:r>
            <w:r w:rsidRPr="00041EDA">
              <w:rPr>
                <w:rFonts w:ascii="Times New Roman" w:eastAsia="MS Mincho" w:hAnsi="Times New Roman" w:cs="Times New Roman"/>
                <w:sz w:val="24"/>
                <w:szCs w:val="24"/>
                <w:lang w:val="en-US"/>
              </w:rPr>
              <w:lastRenderedPageBreak/>
              <w:t>районного суда Астраханской области от 21.12.2015);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размещенный в сети «Интернет» по адресу: http://m.youtube.com/watch?v=IEXOJN NsTk (оператор Ростелеком) 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по адресу: http://vk.com/id230402016 с выявленными 12 материалами экстремистской направленности (решение Советского районного суда г. Брянска от 18.12.2015);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«RUSSKIJ-DMITRIYU BOROVIKOVU POSVYASCHAETSYA», продолжительностью 05 минут 58 секунд (решение Пушкинского районного суда города Санкт-Петербурга от 30.11.2015);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3297.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w:t>
            </w:r>
            <w:r w:rsidRPr="00041EDA">
              <w:rPr>
                <w:rFonts w:ascii="Times New Roman" w:eastAsia="MS Mincho" w:hAnsi="Times New Roman" w:cs="Times New Roman"/>
                <w:sz w:val="24"/>
                <w:szCs w:val="24"/>
                <w:lang w:val="en-US"/>
              </w:rPr>
              <w:lastRenderedPageBreak/>
              <w:t>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http://lvcl.bandcamp.com/album/black-terror-2011, http://mozzic.ru/mp3/La+Vida+Cuesta+Libertades+Черный+Teppop/, http://beatmp3.ru/mp3-download/83108183/3183752/a_ida_uesta_ibertades-e.html, http://2britney.ru/La+Vida+Cuesta+Libertades+-+Черный+Террор/; аудиофайл «Ваши Дети Будут Как Мы» группы «LaVidaCuesta Libertades», размещенный на интернет-сайтах: аудиофайл размещен на интернет-сайтах: http://sneg.audio/show/la-vida-cuesta-libertades, http://mp3-my.ru/poisk-musiki/La%20Vida%20Cuesta%20Libertades.html, http://mpoisk.com/q/La+Vida+Cuesta+Libertades/; аудиофайл «Анархореггей» группы «LaVidaCuesta Libertades», размещенный на интернет-сайтах: http://muzfm.net/La%20Vida%20Cuesta%20Libertades-Анархо-реггей/, http://mp3sait.com/search.php?q=La%20Vida%20Cuesta%20Libertades %20-%20 Анархо-реггей%20(Оutro); аудиофайл «Прощай, капитализм» группы «LaVidaCuesta Libertades», размещенный на интернет-сайтах: http://www.realmusic.ru/songs/777395, http://88.208.38.90/tunes/капитализм/, http://spaces.ru/musicat/?=track/view&amp;Tr=l506382&amp;link_id=1568934&amp;sid=7428143354823200, http://muz-info.org/La%20Vida%20Cuesta%20Libertades%20-%20Прощай %20 Капитализм; аудиофайл «Слово против» группы «LaVidaCuesta Libertades», размещенный на интернет-сайтах: http://www.lvcl.bandcamp.com/album/demo-2009-2010/, http://audios.xyz/search/La+Vida+Cuesta+Libertades; видеоролик песни «Готов!» группы «LaVidaCuesta Libertades», размещенный на интернет-сайте: http://www.youtube.com/watch?v=EQGJ3UtWLOM (решение Иловлинского районного суда Волгоградской области от 03.12.2015 и определение Иловлинского районного суда Волгоградской области от 26.02.2016);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3299.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«Истинная цель антифа», размещенный в социальной сети «В контакте» в сети Интернет, имеющий сетевой адрес https://vk.com/id213087174 (решение Людиновского районного суда Калужской области от 27.11.2015);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vk.com/id13457320,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Фотоматериалы, размещенные на странице социальной сети «ВКонтакте» «Сергей Князев», содержащие нацистскую атрибутику и символику и размещенные по url-адресам : - - http://vk.com/photo57479364_342817120, - http://vk.com/photo57479364_347862496, - http://vk.com/photo57479364_347862932, - http://vk.com/photo57479364J48430495, - http://vk.com/photo57479364J56482761, - http://vk.com/photo57479364J46564197, - http://vk.com/photo57479364J47862854, - http://vk.com/photo57479364J48129290, - http://vk.com/photo57479364J48735401 (решение Автозаводского районного суда г. Нижнего Новгорода от 27.10.2015);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330</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w:t>
            </w:r>
            <w:r w:rsidRPr="00041EDA">
              <w:rPr>
                <w:rFonts w:ascii="Times New Roman" w:eastAsia="MS Mincho" w:hAnsi="Times New Roman" w:cs="Times New Roman"/>
                <w:sz w:val="24"/>
                <w:szCs w:val="24"/>
                <w:lang w:val="en-US"/>
              </w:rPr>
              <w:lastRenderedPageBreak/>
              <w:t>Нижнего Новгорода от 27.10.2015);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видеозапись, размещенная в сети «Интернет» по адресу: http://m.youtube.com/watch?v=34I-RVi3vzE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Кониным В.Н. в сети Интернет на странице http://vk.com/id153631742: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w:t>
            </w:r>
            <w:r w:rsidRPr="00041EDA">
              <w:rPr>
                <w:rFonts w:ascii="Times New Roman" w:eastAsia="MS Mincho" w:hAnsi="Times New Roman" w:cs="Times New Roman"/>
                <w:sz w:val="24"/>
                <w:szCs w:val="24"/>
                <w:lang w:val="en-US"/>
              </w:rPr>
              <w:lastRenderedPageBreak/>
              <w:t>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на сайте http://www.youtube.com/watch?v=QIPEr6Bm35A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w:t>
            </w:r>
            <w:r w:rsidRPr="00041EDA">
              <w:rPr>
                <w:rFonts w:ascii="Times New Roman" w:eastAsia="MS Mincho" w:hAnsi="Times New Roman" w:cs="Times New Roman"/>
                <w:sz w:val="24"/>
                <w:szCs w:val="24"/>
                <w:lang w:val="en-US"/>
              </w:rPr>
              <w:lastRenderedPageBreak/>
              <w:t>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Информация, размещенная на Интернет-сайте www.sotnia.ru по ссылке www.sotnia.ru/forum/viewtopic.php?f=9&amp;t=1339 (решение Пресненского районного суда города Москвы от </w:t>
            </w:r>
            <w:r w:rsidRPr="00041EDA">
              <w:rPr>
                <w:rFonts w:ascii="Times New Roman" w:eastAsia="MS Mincho" w:hAnsi="Times New Roman" w:cs="Times New Roman"/>
                <w:sz w:val="24"/>
                <w:szCs w:val="24"/>
                <w:lang w:val="en-US"/>
              </w:rPr>
              <w:lastRenderedPageBreak/>
              <w:t>27.10.2015);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Интернет-адресам: https://www.stormfront.org/forum/t35059/; http://yandex.ru/video/search?filmld=0gOZJvkyUXI&amp;text=Blood%20and%20Honour%2FCombat%2018&amp;redircnt=1448879807.l&amp;path=wizard&amp;parent-reqid=144 88798017553 95-14495075885607236878568183-7-050-REASK; http://yandex.ru/video/search?filmId=8RdxuSiqUXI&amp;text=Blood%20and%20Honour%2FCombat%2018&amp;redircnt=1448879807.1&amp;path=wizard&amp;parent-regind=144887980175 5395-1449507885607236878568183-7-020-REASK (решение Надымского городского суда Ямало-Ненецкого автономного округа от 24.12.2015);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Фотоизображения и музыкальные файлы, ранее размещенные по электронному адресу http://vk.com/kamnev88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на Интернет сайте: «http://demotivation.me/jdetrdiy8ay2pic.html» (решение Советского районного суда города Томска от 10.12.2015);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«NSWP активист» продолжительностью 02 минуты 09 секунд, распространяемая посредством сети «Интернет» на странице http://www.youtube.com/watch?v=cWY6JFbTueo на Интернет-сайте http://youtube.ru (решение Пушкинского районного суда города Санкт-Петербурга от 15.10.2015);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http://amuzic.ru/?string=Д.И.В.+Бей+чурок на Интернет-сайте http://amuzic.ru (решение Невского районного суда города Санкт-Петербурга от 24.11.2015);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«Халифат Къарачай Малкъаргъа саламларыбыз бла», расположенный в глобальной телекоммуникационной сети Интернет по адресу: https://www.youtube.com/watch?v=u632CWeLcpM. на сайте «YouTub» (решение Черкесского городского суда Карачаево-Черкесской Республики от 25.11.2015);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«Халифатны къарачай малкъар аскери», расположенный в глобальной телекоммуникационной сети Интернет по адресу: http://www.youtube.com/watch?v=hwg3cQvfnno &amp;feature=youtu.be на сайте «YouTub» (решение Черкесского городского суда Карачаево-Черкесской Республики от 25.11.2015);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содержащийся на видеозаписи «Слава Руси!» длительностью 05 мин. 10 сек., размещенной на момент подачи заявления на Интернет-страницах http://vk.com/video167589445_167819374 и http://vk.com/video167589445?section=all (решение Невского районного суда города Санкт-Петербурга от 24.11.2015);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316.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аудиозаписи исполнителя «ПРАВЫЙ ЯЯЯЯЯЯЯЯ!!!!!!!» под названием «ЧЕРНО*ОПАЯ ТВАРЬ ТЫ </w:t>
            </w:r>
            <w:r w:rsidRPr="00041EDA">
              <w:rPr>
                <w:rFonts w:ascii="Times New Roman" w:eastAsia="MS Mincho" w:hAnsi="Times New Roman" w:cs="Times New Roman"/>
                <w:sz w:val="24"/>
                <w:szCs w:val="24"/>
                <w:lang w:val="en-US"/>
              </w:rPr>
              <w:lastRenderedPageBreak/>
              <w:t>БУДЕШЬ ЖРАТЬ ГЛИНУ!!!!!!!!!! И ВСЕ ВЫ ЧЕРНО*ОПЫЕ ТВАРИ!!!» длительностью 03 мин. 36 сек., размещенной на момент подачи заявлению неизвестным лицом на Интернет-сайте http://music.zakon.kz на Интернет-странице: http://music.zakon.kz/106591148-chernozhopaya-tvar-ty-budesh-zhrat-glinu-33-33-33-.html (решение Невского районного суда города Санкт-Петербурга от 24.11.2015);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под названием «Околореп - Зига, Зага, ой»,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«Околореп Откровенный фашизм»,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«Я сегодня в поле чистом …» неизвестного автора, размещенный на Интернет-ресурсе http://yandex.ru/video/ (ссылка https://voutu.be/RXKDlx7SVcE) (решение Артемовского городского суда Приморского края от 26.08.2015);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«Мой дед был штурмфюрер СС» группы «Вандал», размещенный на информационном ресурсе http://yandex.ru/video/ (ссылка URL - https://voutu.be/HT6pk7c9hrs) (решение Артемовского городского суда Приморского края от 26.08.2015);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w:t>
            </w:r>
            <w:r w:rsidRPr="00041EDA">
              <w:rPr>
                <w:rFonts w:ascii="Times New Roman" w:eastAsia="MS Mincho" w:hAnsi="Times New Roman" w:cs="Times New Roman"/>
                <w:sz w:val="24"/>
                <w:szCs w:val="24"/>
                <w:lang w:val="en-US"/>
              </w:rPr>
              <w:lastRenderedPageBreak/>
              <w:t>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Объект 1 (текст «В Москву завозят фашистов и готовят их к резне!») (решение Кузьминского районного </w:t>
            </w:r>
            <w:r w:rsidRPr="00041EDA">
              <w:rPr>
                <w:rFonts w:ascii="Times New Roman" w:eastAsia="MS Mincho" w:hAnsi="Times New Roman" w:cs="Times New Roman"/>
                <w:sz w:val="24"/>
                <w:szCs w:val="24"/>
                <w:lang w:val="en-US"/>
              </w:rPr>
              <w:lastRenderedPageBreak/>
              <w:t>суда города Москвы от 29.10.2015);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http://vk.com/id46238060,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http://vk.com/id239430313,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w:t>
            </w:r>
            <w:r w:rsidRPr="00041EDA">
              <w:rPr>
                <w:rFonts w:ascii="Times New Roman" w:eastAsia="MS Mincho" w:hAnsi="Times New Roman" w:cs="Times New Roman"/>
                <w:sz w:val="24"/>
                <w:szCs w:val="24"/>
                <w:lang w:val="en-US"/>
              </w:rPr>
              <w:lastRenderedPageBreak/>
              <w:t>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(статья) «Чего ждать Украине от русских?», размещенный на интернет-сайте - thechechenpress.com (решение Железнодорожного районного суда г. Новосибирска от 01.12.2015);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Текстовый документ с названием «Гори Жидяра», видеофайлы «Вечный еврей», «Приморские Партизаны - добавь к себе в видео!» (http://vk.com/video137472981_165623886) и «Приморские партизаны - последнее интервью», графические файлы: «9» (Европа) (http://vk.com/album137472981_185119189), «10» (нож) (http://vk.com/album137472981_185119189), «11» (обезьяна) (http://vk.com/album137472981_185119189), «12» (Погром) (http://vk.com/album137472981_185119189), «13» (Унтерменш) (http://vk.com/album137472981_185119189), «14» (Чурка) (http://vk.com/album137472981_185119189), графические файлы: «28» (http://vk.com/albums-53219735), «29» (http://vk.com/albums-53219735),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w:t>
            </w:r>
            <w:r w:rsidRPr="00041EDA">
              <w:rPr>
                <w:rFonts w:ascii="Times New Roman" w:eastAsia="MS Mincho" w:hAnsi="Times New Roman" w:cs="Times New Roman"/>
                <w:sz w:val="24"/>
                <w:szCs w:val="24"/>
                <w:lang w:val="en-US"/>
              </w:rPr>
              <w:lastRenderedPageBreak/>
              <w:t>(http://vk.com/id137472981 (http://vk.com/berserk_roa), под псевдонимом «Юрген Шульце» (http://vk.com/fuhrer_roa (http://vk.com/id250532513) (решение Верещагинского районного суда Пермского края от 16.06.2015);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Б.С.Миронова «Русское восстание».-М.:Алгоритм, 2011, 464 с. (решение Головинского районного суда города Москвы от 08.04.2015);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Евгения Дюринга «Еврейский вопрос», Всероссийский журнал «Русская правда» №5-6А (решение Головинского районного суда города Москвы от 09.04.2015);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«Геноцид разума и наше сакральное мировоззрение», издательство «Китежград», 2013 г., 240с. (решение Головинского районного суда города Москвы от 09.04.2015);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333</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w:t>
            </w:r>
            <w:r w:rsidRPr="00041EDA">
              <w:rPr>
                <w:rFonts w:ascii="Times New Roman" w:eastAsia="MS Mincho" w:hAnsi="Times New Roman" w:cs="Times New Roman"/>
                <w:sz w:val="24"/>
                <w:szCs w:val="24"/>
                <w:lang w:val="en-US"/>
              </w:rPr>
              <w:lastRenderedPageBreak/>
              <w:t>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«Ведай! Что и почему от нас скрывают …» 416 с. (решение Головинского районного суда города Москвы от 25.03.2015);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Столешникова А.П. «Реабилитации не будет! Анти-Архипелаг», изд. «Профессионал», Москва, 2011, 512с. (решение Головинского районного суда города Москвы от 19.05.2015);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Миронова Б.С. «Иго иудейское».-М.: Алгоритм, 2007.-432с. (решение Головинского районного суда города Москвы от 19.05.2015);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«Многоженство: масонское или арийское».-Курск, 1997.32-с (решение Головинского районного суда города Москвы от 18.05.2015)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«Чужие среди нас».-Москва,2013. -232с. (решение Головинского районного суда города Москвы от 18.05.2015);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распространяемая на сайте http://www.vk.com/id62419823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«Видеообращение маленькой девочки к аллаху», размещенный в сети Интернет по адресу: www.youtube.com; видеоматериал «Мусульмане, смотрите обязательно!», размещенный в сети Интернет по адресу: www.youtube.com (решение Тверского районного суда города Москвы от 18.02.2015);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«Заставили отказаться от Аллаха часть 2», размещенный в сети Интернет по адресу: www.youtube.com (решение Тверского районного суда города Москвы от 18.02.2015);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стихотворения «Советским ветеранам», размещенного в сети Интернет по сетевому адресу: http://vaysburd.livejournal.com/575415.html (решение Тверского районного суда города Москвы от 16.04.2015);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342.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«Азбука десионизации».- Москва, 2013.- 988с. (решение Головинского районного суда города </w:t>
            </w:r>
            <w:r w:rsidRPr="00041EDA">
              <w:rPr>
                <w:rFonts w:ascii="Times New Roman" w:eastAsia="MS Mincho" w:hAnsi="Times New Roman" w:cs="Times New Roman"/>
                <w:sz w:val="24"/>
                <w:szCs w:val="24"/>
                <w:lang w:val="en-US"/>
              </w:rPr>
              <w:lastRenderedPageBreak/>
              <w:t>Москвы от 17.04.2015);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Бориса Бессонова «ИСТОРИЯ. Русская идея. Иудейская идея. БОРЬБА ИДЕЙ». Москва, «ВОГ-Свекрасаф», 2011.-393с. (решение Головинского районного суда города Москвы от 17.04.2015);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Сборник. Русские писатели о евреях. Книга 2. Составитель С.Н. Николаев.-М.: КНИГА, 2009-384с. (решение Головинского районного суда города Москвы от 21.04.2015);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«Русские писатели о евреях» -М.: Книга, 2009 -488с. (решение Головинского районного суда города Москвы от 21.04.2015);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д-ра Шерифа Абдул-Азым «Женщина в Исламе и в иудейско-христианском мире (между мифами и реальностью)» издательство «Engineering House Press», учрежденное «Conveying Islamic Message Society», 128 страниц (решение Нижнесергинского районного суда Свердловской области от 25.05.2015);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334</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Информационные видеоматериалы, размещенные по интернет-адресу: http://ahoramismo.com/noticias/2015/12/ver-isis-decapita-agente-espia-ruso-fsb-video-new-isis-islamic-state-news-videos-pictures-fsb-federal-security-service-agent-spy-chechen-chechnya-russia-russian-moscow-vladimir-putin-</w:t>
            </w:r>
            <w:r w:rsidRPr="00041EDA">
              <w:rPr>
                <w:rFonts w:ascii="Times New Roman" w:eastAsia="MS Mincho" w:hAnsi="Times New Roman" w:cs="Times New Roman"/>
                <w:sz w:val="24"/>
                <w:szCs w:val="24"/>
                <w:lang w:val="en-US"/>
              </w:rPr>
              <w:lastRenderedPageBreak/>
              <w:t>ragga-syria-full/ (решение Ноябрьского городского суда Ямало-Ненецкого автономного округа от 08.02.2016);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«Задумайся…», размещенная на личной странице пользователя под ником «Игорь Антифеев» на сайте «ВКонтакте» сети Интернет (https://vk.com/id80193983) (решение Майкопского городского суда Республики Адыгея от 20.01.2016);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«Задумайтесь!» размещенный в социальной сети «В контакте» в сети Интернет, имеющие сетевой адрес www.vk.com/tixas (решение Калужского районного суда Калужской области от 12.11.2015);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«Ku Klux Klan» размещенный в социальной сети «Вконтакте» в сети «Интернет», имеющий сетевой адрес www.vk.com/tixas (решение Калужского районного суда Калужской области от 01.12.2015);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335</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Текст песни «Я за ЗОЖ, всех на нож, кто на людей не похож» музыкальной группы АргентинА и Околорэп, размещенный на указателе страницы сайта «http://www.boonex.ru/525642/», продолжительностью 03 минуты 24 секунды (решение Ртищевского районного суда Саратовской области от 20.01.2016)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Инглиiзмъ. Древняя вера Славянскихъ и Арiйскихъ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Мiропонiмание.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w:t>
            </w:r>
            <w:r w:rsidRPr="00041EDA">
              <w:rPr>
                <w:rFonts w:ascii="Times New Roman" w:eastAsia="MS Mincho" w:hAnsi="Times New Roman" w:cs="Times New Roman"/>
                <w:sz w:val="24"/>
                <w:szCs w:val="24"/>
                <w:lang w:val="en-US"/>
              </w:rPr>
              <w:br/>
              <w:t>"3354.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http://vk.com/prav_muz (решение Смольнинского районного суда города Санкт-Петербурга от 27.10.2015);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http://vk.com/russiaforrussians (решение Смольнинского районного суда города Санкт-Петербурга от 27.10.2015);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Публикация «Бегемоты и антилопы или Лекция о ненависти» и комментарии к ней, размещенные на Интернет-странице с URL — адресом: http://gorky-look.livejournal.com/51808.html?page=2 (решение Кировского районного суда г. Екатеринбурга от 05.10.2015);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«националисты Мурманска на традиционном русском марше 2013», размещенные в социальной сети "В Контакте" по адресу https://vk.com./video472399260_170198988, продолжительностью 1 минута 49 секунд (решение Октябрьского районного суда г. Мурманска от 15.12.2015);";</w:t>
            </w:r>
            <w:r w:rsidRPr="00041EDA">
              <w:rPr>
                <w:rFonts w:ascii="Times New Roman" w:eastAsia="MS Mincho" w:hAnsi="Times New Roman" w:cs="Times New Roman"/>
                <w:sz w:val="24"/>
                <w:szCs w:val="24"/>
                <w:lang w:val="en-US"/>
              </w:rPr>
              <w:br/>
              <w:t>"3359.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«ИГ (Русская озвучка) 18+», размещенный на странице пользователя «Абу-Али Сибириян-Амир-Аль-Мумана» по адресу: https://vk.com/319062955 (решение Ленинского районного суда г. Тюмени от 15.01.2016);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www.vk.com/id235719485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«P.S.7.62 – Белые войны», размещенный в социальной сети «Вконтакте» в сети «Интернет», имеющий сетевой адрес http://vk/com/id155558089 (решение Калужского районного суда Калужской области от 23.11.2015).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Текстовые материалы, размещенные Горюновым Д.Ю. в информационно-телекоммуникационной сети Интернет в социальной сети «Вконтаке» по адресу: https: //vk.com/druhina_yaroslavl,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Д.И.В.-Децл-Нигер.mр3», начинающийся словами: «Реп придумали Нигеры», и заканчивающийся словами: «А Децл-нигер! Fucking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w:t>
            </w:r>
            <w:r w:rsidRPr="00041EDA">
              <w:rPr>
                <w:rFonts w:ascii="Times New Roman" w:eastAsia="MS Mincho" w:hAnsi="Times New Roman" w:cs="Times New Roman"/>
                <w:sz w:val="24"/>
                <w:szCs w:val="24"/>
                <w:lang w:val="en-US"/>
              </w:rPr>
              <w:lastRenderedPageBreak/>
              <w:t>мочи!» (решение Дзержинского районного суда г. Ярославля от 20.01.2016);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в сети Интернет на сайте http://patriotrussia.blogspot.ru/search?updated-min=2010-01-01Т00:00:00-08:&amp;updated-max=2011-01-01Т00:00:00-08:00&amp;max-resalts=1, под названием «Долой кавказцев! Верните Нашу Россию!» (решение Красноярского районного суда Астраханской области от 04.02.2016);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на Интернет – сайте http://vk.com/video221512614_167303489 (решение Хорошевского районного суда города Москвы от 30.11.2015);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«Достали меня эти хачики», размещенный на Интернет – сайте http://vk.com/video221512614_170608203 (решение Хорошевского районного суда города Москвы от 01.12.2015);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«Лёша Закон – Бомби эту мразь», размещенный на интернет-странице http://www.youtube.com/watch?v=atGM31cdZEY (решение Заводского районного суда г. Орла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«Лёша Закон – Стань бандитом», размещенный на интернет-странице http://www.youtube.com/watch?v=С6Q4to6UTZA (решение Заводского районного суда г. Орла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«Каин Бей Хача», размещенный на интернет-странице http://www.youtube.com/watch?v=pm2dRuB3At0 (решение Заводского районного суда г. Орла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«Шейх Валид: Какой джихад на Кавказе?» продолжительностью около 05 мин. 57 сек. (решение Октябрьского районного суда г. Ростова-на-Дону от 25.01.2016);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«Отправление на джихад в Сирию | Шейх Усман аль-Хамис», продолжительностью около 02 мин. 22 сек. (решение Октябрьского районного суда г. Ростова-на-Дону от 25.01.2016);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«Чурки прочь из россии», размещенный на интернет-странице http://www.youtube.com/watch?v=dA1NUVfj8Ro (решение Заводского районного суда г. Орла от 08.02.2016);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374.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Зеркало сайта «Кавказ-Центр» - Кавказ-Центр в Твиттере с адресом https://twitter.com/ZippyKC (решение </w:t>
            </w:r>
            <w:r w:rsidRPr="00041EDA">
              <w:rPr>
                <w:rFonts w:ascii="Times New Roman" w:eastAsia="MS Mincho" w:hAnsi="Times New Roman" w:cs="Times New Roman"/>
                <w:sz w:val="24"/>
                <w:szCs w:val="24"/>
                <w:lang w:val="en-US"/>
              </w:rPr>
              <w:lastRenderedPageBreak/>
              <w:t>Заводского районного суда г. Грозного от 18.03.2015);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Зеркало сайта «Кавказджихад» http://www.kavkazJihad.org/ru/ (решение Заводского районного суда г. Грозного от 19.03.2015);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видеоматериалы, размещенные на интернет-страницах: https://vk.com/video173604_126337662 - FORMAT-18 казнь (решение Ноябрьского городского суда Ямало-Ненецкого автономного округа от 21.03.2016);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http://vk.com/rusnsn (решение Октябрьского районного суда города Санкт-Петербурга от 28.10.2015);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визуальный и текстовой материал, размещенный в сети - интернет по адресу http://vk.com/ amfeon: Фотоматериал с надписью «Кавказцы - бесполезная нация...» (http://cs402227.vk.me/v402227593/9989/4ag7WF_KnTU.jpg) (решение Октябрьского районного суда г. Новосибирска от 29.01.2016);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337</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визуальный и текстовой материал, размещенный в сети - интернет по адресу http://vk.com/ amfeon: Фотоматериал с надписью «Розыск...» (http://cs 10907. vk.me/u 157119612/-6/х_488401 </w:t>
            </w:r>
            <w:r w:rsidRPr="00041EDA">
              <w:rPr>
                <w:rFonts w:ascii="Times New Roman" w:eastAsia="MS Mincho" w:hAnsi="Times New Roman" w:cs="Times New Roman"/>
                <w:sz w:val="24"/>
                <w:szCs w:val="24"/>
                <w:lang w:val="en-US"/>
              </w:rPr>
              <w:lastRenderedPageBreak/>
              <w:t>eb.jpg) (решение Октябрьского районного суда г. Новосибирска от 29.01.2016);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визуальный и текстовой материал, размещенный в сети - интернет по адресу http://vk.com/ amfeon: Фотоматериал с надписью «Русский бунт» (http://csl0381.vk.me/ u88198090/126268926/х_a6bba8bb.jpg) (решение Октябрьского районного суда г. Новосибирска от 29.01.2016);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(видеоролик) «Арийский легион!.mp4»,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(видеоролик) «Скинхеды.mp4»,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«Бьют чурок.mp4»,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(аудиозапись) «88-Дай мне повод!mp3”,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(аудиозапись) «Хор СС – Россия для русских.mp3»,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«Русский Стяг – Р.О.А. (by NEX company)» (интернет – адрес: http://www.youtube.com/watch?v=1xzZqsmIpc4) (решение Заводского районного суда г. Орла от 20.02.2016);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в сети Интернет www.chechenews.com (решение Заводского районного суда г. Грозного от 24.02.2014);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390.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Стихотворение, начинающееся со слов «Хотят ли русские войны?», Не спрашивай у тишины, не спрашивай </w:t>
            </w:r>
            <w:r w:rsidRPr="00041EDA">
              <w:rPr>
                <w:rFonts w:ascii="Times New Roman" w:eastAsia="MS Mincho" w:hAnsi="Times New Roman" w:cs="Times New Roman"/>
                <w:sz w:val="24"/>
                <w:szCs w:val="24"/>
                <w:lang w:val="en-US"/>
              </w:rPr>
              <w:lastRenderedPageBreak/>
              <w:t>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(решение Заводского районного суда г. Грозного от 22.12.2015);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Республики Дагестан от 19.02.2016);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Графический файл 2sgfcP75YWU.jpg,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Графический файл 6dyLMK1NKC0.jpg,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339</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Графический файл 8kNgVhbymJQ.jpg,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3396.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Графический файл 9aNj9j9P718.jpg,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Графический файл DQu7MiX6PuE.jpg,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Графический файл ElgeKvedenY.jpg,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3399.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Графический файл HR0ckZwHqVY.jpg,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Графический файл j5UZ-UYvBF0.jpg,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Графический файл M9FKPNdB6kE.jpg,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Графический файл vULGJBaauIs.jpg,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Графический файл WFB8QxlXMag.jpg,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по интернет-адресу: http://wikibit.me/v/вилаят-дагестан (решение Новоуренгойского городского суда Ямало-Ненецкого автономного округа от 01.02.2016);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406.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размещенный по интернет-адресу: http://imamtv.clan.su (решение </w:t>
            </w:r>
            <w:r w:rsidRPr="00041EDA">
              <w:rPr>
                <w:rFonts w:ascii="Times New Roman" w:eastAsia="MS Mincho" w:hAnsi="Times New Roman" w:cs="Times New Roman"/>
                <w:sz w:val="24"/>
                <w:szCs w:val="24"/>
                <w:lang w:val="en-US"/>
              </w:rPr>
              <w:lastRenderedPageBreak/>
              <w:t>Новоуренгойского городского суда Ямало-Ненецкого автономного округа от 01.02.2016);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vk.com/sib_ukr facebook.com/groups/siberia.ukraine/ т. 099-492-46-67 2015 г.», размещенный на Интернет-странице http://www.уoutubе.com/watch?v=7ajuJVFdUH0 (решение Горно-Алтайского городского суда Республики Алтай от 18.02.2016);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Славянский союз» (решение Советского районного суда г. Тулы от 29.02.2016);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341</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(решение Советского районного </w:t>
            </w:r>
            <w:r w:rsidRPr="00041EDA">
              <w:rPr>
                <w:rFonts w:ascii="Times New Roman" w:eastAsia="MS Mincho" w:hAnsi="Times New Roman" w:cs="Times New Roman"/>
                <w:sz w:val="24"/>
                <w:szCs w:val="24"/>
                <w:lang w:val="en-US"/>
              </w:rPr>
              <w:lastRenderedPageBreak/>
              <w:t>суда г. Тулы от 29.02.2016);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(решение Советского районного суда г. Тулы от 29.02.2016);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w:t>
            </w:r>
            <w:r w:rsidRPr="00041EDA">
              <w:rPr>
                <w:rFonts w:ascii="Times New Roman" w:eastAsia="MS Mincho" w:hAnsi="Times New Roman" w:cs="Times New Roman"/>
                <w:sz w:val="24"/>
                <w:szCs w:val="24"/>
                <w:lang w:val="en-US"/>
              </w:rPr>
              <w:lastRenderedPageBreak/>
              <w:t>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Изображения с надписями «Знай свое место хач еб***й», «Чурки должны гореть в печурке», размещенная в </w:t>
            </w:r>
            <w:r w:rsidRPr="00041EDA">
              <w:rPr>
                <w:rFonts w:ascii="Times New Roman" w:eastAsia="MS Mincho" w:hAnsi="Times New Roman" w:cs="Times New Roman"/>
                <w:sz w:val="24"/>
                <w:szCs w:val="24"/>
                <w:lang w:val="en-US"/>
              </w:rPr>
              <w:lastRenderedPageBreak/>
              <w:t>сети Интернет (решение Октябрьского районного суда г. Мурманска от 14.01.2016);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«Страна должна знать «героев» Список 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ресурсе по электронному адресу: http://www.iw.org/ru/пyбликaции/книги/?contentLanguageFilter=ru&amp;pubFilter=gt&amp;sortBy=1под названием «Самый великий человек, который когда-либо жил» (решение Смольнинского районного суда города Санкт-Петербурга от 22.12.2015);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http://azariypb.livejournal.com/2243.html (решение Горно-Алтайского городского суда Республики Алтай от 26.02.2016)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опубликованные в телекоммуникационной сети интернет социальной сети «Вконтакте» по IP адресу: «https/vk.com/id248826377» (решение Ленинского районного суда г. Ставрополя от 19.02.2016);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342</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Материалы, опубликованные в телекоммуникационной сети интернет социальной сети «Вконтакте» по IP адресу: «https/vk.com/id323598805» (решение Ленинского районного суда г. Ставрополя от 19.02.2016);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Персональная Интернет-страница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342</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w:t>
            </w:r>
            <w:r w:rsidRPr="00041EDA">
              <w:rPr>
                <w:rFonts w:ascii="Times New Roman" w:eastAsia="MS Mincho" w:hAnsi="Times New Roman" w:cs="Times New Roman"/>
                <w:sz w:val="24"/>
                <w:szCs w:val="24"/>
                <w:lang w:val="en-US"/>
              </w:rPr>
              <w:lastRenderedPageBreak/>
              <w:t>вертел и всю вашу религию»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силуэта человека, надписью ниже «НОВЫЙ ФЛАГ ЧЕЧНИ»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343</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w:t>
            </w:r>
            <w:r w:rsidRPr="00041EDA">
              <w:rPr>
                <w:rFonts w:ascii="Times New Roman" w:eastAsia="MS Mincho" w:hAnsi="Times New Roman" w:cs="Times New Roman"/>
                <w:sz w:val="24"/>
                <w:szCs w:val="24"/>
                <w:lang w:val="en-US"/>
              </w:rPr>
              <w:lastRenderedPageBreak/>
              <w:t>ниже «ЭТОТ БОЖЕСТВЕННЫЙ ЗНАК не нравится только жидам, хачам, неграм и прочему мусору»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343</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w:t>
            </w:r>
            <w:r w:rsidRPr="00041EDA">
              <w:rPr>
                <w:rFonts w:ascii="Times New Roman" w:eastAsia="MS Mincho" w:hAnsi="Times New Roman" w:cs="Times New Roman"/>
                <w:sz w:val="24"/>
                <w:szCs w:val="24"/>
                <w:lang w:val="en-US"/>
              </w:rPr>
              <w:lastRenderedPageBreak/>
              <w:t>надписью снизу «ПОДСТИЛКИ потом не удивляйтесь почему у вас ребенок чурка»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Наш путь в Исламское государство (решение Советского районного суда г. Тулы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w:t>
            </w:r>
            <w:r w:rsidRPr="00041EDA">
              <w:rPr>
                <w:rFonts w:ascii="Times New Roman" w:eastAsia="MS Mincho" w:hAnsi="Times New Roman" w:cs="Times New Roman"/>
                <w:sz w:val="24"/>
                <w:szCs w:val="24"/>
                <w:lang w:val="en-US"/>
              </w:rPr>
              <w:lastRenderedPageBreak/>
              <w:t>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w:t>
            </w:r>
            <w:r w:rsidRPr="00041EDA">
              <w:rPr>
                <w:rFonts w:ascii="Times New Roman" w:eastAsia="MS Mincho" w:hAnsi="Times New Roman" w:cs="Times New Roman"/>
                <w:sz w:val="24"/>
                <w:szCs w:val="24"/>
                <w:lang w:val="en-US"/>
              </w:rPr>
              <w:lastRenderedPageBreak/>
              <w:t>содержащий статью: - Краткая история Исламского государства (решение Советского районного суда г. Тулы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противников (решение Советского районного суда г. Тулы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Халифы (решение Советского районного суда г. Тулы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Заключение (решение Советского районного суда г. Тулы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344</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 электронный текстовый файл «Апокалипсис наступит завтра.doc», размещенный на сайте «https://vk.com/blaginanton»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силуэтов двух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460.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Максим Базылев – Воины Русской Революции Дима Скукин», размещенного в социальной сети </w:t>
            </w:r>
            <w:r w:rsidRPr="00041EDA">
              <w:rPr>
                <w:rFonts w:ascii="Times New Roman" w:eastAsia="MS Mincho" w:hAnsi="Times New Roman" w:cs="Times New Roman"/>
                <w:sz w:val="24"/>
                <w:szCs w:val="24"/>
                <w:lang w:val="en-US"/>
              </w:rPr>
              <w:lastRenderedPageBreak/>
              <w:t>«В контакте» по адресу https://m.vk.com/rusnazi (решение Чамзинского районного суда Республики Мордовия от 09.03.2016);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районного суда г. Казани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(www.vk.com) (решение Вахитовского районного суда г. Казани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www.vk.com/video2421652_117482278) на сайте сети Интернет (www.vk.com) (решение Вахитовского районного суда г. Казани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346</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Видеозапись «РОССИЯ 88» длительностью 1 минута 12 секунд, размещенная на интернет-странице пользователя «Андрей Малов» (сетевой адрес: www.vk.com/video147411714_161653739) на сайте сети </w:t>
            </w:r>
            <w:r w:rsidRPr="00041EDA">
              <w:rPr>
                <w:rFonts w:ascii="Times New Roman" w:eastAsia="MS Mincho" w:hAnsi="Times New Roman" w:cs="Times New Roman"/>
                <w:sz w:val="24"/>
                <w:szCs w:val="24"/>
                <w:lang w:val="en-US"/>
              </w:rPr>
              <w:lastRenderedPageBreak/>
              <w:t>Интернет (www.vk.com) (решение Вахитовского районного суда г. Казани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начинающейся словами «Череп бритый, кастет и бита...» и заканчивающейся словами «... Погоним черных! Zig heil! Zig heil!», размещенный в сети Интернет на сайте songspro.ru по электронному адресу: http://songspro.ru/46/SG/tekst-pesni-cherep-brityy (решение Калининского районного суда города Санкт-Петербурга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под названием «Колесо РОДа – Антифа», продолжительностью 04мин. 04сек.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347</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w:t>
            </w:r>
            <w:r w:rsidRPr="00041EDA">
              <w:rPr>
                <w:rFonts w:ascii="Times New Roman" w:eastAsia="MS Mincho" w:hAnsi="Times New Roman" w:cs="Times New Roman"/>
                <w:sz w:val="24"/>
                <w:szCs w:val="24"/>
                <w:lang w:val="en-US"/>
              </w:rPr>
              <w:lastRenderedPageBreak/>
              <w:t>Порываев – Ветерану.mр3»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347</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из ряда шести карикатур объединенных единым смыслом с текстовыми надписями «почему меня все ненавидят?!» и </w:t>
            </w:r>
            <w:r w:rsidRPr="00041EDA">
              <w:rPr>
                <w:rFonts w:ascii="Times New Roman" w:eastAsia="MS Mincho" w:hAnsi="Times New Roman" w:cs="Times New Roman"/>
                <w:sz w:val="24"/>
                <w:szCs w:val="24"/>
                <w:lang w:val="en-US"/>
              </w:rPr>
              <w:lastRenderedPageBreak/>
              <w:t>«потому что ты чурка е….я»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w:t>
            </w:r>
            <w:r w:rsidRPr="00041EDA">
              <w:rPr>
                <w:rFonts w:ascii="Times New Roman" w:eastAsia="MS Mincho" w:hAnsi="Times New Roman" w:cs="Times New Roman"/>
                <w:sz w:val="24"/>
                <w:szCs w:val="24"/>
                <w:lang w:val="en-US"/>
              </w:rPr>
              <w:lastRenderedPageBreak/>
              <w:t>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w:t>
            </w:r>
            <w:r w:rsidRPr="00041EDA">
              <w:rPr>
                <w:rFonts w:ascii="Times New Roman" w:eastAsia="MS Mincho" w:hAnsi="Times New Roman" w:cs="Times New Roman"/>
                <w:sz w:val="24"/>
                <w:szCs w:val="24"/>
                <w:lang w:val="en-US"/>
              </w:rPr>
              <w:lastRenderedPageBreak/>
              <w:t>карикатуры трех женщин и пояснительной надписью «Чернильница! Помни! Трахаясь с хачами ты рискуешь остаться в одиночестве с обезьянкой на руках!»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16сек.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Бритоголовые девчонки (Я ненавижу русских шлюх)»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«Русские вперед 14-88.mр4», продолжительностью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490.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Видеозапись «ХорСС-Россия для русских-Russia for Russians 14-88.mр4», продолжительностью 02 минуты </w:t>
            </w:r>
            <w:r w:rsidRPr="00041EDA">
              <w:rPr>
                <w:rFonts w:ascii="Times New Roman" w:eastAsia="MS Mincho" w:hAnsi="Times New Roman" w:cs="Times New Roman"/>
                <w:sz w:val="24"/>
                <w:szCs w:val="24"/>
                <w:lang w:val="en-US"/>
              </w:rPr>
              <w:lastRenderedPageBreak/>
              <w:t>06 секунд, размером 10,8 Мб, расположенная по адресу: http//vk.com/video238577410?z=video238577410_ 169713823%2Falbum238577410 (решение Ленинского районного суда г. Мурманска от 16.02.2016);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на черно-белом фоне с надписью..., расположенное по адресу: http//vk.com/a.yanushas1488?z=photo238577410_350667401%2Falbum 238577410_000%2Frev (решение Ленинского районного суда г. Мурманска от 16.02.2016);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http//vk.com/a.yanushas1488?z=photo238577410_332886396%2Falbum238577410_0%2Frev (решение Ленинского районного суда г. Мурманска от 16.02.2016);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 череп и кости на черном фоне с надписью..., расположенное по адресу: http//vk.com/a.yanushasl488?z=photo238577410_319727114%2Fphotos 238577410 (решение Ленинского районного суда г. Мурманска от 16.02.2016);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w:t>
            </w:r>
            <w:r w:rsidRPr="00041EDA">
              <w:rPr>
                <w:rFonts w:ascii="Times New Roman" w:eastAsia="MS Mincho" w:hAnsi="Times New Roman" w:cs="Times New Roman"/>
                <w:sz w:val="24"/>
                <w:szCs w:val="24"/>
                <w:lang w:val="en-US"/>
              </w:rPr>
              <w:lastRenderedPageBreak/>
              <w:t>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w:t>
            </w:r>
            <w:r w:rsidRPr="00041EDA">
              <w:rPr>
                <w:rFonts w:ascii="Times New Roman" w:eastAsia="MS Mincho" w:hAnsi="Times New Roman" w:cs="Times New Roman"/>
                <w:sz w:val="24"/>
                <w:szCs w:val="24"/>
                <w:lang w:val="en-US"/>
              </w:rPr>
              <w:lastRenderedPageBreak/>
              <w:t>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3496.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в статье «История исламского движения «Талибан» на Интернет-сайте http://ria.ru/spravka/20110523/378564224.html (решение Тазовского районного суда Ямало-Ненецкого автономного округа от 24.03.2016);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«08.02.13г. митинг в махачкале.mр.4» длительностью 10 минут 26 секунд размещенный в социальной сети «Вконтакте» на странице по адресу http://vk.com/id170320043 на личной странице пользователя «Айрат Шакир» (решение Вахитовского районного суда г. Казани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3499.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w:t>
            </w:r>
            <w:r w:rsidRPr="00041EDA">
              <w:rPr>
                <w:rFonts w:ascii="Times New Roman" w:eastAsia="MS Mincho" w:hAnsi="Times New Roman" w:cs="Times New Roman"/>
                <w:sz w:val="24"/>
                <w:szCs w:val="24"/>
                <w:lang w:val="en-US"/>
              </w:rPr>
              <w:lastRenderedPageBreak/>
              <w:t>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Материал под названием «Кадырову» опубликованный на странице http://www.facebook.com/profile.php?id=100007956640214 на сайте www.facebook.com в Информационно-</w:t>
            </w:r>
            <w:r w:rsidRPr="00041EDA">
              <w:rPr>
                <w:rFonts w:ascii="Times New Roman" w:eastAsia="MS Mincho" w:hAnsi="Times New Roman" w:cs="Times New Roman"/>
                <w:sz w:val="24"/>
                <w:szCs w:val="24"/>
                <w:lang w:val="en-US"/>
              </w:rPr>
              <w:lastRenderedPageBreak/>
              <w:t>телекоммуникационной сети «Интернет» (решение Ибресинского районного суда Чувашской Республики-Чувашии от 16.03.2016);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под названием «Кадырову.Президенту Чечни»,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Интернет-адресу: http://yandex.ru/video/search?filmId=ydGxeiZBUXI&amp;text=%D0%B8%D0%BC%D0%B0%D1%80%D0%B0%D1%82%20%D0%BA%D0%B0%D0%B2%D0%BA%D0%B0%D0%B7%20% D1%8E%D1%82%D1%83%D0%B1&amp;redircnt=1452061743.1&amp;path=wizard&amp;parent-reqid=1452061721980007-1657759436611116846134292-man1-3497 (видеозапись «Имарат кавказ атака на муртадов) (решение Надымского городского суда Ямало-Ненецкого автономного округа от 11.02.2016);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Интернет-адресу: http://yandex.ru/video/search?filmId=fuzEZLX8UXI&amp;text=%D0%B8%D0%BC%D0%B0%D1%D0%B0%D1%82%20%D0%BA%D0%B0%D0%B2%D0%BA%D0%B0%D0%B7 %20%D1%8E%D1%82%D1%83%D0%B1&amp;redircnt=1452061743.1&amp;path=wizard&amp;parent-reqid=1452061721980007-1657759436611116846134292-man1-3497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Победа Близка </w:t>
            </w:r>
            <w:r w:rsidRPr="00041EDA">
              <w:rPr>
                <w:rFonts w:ascii="Times New Roman" w:eastAsia="MS Mincho" w:hAnsi="Times New Roman" w:cs="Times New Roman"/>
                <w:sz w:val="24"/>
                <w:szCs w:val="24"/>
                <w:lang w:val="en-US"/>
              </w:rPr>
              <w:lastRenderedPageBreak/>
              <w:t>ИншаАллах») (решение Надымского городского суда Ямало-Ненецкого автономного округа от 11.02.2016);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на Интернет-странице с URL адресом: http:/rusich-lj.livejournal.com/564.html (решение Надымского городского суда Ямало-Ненецкого автономного округа от 17.12.2015);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на Интернет-странице с URL адресом: http:/rusich-lj.livejournal.com/875.html (решение Надымского городского суда Ямало-Ненецкого автономного округа от 17.12.2015);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на Интернет-странице с URL адресом: http:/ruskombat.info/severnoe-bratstvo-klich-volkov-i-voy-shakalov/ (решение Надымского городского суда Ямало-Ненецкого автономного округа от 17.12.2015);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на Интернет-странице с URL адресом: http://satanist-sb.livejournal.com/7529.html?page=l (решение Надымского городского суда Ямало-Ненецкого автономного округа от 17.12.2015);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Информационные материалы, размещенные по интернет-адресу: http://yandex.ru/video/search?filmId=2PDjKulMUXI&amp;text=%C2AB%D0%A4%D0%BE%Dl%80%D0%BC%D0%B0%D1%82-8&amp;redircnt=1451973550.l&amp;path=wizard&amp;parent-reqid=1451973542570608-145184364254944551711032708-mytl-0804-(видеозапись Формат 18) (решение Надымского городского суда </w:t>
            </w:r>
            <w:r w:rsidRPr="00041EDA">
              <w:rPr>
                <w:rFonts w:ascii="Times New Roman" w:eastAsia="MS Mincho" w:hAnsi="Times New Roman" w:cs="Times New Roman"/>
                <w:sz w:val="24"/>
                <w:szCs w:val="24"/>
                <w:lang w:val="en-US"/>
              </w:rPr>
              <w:lastRenderedPageBreak/>
              <w:t>Ямало-Ненецкого автономного округа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интернет-адресу: http://yandex.ru/video/search?p=l&amp;filmId=Kr0hgUG8UXI&amp;text=%C2%AB%D0%A4%D0%BE%D1%80%D0%BC%D0%B0%D1%82-18&amp;redircnt=1451973550.1&amp;path=wizard&amp;parent-reqid=1451973542570608-145184364254944551711032708-mytl-0804&amp; _=1451974668866-(видеозапись Формат 18) (решение Надымского городского суда Ямало-Ненецкого автономного округа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интернет-адресу: http://yandex.ru/video/search?p=11&amp;filmId=Psfhg-RRUXI&amp;text=%C2%AB%D0%A4%D0%BE%D1%80%D0%BC%D0%B0%D1%82-18&amp;redircnt=1451973550.1&amp;path=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интернет-адресу: http://yandex.ru/video/search?p=16&amp;filmId=bwbhH4t3ZUs&amp;text-%C2%AB%D0%A4%D0%BE%D1%80%D0%BC%D0%B0%D1%82-18&amp;redircnt-1451973550.1&amp;path= wizard&amp;parent-reqid=1451973542570608-145184364254944551711032708-mytl-0804&amp; _=1451976959479 (видеозапись - Format 18 - Format 18) (решение Надымского городского суда Ямало-Ненецкого автономного округа от 10.02.2016);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Видеозапись «Вечный жид», длительностью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Видеозапись «Вечный жид», длительностью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Видеозапись «Вечный жид», длительностью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Видеозапись «Вечный жид», длительностью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Видеозапись «Вечный жид», длительностью 1 час 3 минуты 24 секунды, размещенную на интернет-ресурсе: shareclip.net, сетевой адрес видеозаписи: http://www.shareclip.net/clip/2579161.html (решение Вахитовского районного суда г. Казани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Видеозапись «Вечный жид», 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519.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Видеозапись «Вечный жид», длительностью 1 час 5 минуты 39 секунды, размещенную на интернет-</w:t>
            </w:r>
            <w:r w:rsidRPr="00041EDA">
              <w:rPr>
                <w:rFonts w:ascii="Times New Roman" w:eastAsia="MS Mincho" w:hAnsi="Times New Roman" w:cs="Times New Roman"/>
                <w:sz w:val="24"/>
                <w:szCs w:val="24"/>
                <w:lang w:val="en-US"/>
              </w:rPr>
              <w:lastRenderedPageBreak/>
              <w:t>ресурсе: shareclip.net, сетевой адрес видеозаписи: http://www.shareclip.net/clip/7627467.html (решение Вахитовского районного суда г. Казани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Видеозапись «Вечный жид»,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Видеозапись «Вечный жид», длительностью 1 час 5 минуты 35 секунды, размещенную на интернет-ресурсе: clipsonline.org.ua, сетевой адрес видеозаписи: http://clipsonline.org.ua/clip/5383005.html (решение Вахитовского районного суда г. Казани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Видеозапись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Санкт-Петербурга от 24.02.2016);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352</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w:t>
            </w:r>
            <w:r w:rsidRPr="00041EDA">
              <w:rPr>
                <w:rFonts w:ascii="Times New Roman" w:eastAsia="MS Mincho" w:hAnsi="Times New Roman" w:cs="Times New Roman"/>
                <w:sz w:val="24"/>
                <w:szCs w:val="24"/>
                <w:lang w:val="en-US"/>
              </w:rPr>
              <w:lastRenderedPageBreak/>
              <w:t>«Аноним Игил» (решение Октябрьского районного суда г. Ростова-на-Дону от 10.12.2015);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видеоролик под названием «Истинное лицо ислама. Кровосмешение, как оружие геноцида бел.mр4»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под названием «Устроить 3-ю чеченскую 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адрес http://vk.com/id260329933, и в подразделе «стена» открытой группы «Записи Варга», имеющую электронный (Web) адрес http://vk.com/club83941273 текстовое сообщение (пост), начинающийся словами: «Никогда не жди, когда тебя ударят...» и заканчивающийся словами: «Я думаю, тут не мне вам рассказывать... Варг </w:t>
            </w:r>
            <w:r w:rsidRPr="00041EDA">
              <w:rPr>
                <w:rFonts w:ascii="Times New Roman" w:eastAsia="MS Mincho" w:hAnsi="Times New Roman" w:cs="Times New Roman"/>
                <w:sz w:val="24"/>
                <w:szCs w:val="24"/>
                <w:lang w:val="en-US"/>
              </w:rPr>
              <w:lastRenderedPageBreak/>
              <w:t>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http://kivvi.kz/watch/jvd2nd2vtkdi, - http://my.mail.ru/mail/pushkar-05/video/_myvideo/53.html, - https://vk.com/videos153457036?z=video153457036_166480187, - https://vk.com/video-67405870_169503660 (решение Яльчикского районного суда Чувашской Республики – Чувашии от 25.03.2016);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539.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Музыкальное произведение - аудиозапись «Русский Стяг - РОА» продолжительностью около 5 минут 28 </w:t>
            </w:r>
            <w:r w:rsidRPr="00041EDA">
              <w:rPr>
                <w:rFonts w:ascii="Times New Roman" w:eastAsia="MS Mincho" w:hAnsi="Times New Roman" w:cs="Times New Roman"/>
                <w:sz w:val="24"/>
                <w:szCs w:val="24"/>
                <w:lang w:val="en-US"/>
              </w:rPr>
              <w:lastRenderedPageBreak/>
              <w:t>секунд (решение Кировского районного суда г. Ростова-на-Дону от 02.03.2016);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группы людей, пинающих лежащего на тротуаре человека, с надписью белого цвета: «Если б………………….дней…….»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354</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рисунка животного, напоминающего тираннозавра, красного цвета, на туловище которого изображена ………, с текстом, выполненным черным цветом: «…………… Россию!!!»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О……..!»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российского (справа) и украинского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«Зоопарк»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со схематическим изображением двух людей, один из которых целится из пистолета другому в висок, с надписью «У…………….»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560.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Изображение с фотографией …………. с выставленной вперед сжатой в кулак левой рукой и поднятым </w:t>
            </w:r>
            <w:r w:rsidRPr="00041EDA">
              <w:rPr>
                <w:rFonts w:ascii="Times New Roman" w:eastAsia="MS Mincho" w:hAnsi="Times New Roman" w:cs="Times New Roman"/>
                <w:sz w:val="24"/>
                <w:szCs w:val="24"/>
                <w:lang w:val="en-US"/>
              </w:rPr>
              <w:lastRenderedPageBreak/>
              <w:t>вверх большим пальцем и надписью «Ж...» (решение Ингодинского районного суда г. Читы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«Исламское государство должно сражаться со всеми арабскими странами, пока они не начнут воплощать Шариат» Шейх Ибн Баз», размещенная в сети Интернет на сайте http://www.sunnaonline.com/fig/jihad/855----q-------------q (решение Кировского районного суда г. Астрахани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(видеоролик) «http://vk.com./videos170127381_166830138»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Мурманской области от 24.03.2016);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«Слушайся бога» (2011 WATCH TOWER BIBLE AND TRACT SOCIETY OF PENNSYLVANIA, сделано в Великобритании, издание 2011 года, 32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24.08.2016);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w:t>
            </w:r>
            <w:r w:rsidRPr="00041EDA">
              <w:rPr>
                <w:rFonts w:ascii="Times New Roman" w:eastAsia="MS Mincho" w:hAnsi="Times New Roman" w:cs="Times New Roman"/>
                <w:sz w:val="24"/>
                <w:szCs w:val="24"/>
                <w:lang w:val="en-US"/>
              </w:rPr>
              <w:lastRenderedPageBreak/>
              <w:t>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Брошюра «Как появилась жизнь?» (2015 WATCH TOWER BIBLE AND TRACT SOCIETY OF PENNSYLVANIA, сделано в Германии, издание 2014 года, 16 стр.) (решение Серовского районного суда </w:t>
            </w:r>
            <w:r w:rsidRPr="00041EDA">
              <w:rPr>
                <w:rFonts w:ascii="Times New Roman" w:eastAsia="MS Mincho" w:hAnsi="Times New Roman" w:cs="Times New Roman"/>
                <w:sz w:val="24"/>
                <w:szCs w:val="24"/>
                <w:lang w:val="en-US"/>
              </w:rPr>
              <w:lastRenderedPageBreak/>
              <w:t>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Кировского районного суда г. Санкт-Петербурга от 04.02.2016);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 21.03.2016);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интернет страница по адресу: https://vk.com/topic-6043277_11909367 (решение Лермонтовского городского суда Ставропольского края от 21.03.2016);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357</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w:t>
            </w:r>
            <w:r w:rsidRPr="00041EDA">
              <w:rPr>
                <w:rFonts w:ascii="Times New Roman" w:eastAsia="MS Mincho" w:hAnsi="Times New Roman" w:cs="Times New Roman"/>
                <w:sz w:val="24"/>
                <w:szCs w:val="24"/>
                <w:lang w:val="en-US"/>
              </w:rPr>
              <w:lastRenderedPageBreak/>
              <w:t>суда Хабаровского края от 21.03.2016);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581.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358</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«Бей чурок спасай отчизну!» длительностью 06 минут 05 секунд, размещенный по адресу: URL: https://vk.com/video56433219_164892169 (решение Партизанского городского суда Приморского края от 10.03.2016);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видеоматериалы, размещенные в информационно-телекоммуникационной сети «Интернет» на интернет-сайтах: https://www.youtube.com/watch?v=1BEOUC-IxdU&amp;feature=youtu.be&amp;bpctr=1455948392 (решение Ноябрьского городского суда Ямало-Ненецкого автономного округа от 21.03.2016);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в информационно-телекоммуникационной сети «Интернет» на странице-сайта: http://www.youtube.com/watch?v=G6a9DO3UUGI (решение Ноябрьского городского суда Ямало-Ненецкого автономного округа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в информационно-телекоммуникационной сети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Текстовой 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597.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Текстовой материал: «Кто хочет….? Давайте в Киев!...», размещенный в сети Интернет по адресу </w:t>
            </w:r>
            <w:r w:rsidRPr="00041EDA">
              <w:rPr>
                <w:rFonts w:ascii="Times New Roman" w:eastAsia="MS Mincho" w:hAnsi="Times New Roman" w:cs="Times New Roman"/>
                <w:sz w:val="24"/>
                <w:szCs w:val="24"/>
                <w:lang w:val="en-US"/>
              </w:rPr>
              <w:lastRenderedPageBreak/>
              <w:t>«http://vk.com//id132001117?z=photo132001117_ 349375292%2Falbum_132001117_00%2Frev» (решение Октябрьского районного суда г. Новороссийска Краснодарского края от 04.04.2016);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3598.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Текстовой материал: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3599.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«На самом ли деле бог заботится о нас?» (1992, 2001 WATCH TOWER BIBLE AND TRACT SOCIETY OF PENNSYLVANIA, сделано в Великобритании, издание 2006 года, 32 стр.) (решение Серовского районного суда Свердловской области от 19.02.2016);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интернет-адресу: https://www.youtube.com/watch?v=kHy8CEfeb70 (решение Надымского городского суда Ямало-Ненецкого автономного округа от 15.04.2016);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360</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Информационные материалы, размещенные по интернет-адресу: https://www.youtube.com/watch?v=yQnS72mx50g (решение Надымского городского суда Ямало-Ненецкого </w:t>
            </w:r>
            <w:r w:rsidRPr="00041EDA">
              <w:rPr>
                <w:rFonts w:ascii="Times New Roman" w:eastAsia="MS Mincho" w:hAnsi="Times New Roman" w:cs="Times New Roman"/>
                <w:sz w:val="24"/>
                <w:szCs w:val="24"/>
                <w:lang w:val="en-US"/>
              </w:rPr>
              <w:lastRenderedPageBreak/>
              <w:t>автономного округа от 15.04.2016);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интернет-адресу: https://www.youtube.com/watch?v=GpG3siMRLcI (решение Надымского городского суда Ямало-Ненецкого автономного округа от 15.04.2016);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интернет-адресу: https://www.youtube.com/watch?v=6MsbT_Ua-po (решение Надымского городского суда Ямало-Ненецкого автономного округа от 15.04.2016);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 фонограмма, размещенная на интернет – странице http://muzofon.com/search/Убийвай%20Pyccких, 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360</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Текст музыкальной композиции группы CWT (ClockworkTimes) – «Про таджика», размещенный в социальной сети «ВКонтакте» (решение Хабаровского районного суда Хабаровского края от 29.02.2016);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«Коловрат - Кровь патриотов (Blood of Patriots)», размещенный в сети «Интернет» (решение Североморского районного суда Мурманской области от 01.04.2016);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«Поднимайтесь на Джихад против России: Обращение муджахидов к молодежи Чечни», размещенная в сети Интернет на сайте http://news.eizvestia.com/news_abroad/full/423-podnimajtes-na-dhihad-protiv-rossii-obrashhenie-mudzhahidov-k-molodezhi-chechni-video (решения Советского районного суда г. Астрахани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«Россия» под музыку Коловрат – Слава России!» (решение Октябрьского районного суда г. Владимира от 19.04.2016);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Видеообращение на интернет-сервисе, предоставляющим услуги видеохостинга «https://www.youtube.com», на котором размещена ссылка http://www.youtube.com/watch?v= qitAsNDSuCM видеозапись «Обращение амира Кизляра» (решение Кизлярского районного суда Республики Дагестан от 14.04.2016);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«Ты типичный солдат! Слава России!.mр4», продолжительностью 05 минут 10 секунд, размером 10,4 Мб, расположенный по адресу: http://vk.com/video18158482_167927923 (решение Октябрьского районного суда г. Мурманска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«Отец наказывает дочь подстилку и чернильницу.mр4», продолжительностью 02 минуты 05 секунд, размером 6,12 Мб, расположенный по адресу: http://vk.com/video18158482_166858844 (решение Октябрьского районного суда г. Мурманска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Краснодара от 04.05.2016);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 по адресу: https://vk.com/topuc-77397223_32832730, а также по адресу www/stihi.ru Меньше слов, больше дела! (Дмитрий Канашкин)/Стихи.ру (решение Октябрьского районного суда г. Мурманска от 22.04.2016);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«Кавказпресс» (http://kavkazpress.ru) (решение Советского районного суда г. Махачкалы от 13.05.2016);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«Кавказпресс» в социальных сетях «В контакте» (http://vk.com/.kavkazpress) (решение Советского районного суда г. Махачкалы от 13.05.2016);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«Кавказпресс» в социальных сетях «Фейсбук» (http://www.facebook.com/groups/kavkazpress.ru) (решение Советского районного суда г. Махачкалы от 13.05.2016);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Интернет-сайт «Кавказпресс»» в социальных сетях «Твиттер» (http://twitter.com/kavkazpress) (решение Советского районного суда г. Махачкалы от 13.05.2016);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628.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аудиозаписи «Руки сжаты, а в них автомат. Бей их насмерть, пленных не брать!» длительностью 1 </w:t>
            </w:r>
            <w:r w:rsidRPr="00041EDA">
              <w:rPr>
                <w:rFonts w:ascii="Times New Roman" w:eastAsia="MS Mincho" w:hAnsi="Times New Roman" w:cs="Times New Roman"/>
                <w:sz w:val="24"/>
                <w:szCs w:val="24"/>
                <w:lang w:val="en-US"/>
              </w:rPr>
              <w:lastRenderedPageBreak/>
              <w:t>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электронным адресам: https://vk.com/audios12992519, https://vk.com/search?c[q]=руки сжаты %2С а в них автомат.&amp;c[section]=audio» (решение Кировского районного суда города Санкт-Петербурга от 04.02.2016);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«Скины … шавку в 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«MC 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MC Zimnie Ognie Режь русню&amp;c[section]=audio (решение Кировского районного суда г. Санкт-Петербурга от 04.02.2016);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w:t>
            </w:r>
            <w:r w:rsidRPr="00041EDA">
              <w:rPr>
                <w:rFonts w:ascii="Times New Roman" w:eastAsia="MS Mincho" w:hAnsi="Times New Roman" w:cs="Times New Roman"/>
                <w:sz w:val="24"/>
                <w:szCs w:val="24"/>
                <w:lang w:val="en-US"/>
              </w:rPr>
              <w:lastRenderedPageBreak/>
              <w:t>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Информационные материалы, размещенные по интернет-адресу: https://vk.com/nsiorg (решение Надымского </w:t>
            </w:r>
            <w:r w:rsidRPr="00041EDA">
              <w:rPr>
                <w:rFonts w:ascii="Times New Roman" w:eastAsia="MS Mincho" w:hAnsi="Times New Roman" w:cs="Times New Roman"/>
                <w:sz w:val="24"/>
                <w:szCs w:val="24"/>
                <w:lang w:val="en-US"/>
              </w:rPr>
              <w:lastRenderedPageBreak/>
              <w:t>городского суда Ямало-Ненецкого автономного округа от 15.04.2016);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интернет-адресу: http://ns-initiative.livejournal.com/ (решение Надымского городского суда Ямало-Ненецкого автономного округа от 15.04.2016);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округа от 15.04.2016);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в информационно-телекоммуникационной сети «Интернет» по адресу: http://uapress.info/ru/news/show/19941 (решение Благовещенского городского суда Амурской области от 28.03.2016);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28.03.2016);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w:t>
            </w:r>
            <w:r w:rsidRPr="00041EDA">
              <w:rPr>
                <w:rFonts w:ascii="Times New Roman" w:eastAsia="MS Mincho" w:hAnsi="Times New Roman" w:cs="Times New Roman"/>
                <w:sz w:val="24"/>
                <w:szCs w:val="24"/>
                <w:lang w:val="en-US"/>
              </w:rPr>
              <w:lastRenderedPageBreak/>
              <w:t>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w:t>
            </w:r>
            <w:r w:rsidRPr="00041EDA">
              <w:rPr>
                <w:rFonts w:ascii="Times New Roman" w:eastAsia="MS Mincho" w:hAnsi="Times New Roman" w:cs="Times New Roman"/>
                <w:sz w:val="24"/>
                <w:szCs w:val="24"/>
                <w:lang w:val="en-US"/>
              </w:rPr>
              <w:lastRenderedPageBreak/>
              <w:t>06.04.2016);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«Russkij, ochnisʼ!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Красноярского края от 30.03.2016).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https://vk.com/search?c[q]=Александр Непомнящий и Кранты Убей янки!&amp;c[section] =audio (решение Кировского районного суда г. Санкт-Петербурга от 04.02.2016);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w:t>
            </w:r>
            <w:r w:rsidRPr="00041EDA">
              <w:rPr>
                <w:rFonts w:ascii="Times New Roman" w:eastAsia="MS Mincho" w:hAnsi="Times New Roman" w:cs="Times New Roman"/>
                <w:sz w:val="24"/>
                <w:szCs w:val="24"/>
                <w:lang w:val="en-US"/>
              </w:rPr>
              <w:lastRenderedPageBreak/>
              <w:t xml:space="preserve">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w:t>
            </w:r>
            <w:r w:rsidRPr="00041EDA">
              <w:rPr>
                <w:rFonts w:ascii="Times New Roman" w:eastAsia="MS Mincho" w:hAnsi="Times New Roman" w:cs="Times New Roman"/>
                <w:sz w:val="24"/>
                <w:szCs w:val="24"/>
                <w:lang w:val="en-US"/>
              </w:rPr>
              <w:lastRenderedPageBreak/>
              <w:t>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они о…….» (решение Ингодинского районного суда г. Читы от 16.03.2016).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«Скинхед против цыганка» (http://vk.com/video89508789_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«Те, кто 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w:t>
            </w:r>
            <w:r w:rsidRPr="00041EDA">
              <w:rPr>
                <w:rFonts w:ascii="Times New Roman" w:eastAsia="MS Mincho" w:hAnsi="Times New Roman" w:cs="Times New Roman"/>
                <w:sz w:val="24"/>
                <w:szCs w:val="24"/>
                <w:lang w:val="en-US"/>
              </w:rPr>
              <w:lastRenderedPageBreak/>
              <w:t>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«Национал-социалистическая партия Руси» (http://vk.com/video 89508789_161701685), продолжительностью 2 мин. 42 сек., демонстрирующий убийство двух лиц (решение Падунского районного </w:t>
            </w:r>
            <w:r w:rsidRPr="00041EDA">
              <w:rPr>
                <w:rFonts w:ascii="Times New Roman" w:eastAsia="MS Mincho" w:hAnsi="Times New Roman" w:cs="Times New Roman"/>
                <w:sz w:val="24"/>
                <w:szCs w:val="24"/>
                <w:lang w:val="en-US"/>
              </w:rPr>
              <w:lastRenderedPageBreak/>
              <w:t>суда г. Братска Иркутской области от 19.04.2016);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«Чмошника бьют» (http://vk.com/video89508789_161733103),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«Скинхеды против дага» (http://vk.com/video89508789_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«Antifa против Скинов» (http://vk.com/video89508789_163018497),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«Надписи скинхедов» (http://vk.com/video89508789_161791781),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365</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сжатого кулака и текстом черного цвета на белом фоне «Бей ж....ов»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с фотографией толпы мужчин - мусульман, один из которых кричит и указывает на страницу Корана, и белым текстом на черном фоне: «Обезьянам .... «Коран»!!!»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символики РНЕ, сопровождающийся текстом: «Россия ... п...с!»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концентрационного лагеря Освенцим и текстом следующего содержания: «Это Освенцим.... евреев»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14/88»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четырех фотографий М. Горбачева, Б. Ельцина, Д. Медведева и В. Путина, сопровождающегося текстом следующего содержания: «Там, где .... Русская мудрость»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666.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Изображение с фотографией горящего человека с приподнятой ногой и стоящего рядом с ним мужчины в </w:t>
            </w:r>
            <w:r w:rsidRPr="00041EDA">
              <w:rPr>
                <w:rFonts w:ascii="Times New Roman" w:eastAsia="MS Mincho" w:hAnsi="Times New Roman" w:cs="Times New Roman"/>
                <w:sz w:val="24"/>
                <w:szCs w:val="24"/>
                <w:lang w:val="en-US"/>
              </w:rPr>
              <w:lastRenderedPageBreak/>
              <w:t>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черепа со скрещенными костями (эмблемы СС) и кельтского креста на фоне черно-желто-белого флага и текстом красного цвета: «Вали х....ей!»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в виде схематического рисунка лежащих людей и танков, проезжающих по ним, и текстом: «Танки едут ...чам!»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367</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мужчины в футболке с кельтским крестом, с поднятой вверх правой рукой, сопровождающегося текстом следующего содержания: «Долой! ….. «HEIL!»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начинающийся словами: «Русские, плюньте в телевизор!...» и заканчивающегося словами: «...Обратного пути у нас больше нет …..у...ки.»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Текса, начинающийся словами: «Мы ведем эту войну... предприниматели...» и заканчивающегося словами: «...Нет и не может быть никаких оснований, ... как раба!»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682.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начинающийся словами: «Оружие – вот наш инструмент... заканчивающегося словами: «….. Sieg </w:t>
            </w:r>
            <w:r w:rsidRPr="00041EDA">
              <w:rPr>
                <w:rFonts w:ascii="Times New Roman" w:eastAsia="MS Mincho" w:hAnsi="Times New Roman" w:cs="Times New Roman"/>
                <w:sz w:val="24"/>
                <w:szCs w:val="24"/>
                <w:lang w:val="en-US"/>
              </w:rPr>
              <w:lastRenderedPageBreak/>
              <w:t>Heil!»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начинающийся словами: «Партизанская война... века...» и заканчивающегося словами: «.... Давыдову» (решение Ингодинского районного суда г. Читы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Группа «Дрозд зигует из гнезда!!!Зная что хачам...!!!», созданная в сети «Вконтакте» по адресу http://vk.com/club48711054 (решение Сунженского районного суда Республики Ингушетия от 29.04.2016);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на Интернет - странице http://ok.ru/profile/376483713587 сайта «Одноклассники» (решение Магасского районного суда Республики Ингушетия от 31.03.2016);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«KAЗHЬ.MPEG-4», размещенный в социальной сети «В контакте» (решение Тейковского районного суда Ивановской области от 25.04.2016);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«Vorony – chernaya sarancha..Plemya satany. Tvari paraziti_zhel-dor 7520.240 (l).MPEG-4», размещенный в социальной сети «В контакте» (решение Тейковского районного суда Ивановской области от 25.04.2016);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«задумайся.FLV», размещенный в социальной сети «В контакте» (решение Тейковского районного суда Ивановской области от 25.04.2016);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«С.П.Р.О.Т. – Расист.mp3», размещенный в социальной сети «В контакте» (решение Тейковского районного суда Ивановской области от 25.04.2016);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692.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Информационные видеоматериалы, размещенные в информационно-телекоммуникационной сети </w:t>
            </w:r>
            <w:r w:rsidRPr="00041EDA">
              <w:rPr>
                <w:rFonts w:ascii="Times New Roman" w:eastAsia="MS Mincho" w:hAnsi="Times New Roman" w:cs="Times New Roman"/>
                <w:sz w:val="24"/>
                <w:szCs w:val="24"/>
                <w:lang w:val="en-US"/>
              </w:rPr>
              <w:lastRenderedPageBreak/>
              <w:t>«Интернет» на интернет-сайте: https://youtu.be/CSalxYTf31M (решение Ноябрьского городского суда Ямало-Ненецкого автономного округа от 04.05.2016);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https://vk.com/patriot_183 (решение Майкопского районного суда Республики Адыгея от 05.02.2016);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http://vk.com/id193099966 (решение Армавирского городского суда Краснодарского края от 19.04.2016);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 аудиофайл «Бей хачей-...бать Кавказ» на сайтах: http://mp3prima.com/mp3poisk/%D0%91%D0%B5%D0%B9%20%D1%85%D0%B0%D1%87%D0%B5%D0%B9 http://mypesnik.ru/mp3/%D0%B1%D0%B5%D0%B9+%D1%85%D0%B0%D1%87%D0%B5%D0%B9 http://muzofon.com/search/white%20power%20%D0%B1%D0%B5%D0%B9%20%D1%85%D0%B0%D1%87%D0%B5%D0%B9 1. http://iplayer.fm/song/43824509/bej_hachej_-_EBAT_KAVKAZ/ 2. http://mp3-pesnja.com/song/%D0%B1%D0%B5%D0%B9+%D1%85%D0% B0%D1%87%D0%B5%D0%B9+%D0%B5%D0%B1%D0%B0%D1%82%D1%8C+%D0%BA%D0%B0%D0%B2</w:t>
            </w:r>
            <w:r w:rsidRPr="00041EDA">
              <w:rPr>
                <w:rFonts w:ascii="Times New Roman" w:eastAsia="MS Mincho" w:hAnsi="Times New Roman" w:cs="Times New Roman"/>
                <w:sz w:val="24"/>
                <w:szCs w:val="24"/>
                <w:lang w:val="en-US"/>
              </w:rPr>
              <w:lastRenderedPageBreak/>
              <w:t>%D0%BA%D0%B0%D0%B7 3. http://muzofon.com/search/бей%20хачей%20eбать%20кавказ 4. http://vmusice.net/mp3/%E5%E1%E0%F2%FC+%F5%E0%F7%E5%E9 5. http://mp3-pesni.net/skachat-besplatno/%D0%B1%D0%B5%D0%B9+%D1% 85%D0%B0%D1%87%D0%B5%D0%B9+%D0%B5%D0%B1%D0%B0%D1%82%D1%8C+%D0%BA%D0%B0%D0%B2%D0%BA%D0%B0%D0%B7 6. http://muz-info.org/%D0%95%D0%B1%D0%B0%D1%82%D1%8C%20%D0% 9A%D0%B0%D0%B2%D0%BA%D0%B0%D0%B7%20%D0%95%D0%91%D0%90%D0%A2%D0%AC 7. http://mypesnik.ru/mp3/%D0%B1%D0%B5%D0%B9+%D1%85%D0%B0%D1 %87%D0%B5%D0%B9 8. http://mр3-sait.info/%D0%B5%D0%B1%D0%B0%D1%82%D1%8C-%D0% BA%D0%B0%D0%B2%D0%BA%D0%B0%D0%B7 9. http://mozzic.ru/?string=%D0%BE%D0%B1%D1%81%D0%B8%D1%80% D0%B0%D1%8E%D1%82%20%D1%85%D0%B0%D1%87%D1%91%D0%B9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Аудиофайл Сибирский синдикат – чурки» на сайтах: http://muzofon.com/search/%D0%A1%D0%B8%D0%B1%D0%B8%D1%80%D1%81%D0%BA%D0%B8%D0%B9%20%D0%A1%D0%B8%D0%BD%D0%B4%D0% B8%D0%BA%D0%B0%D1%82%20%D1%87%D1%83%D1%80%D0%BA%D0%B8; 1. http://music.zakon.kz/l16060777-sibirskiy-sindikat-churki.html 2. http://muzofon.com/search/чурки%20синдикат 3. http://vmusice.net/mp3/%F1%E8%E1%E8%F0%F1%EA%E8%E9+%F1%E8% ED%E4%E8%EA%E0%F2+%F7%F3%F0%EA%E8 4. http://vozmimp3.com/?string=%D1%87%D1%83%D1%80%D0%BA%D0%B8 +%D0%A1%D0%B8%D0%BD%D0%B4%D0%B8%D0%BA%D0%B0%D1%82 5. https://musvid.net/muscat/%D1%81%D0%В8%D0%ВD%D0%В4%D0%В8% D0%ВА%D0%В0%D1%82%20%D1%87%D1%83%D1%80%D0%BA%D0%B8 6. http://mozzic.ru/?string=%D1%87%D1%83%D1%80%D0%BA%D0%B8%20% D1%81%D0%B8%D0%BD%D0%B4%D0%B8%D0%BA%D0%B0%D1%82 7. http://smoz.ru/#/?q=%D0%A7%D1%83%D1%80%D0%BA%D0%B8%20% </w:t>
            </w:r>
            <w:r w:rsidRPr="00041EDA">
              <w:rPr>
                <w:rFonts w:ascii="Times New Roman" w:eastAsia="MS Mincho" w:hAnsi="Times New Roman" w:cs="Times New Roman"/>
                <w:sz w:val="24"/>
                <w:szCs w:val="24"/>
                <w:lang w:val="en-US"/>
              </w:rPr>
              <w:lastRenderedPageBreak/>
              <w:t>D1%81%D0%B8%D0%BD%D0%B4%D0%В8%D0%BA%D0%B0%D1%82 8. http://pleer.com/search?q=%D1%81%D0%B8%D0%BD%D0%B4%D0%B8% D0%BA%D0%B0%D1%82+%D1%87%D1%83%D1%80%D0%BA%D0%B8 9. http://xmusic.me/q/l_6987TT5cmR_w/page/4/ 10. http://music-pesni.com/mp3-music/%D0%A1%D0%B8%D0%B1%D0%B8% D1%80%D1%81%D0%BA%D0%B8%D0%B9+%D1%81%D0%В8%D0%ВD%D0% B4%D0%B8%D0%BA%D0%B0%D1%82+%D1%87%D1%83%D1%80%D0%BA% D0%B8 11. http://muzbaron.com/dll/Чурки%20синдикат 12. http://vmuse.me/music/чурки%20синдикат 13. http://petamusic.ru/?string=%F7%F3%F0%EA%E8+%F1%E8%ED%E4% E8%EA%E0%F2 14. http://vkontakte.dj/cat/album/29325986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3698.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«Русские чурки» на сайтах: http://plus-music.org/%D1%80%D1%83%D1%81%D1%81%D0%BA%D0%B8% D0%B5-%D1%87%D1%83%D1%80%D0%BA%D0%B8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3699.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Аудиофайл «Около Рэп – русские для русских» на сайтах: http://muzofon.com/search/%D0%BE%D0%BA%D0%BE%D0%BB%D0%BE% D1%80%D1%8D%D0%BF%20%D1%80%D1%83%D1%81%D1%81%D0%BA%D0% B8%D0%B5%20%D0%B4%D0%BB%D1%8F%20%D1%80%D1%83%D1%81%D1% 81%D0%ВА%D0%В8%D1%85 1. http://muzofon.com/search/%D0%BE%D0%BA%D0%BE%D0%BB%D0% BE%D1%80%D0%B5%D0%BF%20%D1%80%D1%83%D1%81%D1%81%D0%BA%D0%B8%D0%B5%20%D0%B4%D0%BB%D1%8F%20%D1%80%D1%83%D1%81%D1%81%D0%BA%D0%B8%D1%85%20%D0%BD%D0%BE%D0%BC%D0%B5%D1%80%20%D0%B2%D0%BE%D1%81%D0%B5%D0%BC%D1%8C 2. http://iplayer.fm/q/%D0%BE%D0%BA%D0%BE%D0%BB%D0%BE%D1% 80%D0%B5%D0%BF+%D1%80%D1%83%D1%81%D1%81%D0%BA%D0%B8%D0%B5+%D0%B4%D0%BB%D1%8F+%D1%80%D1%83%D1%81%D1%81%D0%B </w:t>
            </w:r>
            <w:r w:rsidRPr="00041EDA">
              <w:rPr>
                <w:rFonts w:ascii="Times New Roman" w:eastAsia="MS Mincho" w:hAnsi="Times New Roman" w:cs="Times New Roman"/>
                <w:sz w:val="24"/>
                <w:szCs w:val="24"/>
                <w:lang w:val="en-US"/>
              </w:rPr>
              <w:lastRenderedPageBreak/>
              <w:t>A%D0%B8%D1%85+%D0%BD%D0%BE%D0%BC%D0%B5%D1%80+%D0%B2% D0%BE%D1%81%D0%B5%D0%BC/ 3. http://get-tune.net/?a=music&amp;q=%EE%EA%EE%EB%EE%F0%E5%EF+%F0 %F3%F1%F1%EA%E8%E5+%E4%EB%FF+%F0%F3%F1%F1%EA%E8%F5+%ED%EE%EC%E5%F0+%E2%EE%F1%E5%EC%FC 4. http//vmusice.net/mp3/%EE%EA%EE%EB%EE%F0%E5%EF+%F0%F3% F1%F1%EA%E8%E5+%E4%EB%FF+%F0%F3%F1%F1%EA%E8%F5 5. http://plus-music.org/%D1%80%D1%83%D1%81%D1%81%D0%BA%D0% B8%D0%B5+%D0%B4%D0%BB%D1%8F+%D1%80%D1%83%D1%81%D1%81% D0%BA%D0%B8%D1%85+%D0%BE%D0%BA%D0%BE%D0%BB%D0%BE%D1%80%D0%B5%D0%BF 6. http://sneg.audio/show/Околореп%20русские%20для%20русских 7. http://vmuse.me/music/русские%20для%20русских%20околореп 8. http://zv.fm/song/1628947 9. http://vozmimp3.com/?string=%D0%BE%D0%BA%D0%BE%D0%BB%D0% BE%D1%80%D0%B5%D0%ВF+%D1%80%D1%83%D1%81%D1%81%D0%BA%D0%B8%D0%B5+%D0%B4%D0%BB%D1%8F+%D1%80%D1%83%D1%81%D1%81% D0%BA%D0%B8%D1%85 http://www.musezone.ru/music/%CE%EA%EE%EB%EE%F0%E5%EF+%F0%F3%F1%F1%EA%E8%E5+%E4%EB%FF+%F0%F3%F1%F1%EA%E8%F5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http://www.musezone.ru/music/%CE%EA%EE%EB%EE%F0%E5%EF+%F0%F3%F1%F1%EA%E8%E5+%E4%EB%FF+%F0%F3%F1%F1%EA%E8%F5 (решение Фроловского городского суда Волгоградской области от 20.04.2016);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четырех лиц с надписью «Чурки вон из России», размещенном в сети Интернет для свободного доступа неопределенного круга лиц на сайте: http://i037.radikal.ru/1003/79/2c0fa7a0cdcf.jpg (решение Ахтубинского районного суда Астраханской области от 13.05.2016);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«ЕВРЕЙСКИЙ НАЦИЗМ В РОССИИ» (решение Заводского районного суда г. Орла от 04.05.2016);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707.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«Чувашия будет Белой, или безлюдной» - текст интервью с лидером </w:t>
            </w:r>
            <w:r w:rsidRPr="00041EDA">
              <w:rPr>
                <w:rFonts w:ascii="Times New Roman" w:eastAsia="MS Mincho" w:hAnsi="Times New Roman" w:cs="Times New Roman"/>
                <w:sz w:val="24"/>
                <w:szCs w:val="24"/>
                <w:lang w:val="en-US"/>
              </w:rPr>
              <w:lastRenderedPageBreak/>
              <w:t>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Публикация под названием «88 заповедей Дэвида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https://via-midgard.info/news/analitika/kak-vychislit-evreya-zida-kurs-molodogo.htm (решение Петроградского районного суда города Санкт-Петербурга от 14.09.2015);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Сенькиной В.С. в сети «Интернет» на сайте www.vkontakte.ru материал - аудиозапись «Русский стяг-РОА» (решение Псковского городского суда Псковской области от 05.05.2016);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Сенькиной В.С. в сети «Интернет» на сайте www.vkontakte.ru материал - видеозапись «96-летний фронтовик: Русский, очисти Родину от нечисти!» (решение Псковского городского суда Псковской области от 05.05.2016);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717.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«Слава России. Вандал – Судьба моей расы!!!», размещенный в социальной сети «В Контакте» </w:t>
            </w:r>
            <w:r w:rsidRPr="00041EDA">
              <w:rPr>
                <w:rFonts w:ascii="Times New Roman" w:eastAsia="MS Mincho" w:hAnsi="Times New Roman" w:cs="Times New Roman"/>
                <w:sz w:val="24"/>
                <w:szCs w:val="24"/>
                <w:lang w:val="en-US"/>
              </w:rPr>
              <w:lastRenderedPageBreak/>
              <w:t>(http://vk.com/videos235059886?section=all&amp;z=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ресурс – сайт в сети «Интернет», имеющий электронный адрес http://www.wol.ps8318.com (решение Фрунзенского районного суда г. Иваново от 31.05.2016).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«Твой выбор», размещенный в социальной сети «ВКонтакте» по адресу: vk.com/wall-70221596?offset=140, а также по адресу: mybiblioteka.su (решение Октябрьского районного суда города Мурманска от 22.04.2016);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w:t>
            </w:r>
            <w:r w:rsidRPr="00041EDA">
              <w:rPr>
                <w:rFonts w:ascii="Times New Roman" w:eastAsia="MS Mincho" w:hAnsi="Times New Roman" w:cs="Times New Roman"/>
                <w:sz w:val="24"/>
                <w:szCs w:val="24"/>
                <w:lang w:val="en-US"/>
              </w:rPr>
              <w:lastRenderedPageBreak/>
              <w:t>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адресам: http://vk.com/club93110911?z=photo-93110911_364686308%2Falbum-93110911_ 0%2Frev; http://vk.com/club93110911?z=photo-93110911_364572646%2Falbum-93110911_ 0%2Frev http://vk.com/club93110911?z=photo-93110911_364572486%2Falbum-93110911_ 0%2Frev (решение Советского районного суда г. Брянска от 23.05.2016);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в сети «Интернет» в социальной сети «Вконтакте» на странице общества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Размещенное в сети «Интернет» в социальной сети «Вконтакте» на странице общества «партия РОДноверов» (http://vk.com/club60288920) изображение, представляющее собой запрещающий знак, в который заключен символ «полумесяц со звездой» и надписью «NO ISLAM» (решение Устиновского районного суда г. Ижевска от 26.04.2016);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w:t>
            </w:r>
            <w:r w:rsidRPr="00041EDA">
              <w:rPr>
                <w:rFonts w:ascii="Times New Roman" w:eastAsia="MS Mincho" w:hAnsi="Times New Roman" w:cs="Times New Roman"/>
                <w:sz w:val="24"/>
                <w:szCs w:val="24"/>
                <w:lang w:val="en-US"/>
              </w:rPr>
              <w:lastRenderedPageBreak/>
              <w:t>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Размещенное в сети «Интернет» в социальной сети «Вконтакте» на странице общества «партия РОДноверов» (http://vk.com/club60288920) изображение обезьяны с надписью «Огонь в глазах В душе </w:t>
            </w:r>
            <w:r w:rsidRPr="00041EDA">
              <w:rPr>
                <w:rFonts w:ascii="Times New Roman" w:eastAsia="MS Mincho" w:hAnsi="Times New Roman" w:cs="Times New Roman"/>
                <w:sz w:val="24"/>
                <w:szCs w:val="24"/>
                <w:lang w:val="en-US"/>
              </w:rPr>
              <w:lastRenderedPageBreak/>
              <w:t>Аллах» (решение Устиновского районного суда г. Ижевска от 26.04.2016);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в сети «Интернет» в социальной сети «Вконтакте» на странице общества «партия РОДноверов» (http://vk.com/club60288920)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26.04.2016);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Размещенное в сети «Интернет» в социальной сети «Вконтакте»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w:t>
            </w:r>
            <w:r w:rsidRPr="00041EDA">
              <w:rPr>
                <w:rFonts w:ascii="Times New Roman" w:eastAsia="MS Mincho" w:hAnsi="Times New Roman" w:cs="Times New Roman"/>
                <w:sz w:val="24"/>
                <w:szCs w:val="24"/>
                <w:lang w:val="en-US"/>
              </w:rPr>
              <w:lastRenderedPageBreak/>
              <w:t>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Размещенный в сети «Интернет» в социальной сети «Вконтакте» на странице общества «партия РОДноверов» (http://vk.com/club60288920) демотиватор, содержащий изображение девушки в белой одежде </w:t>
            </w:r>
            <w:r w:rsidRPr="00041EDA">
              <w:rPr>
                <w:rFonts w:ascii="Times New Roman" w:eastAsia="MS Mincho" w:hAnsi="Times New Roman" w:cs="Times New Roman"/>
                <w:sz w:val="24"/>
                <w:szCs w:val="24"/>
                <w:lang w:val="en-US"/>
              </w:rPr>
              <w:lastRenderedPageBreak/>
              <w:t>и «поясе смертника» и подпись «Вы еще не поклоняетесь Аллаху? Тогда мы идем к вам» (решение Устиновского районного суда г. Ижевска от 26.04.2016);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в сети «Интернет» в социальной сети «Вконтакте»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в сети «Интернет» в социальной сети «Вконтакте» на странице общества «партия РОДноверов» (http://vk.com/club60288920)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в сети «Интернет» в социальной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373</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w:t>
            </w:r>
            <w:r w:rsidRPr="00041EDA">
              <w:rPr>
                <w:rFonts w:ascii="Times New Roman" w:eastAsia="MS Mincho" w:hAnsi="Times New Roman" w:cs="Times New Roman"/>
                <w:sz w:val="24"/>
                <w:szCs w:val="24"/>
                <w:lang w:val="en-US"/>
              </w:rPr>
              <w:lastRenderedPageBreak/>
              <w:t>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ocTaHOBHM.www.nso-korpus.info www.ari.ru» (решение Устиновского районного суда г. Ижевска от 26.04.2016);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в сети «Интернет» в социальной сети «Вконтакте» на странице общества «партия РОДноверов» (http://vk.com/club60288920) текст «Иммигранты, убирайтесь вон из нашей страны!» (решение Устиновского районного суда г. Ижевска от 26.04.2016);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«Русский стяг – РОА» (решение Ленинского районного суда г. Екатеринбурга Свердловской области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«Дмитрий Честный – Огонь!.doc» (решение Ленинского районного суда г. Екатеринбурга Свердловской области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w:t>
            </w:r>
            <w:r w:rsidRPr="00041EDA">
              <w:rPr>
                <w:rFonts w:ascii="Times New Roman" w:eastAsia="MS Mincho" w:hAnsi="Times New Roman" w:cs="Times New Roman"/>
                <w:sz w:val="24"/>
                <w:szCs w:val="24"/>
                <w:lang w:val="en-US"/>
              </w:rPr>
              <w:lastRenderedPageBreak/>
              <w:t>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Текстовый документ «Дмитрий Честный – Становление.doc» (решение Ленинского районного суда г. </w:t>
            </w:r>
            <w:r w:rsidRPr="00041EDA">
              <w:rPr>
                <w:rFonts w:ascii="Times New Roman" w:eastAsia="MS Mincho" w:hAnsi="Times New Roman" w:cs="Times New Roman"/>
                <w:sz w:val="24"/>
                <w:szCs w:val="24"/>
                <w:lang w:val="en-US"/>
              </w:rPr>
              <w:lastRenderedPageBreak/>
              <w:t>Екатеринбурга Свердловской области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«Дмитрий Честный – RussianWill.doc» (решение Ленинского районного суда г. Екатеринбурга Свердловской области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«Скинхеды – Интервью. doc», (решение Ленинского районного суда г. Екатеринбурга Свердловской области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«Памятка пропагандиста.doc» (решение Ленинского районного суда г. Екатеринбурга Свердловской области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Роман Дмитрия Нестерова «Скины: Русь пробуждается» (решение Ленинского районного суда г. Екатеринбурга Свердловской области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374</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(решение Ленинского районного суда г. </w:t>
            </w:r>
            <w:r w:rsidRPr="00041EDA">
              <w:rPr>
                <w:rFonts w:ascii="Times New Roman" w:eastAsia="MS Mincho" w:hAnsi="Times New Roman" w:cs="Times New Roman"/>
                <w:sz w:val="24"/>
                <w:szCs w:val="24"/>
                <w:lang w:val="en-US"/>
              </w:rPr>
              <w:lastRenderedPageBreak/>
              <w:t>Екатеринбурга Свердловской области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 аудиозаписи: «Железный порядок – Белые Шнурки», «F.P.G. – Ботинки», «Коловрат – Гордость За Расу И Нацию» (решение Ленинского районного суда г. Екатеринбурга Свердловской области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ЗАПОМНИЛИ «я люблю Кавказ» (решение Ленинского районного суда г. Екатеринбурга Свердловской области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w:t>
            </w:r>
            <w:r w:rsidRPr="00041EDA">
              <w:rPr>
                <w:rFonts w:ascii="Times New Roman" w:eastAsia="MS Mincho" w:hAnsi="Times New Roman" w:cs="Times New Roman"/>
                <w:sz w:val="24"/>
                <w:szCs w:val="24"/>
                <w:lang w:val="en-US"/>
              </w:rPr>
              <w:lastRenderedPageBreak/>
              <w:t>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«Бритоголовые Идут – ДИВ – «Давай На Рынок» (решение Ленинского районного суда г. </w:t>
            </w:r>
            <w:r w:rsidRPr="00041EDA">
              <w:rPr>
                <w:rFonts w:ascii="Times New Roman" w:eastAsia="MS Mincho" w:hAnsi="Times New Roman" w:cs="Times New Roman"/>
                <w:sz w:val="24"/>
                <w:szCs w:val="24"/>
                <w:lang w:val="en-US"/>
              </w:rPr>
              <w:lastRenderedPageBreak/>
              <w:t>Екатеринбурга Свердловской области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POCCИЮ - УБЕЙ ХАЧА» (решение Советского районного суда г. Тулы от 29.02.2016);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Владивостока от 07.04.2016);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375</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w:t>
            </w:r>
            <w:r w:rsidRPr="00041EDA">
              <w:rPr>
                <w:rFonts w:ascii="Times New Roman" w:eastAsia="MS Mincho" w:hAnsi="Times New Roman" w:cs="Times New Roman"/>
                <w:sz w:val="24"/>
                <w:szCs w:val="24"/>
                <w:lang w:val="en-US"/>
              </w:rPr>
              <w:lastRenderedPageBreak/>
              <w:t>г. Владивостока от 07.04.2016);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организационного документа общественного объединения «Реванш»: «Цели реванша», начинающегося со слов «I этап ...» и заканчивающегося словами «... Исполнение приказов Центра» (решение Первомайского районного суда г. Владивостока от 07.04.2016);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/коловрат-белая-власть (решение Калининского районного суда города Санкт-Петербурга от 25.02.2016);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Кирилловым А.П. в сети Интернет на странице по адресу: http://vk.com/id139785654 видеозапись «Цитаты из Талмуда» (заочное решение Новочебоксарского городского суда Чувашской Республики – Чувашии от 29.04.2016);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376</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w:t>
            </w:r>
            <w:r w:rsidRPr="00041EDA">
              <w:rPr>
                <w:rFonts w:ascii="Times New Roman" w:eastAsia="MS Mincho" w:hAnsi="Times New Roman" w:cs="Times New Roman"/>
                <w:sz w:val="24"/>
                <w:szCs w:val="24"/>
                <w:lang w:val="en-US"/>
              </w:rPr>
              <w:lastRenderedPageBreak/>
              <w:t>03.06.2016);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«NSWP_NEWYEAR_LOW» продолжительностью 01 минута 45 секунд (решение Пушкинского районного суда города Санкт-Петербурга от 17.05.2016);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странице http://vk/com/id2796924 социальной сети «ВКонтакте» сети Интернет: изображение под названием vk.com/photo2796924_330595057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странице http://vk/com/id2796924 социальной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странице http://vk/com/id2796924 социальной сети «ВКонтакте»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странице http://vk/com/id2796924 социальной сети «ВКонтакте» сети Интернет: изображение под названием vk.com/photo2796924_341667296 с текстом, начинающимся словами «Господи, спасибо, что родился...» (решение Сыктывкарского городского суда Республики Коми от 14.06.2016);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Файл «Скинхед щемит мусора» с расширением .mр4 размером 2,63 МБ продолжительностью 00,41 мин. (решение Моршанского районного суда Тамбовской области от 23.05.2016);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783.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Аудиоматериал «Р.S.7.62 - Социум», длительностью 02 минуты 25 секунд, начинающийся словами: </w:t>
            </w:r>
            <w:r w:rsidRPr="00041EDA">
              <w:rPr>
                <w:rFonts w:ascii="Times New Roman" w:eastAsia="MS Mincho" w:hAnsi="Times New Roman" w:cs="Times New Roman"/>
                <w:sz w:val="24"/>
                <w:szCs w:val="24"/>
                <w:lang w:val="en-US"/>
              </w:rPr>
              <w:lastRenderedPageBreak/>
              <w:t>«Можешь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«P.S.7.62 -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«P.S.7.62 -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«P.S.7.62 -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378</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Аудиоматериал «W.C.D.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w:t>
            </w:r>
            <w:r w:rsidRPr="00041EDA">
              <w:rPr>
                <w:rFonts w:ascii="Times New Roman" w:eastAsia="MS Mincho" w:hAnsi="Times New Roman" w:cs="Times New Roman"/>
                <w:sz w:val="24"/>
                <w:szCs w:val="24"/>
                <w:lang w:val="en-US"/>
              </w:rPr>
              <w:lastRenderedPageBreak/>
              <w:t>«vk.com» и расположенный по адресу http://cs5-2v4.vk.me/p26/4ca776f25d0d93.mp3 (решение Благовещенского городского суда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https://m.vk.com/rusnazi (решение Чамзинского районного суда Республики Мордовия от 20.06.2016).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«Комментарии к трем основам» М. С. аль-Усаймин; перевод с арабского, под редакцией А.У.С. аль-Газзи, второе русское издание Свет-Ислама; Каир, 2014, 227 стр. (решение Альметьевского городского суда Республики Татарстан от 19.05.2016);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расположенные по ссылке https://vk.com/club69588938?w=wall-69588938_148%2Fall (решение Советского районного суда г. Брянска от 30.05.2016);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расположенные по ссылке https://vk.com/club69588938?w=wall-69588938_151%2Fall (решение Советского районного суда г. Брянска от 30.05.2016);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379</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сети интернет (решение Воркутинского городского суда Республики Коми от 14.04.2016);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электронному адресу:.www.vk.com/319062955 (решение Центрального районного суда г. Тюмени от 21.03.2016);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3798.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3799.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804.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380</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 и видеофайлы под наименованием «Речь Максима Базылева – Россия будет русской или безлюдной, попробуйте ее отнять у меня!» информацию Интернет-сайта в сети «Интернет» на странице с URL-адресу: видеозапись: https://vk.com/video260059_170761832;https://vk.com/search?c%5Bq%5D=%D1%80%D0%B5%D1%87%D1%8C%20%D0%BC%D0%B0%D0%BA%D1%81%D0%B8%D0%BC%D0%B0%20%D0%B1%D0%B0%D0%B7%D1%8B%D0%BB%D0%B5%D0% B2%D0%B0&amp;c%5Bsection%5D=video&amp;z=videol52613099_170999633; https://www.youtube.com/watch?v=7ArrcwsS8p4 (решение Ворошиловского районного суда г. Волгограда от 27.06.2016);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Аудиозапись: http://muzofon.com/search/%D0%A0%D0%B5%D1%87%D1%8C%20%D0%9C%D0%B0%D0%BA%D1%81%D0%B8%D0%BC%D0%B0%20%D0%91%D0%B0%D0%B7%D1%8B%D0%BB%D0%B5%D0%B2%D0%B0;http://stop- mp3.com/play_online.php?eq=eyJhIjoiXHUwNDIwXHUwNDE1XHUwNDI3XHUwN DJjLVx1MDQxYtx1MDQxMFx1MDQxYVx1MDQyMVx1MDQxOFx1MDQxY1x1M DQxMC1cdTA0MTFcdTA0MTBcdTA0MTdcdTA0MmJcdTA0MWJcdTA0MTVcdTA0 MTJcdTA0MTAiLCJjcyI6IjUzNjQwNHY0IiwiaXBwcm90X2EiOiI1NDJkZGUy YjcyZGM3N2UwOTYxYjY0NzI0N2E4YTNmMyIsImlwcHJvdF9xIjoxNDYwNDQ3O Dc0LCJrIjoiODQxNjIwODAiLCJuIjoiZDQwZmFiZDU2YzlkIiwibm4iOiJcdT A0MjBcdTA0MWVcdTA0MjFcdTA0MjFcdTA0MThcdTA0MmYtXHUwNDExXH UwNDIzXHUwNDE0XHUwNDE1XHUwNDIyLVx1MDQyMFx1MDQyM1x1MDQy MVx1MDQyMVx1MDQxYVx1MDQxZVx1MDQxOS1cdTA0MThcdTA0MWJcdTA 0MTgtXHUwNDExXHUwNDE1XHUwNDE3XHUwNDFiXHUwNDJlXHUwNDE0X HUwNDFkXHUwNDFlXHUwNDE5LC1cdTA0MWZcdTA0MWVcdTA0MWZcdTA 0MjBcdTA0MWVcdTA0MTFcdTA0MjNcdTA0MTlcdTA0MjJcdTA0MTUtXHUw NDFlXHUwNDIyXHUwNDFkXHUwNDJmXHUwNDIyXHUwNDJjLVx1MDQxNVx 1MDQwMS1cdTA0MjMtXHUwNDFjXHUwNDE1XHUwNDFkXHUwNDJmJiMzMz siLCJzaCI6IjIwZThmY2NmNGYzZThiZTEyZWVhMzJhZjNiOWRhMzFkIiwidSI6Ijg0 MTYyMDgwIn0%3D;http://vmusice.net/mp3/%El%E0%E7%FB%EB%E5%E2%E0; </w:t>
            </w:r>
            <w:r w:rsidRPr="00041EDA">
              <w:rPr>
                <w:rFonts w:ascii="Times New Roman" w:eastAsia="MS Mincho" w:hAnsi="Times New Roman" w:cs="Times New Roman"/>
                <w:sz w:val="24"/>
                <w:szCs w:val="24"/>
                <w:lang w:val="en-US"/>
              </w:rPr>
              <w:lastRenderedPageBreak/>
              <w:t>https://vk.com/search?c%5Bq%5D=%D1%80%D0%B5%D1%87%D1%8C%20%D0%BC%D0%B0%D0%BA%D1%81%D0%B8%D0%BC%D0%B0%20%D0%В1%D0% B0%D0%B7%D1%8B%D0%BB%D0%B5%D0%B2%D0%B0&amp;c%5Bsection% 5D=audio (решение Ворошиловского районного суда г. Волгограда от 27.06.2016);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«Максим Базылев – Скромный герой» размещенный в сети Интернет по следующим электронным адресам: https://www.youtube.com/watch?v=fSqq5UMgVTc; https://www.youtube.com/watch?v=_noUA6Y52Fk; http://fans-edge.info/dokumentalnyj-film-maksim-bazylev-skromnyj-geroj/; http://penza-city-com.livejournal.com/510042.html (решение Ворошиловского районного суда г. Волгограда от 27.06.2016);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зарегистрированной под названием (ником) «по законам шариата» (решение Лазаревского районного суда г. Сочи от 20.04.2016);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«Революция 1917», размещенный на интернет-странице id70272149 интернет-сайта www.vkontakte.ru (решение Заводского районного суда г. Орла от 08.10.2012);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«Слава России! Или страшные Русские Скинхеды!», размещенный на интернет-странице id96615872 интернет-сайта www.vkontakte.ru (решение Заводского районного суда г. Орла от 08.10.2012);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«Единство муджахидов Кавказа», расположенный в глобальной телекоммуникационной сети «Интернет» по электронному адресу http://vk.com/zurav?z=video296575480 1711947336%2Fvideos 296575480 в социальной сети «В контакте» (решение Черкесского городского суда Карачаево-Черкесской Республики от 29.04.2016).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826.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 «Нашид-Зов к Исламской Умме» (видео vk.com/video305749532_171687871) (решение Белогорского </w:t>
            </w:r>
            <w:r w:rsidRPr="00041EDA">
              <w:rPr>
                <w:rFonts w:ascii="Times New Roman" w:eastAsia="MS Mincho" w:hAnsi="Times New Roman" w:cs="Times New Roman"/>
                <w:sz w:val="24"/>
                <w:szCs w:val="24"/>
                <w:lang w:val="en-US"/>
              </w:rPr>
              <w:lastRenderedPageBreak/>
              <w:t>городского суда Амурской области от 17.06.2016);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плечо автоматом и гранатой в руке, и текст «Я БАНДЕРIВКА Я УКРАIНКА! СМЕРТЬ МОСКОВСКIМ ОКУПАНТАМ» (решение Железнодорожного районного суда г. Екатеринбурга Свердловской области от 16.03.2016);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Украiна понад усе!» (решение Железнодорожного районного суда г. Екатеринбурга Свердловской области от 16.03.2016);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w:t>
            </w:r>
            <w:r w:rsidRPr="00041EDA">
              <w:rPr>
                <w:rFonts w:ascii="Times New Roman" w:eastAsia="MS Mincho" w:hAnsi="Times New Roman" w:cs="Times New Roman"/>
                <w:sz w:val="24"/>
                <w:szCs w:val="24"/>
                <w:lang w:val="en-US"/>
              </w:rPr>
              <w:lastRenderedPageBreak/>
              <w:t>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«Украiна» (решение Железнодорожного районного суда г. Екатеринбурга Свердловской области от 16.03.2016);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Екатеринбурга Свердловской области от 16.03.2016);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«Контрреволюция – Быть русским, wmv», «Очнитесь славяне», размещенный в сети «Интернет» на сайте социальной сети «ВКонтакте» (адрес http://vk.com) (решение Железнодорожного районного суда г. Екатеринбурга Свердловской области от 16.03.2016);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Владимира Воронова «Интернационализм» по-карачаевски», расположенная по адресу: http://sovsekretno.ru/articles/id/4691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Онищука В.Е. «Манифест русского патриотизма» (- М.: «Витязь», 2001. – 160 с.) (решение Нагатинского районного суда города Москвы от 30.05.2016);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w:t>
            </w:r>
            <w:r w:rsidRPr="00041EDA">
              <w:rPr>
                <w:rFonts w:ascii="Times New Roman" w:eastAsia="MS Mincho" w:hAnsi="Times New Roman" w:cs="Times New Roman"/>
                <w:sz w:val="24"/>
                <w:szCs w:val="24"/>
                <w:lang w:val="en-US"/>
              </w:rPr>
              <w:lastRenderedPageBreak/>
              <w:t>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Журнал «Русич» № 1 «Еврейская оккупация России» (1999. - № 1.- 208 с, изд. «Витязь») (решение </w:t>
            </w:r>
            <w:r w:rsidRPr="00041EDA">
              <w:rPr>
                <w:rFonts w:ascii="Times New Roman" w:eastAsia="MS Mincho" w:hAnsi="Times New Roman" w:cs="Times New Roman"/>
                <w:sz w:val="24"/>
                <w:szCs w:val="24"/>
                <w:lang w:val="en-US"/>
              </w:rPr>
              <w:lastRenderedPageBreak/>
              <w:t>Нагатинского районного суда города Москвы от 30.05.2016);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 Москвы от 24.02.2015);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районного суда Астраханской области от 02.06.2016);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384</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851.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Стихотворное произведение, озаглавленное: «Калейдоскоп дорог и судеб», размещенное в печатном </w:t>
            </w:r>
            <w:r w:rsidRPr="00041EDA">
              <w:rPr>
                <w:rFonts w:ascii="Times New Roman" w:eastAsia="MS Mincho" w:hAnsi="Times New Roman" w:cs="Times New Roman"/>
                <w:sz w:val="24"/>
                <w:szCs w:val="24"/>
                <w:lang w:val="en-US"/>
              </w:rPr>
              <w:lastRenderedPageBreak/>
              <w:t>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385</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w:t>
            </w:r>
            <w:r w:rsidRPr="00041EDA">
              <w:rPr>
                <w:rFonts w:ascii="Times New Roman" w:eastAsia="MS Mincho" w:hAnsi="Times New Roman" w:cs="Times New Roman"/>
                <w:sz w:val="24"/>
                <w:szCs w:val="24"/>
                <w:lang w:val="en-US"/>
              </w:rPr>
              <w:lastRenderedPageBreak/>
              <w:t>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«Правда» (решение Заводского районного суда г. Орла от 04.08.2016);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«RGD 88 – кто, если не Мы» (интернет-адрес: http://www.youtube.com/watch?v=tIyBuIkoJ2M) (решение Заводского районного суда г. Орла от 04.08.2016);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Информационный материал - текст, размещенный в режиме свободного доступа в сети «Интернет» на страницах http://vk.com/id95924425?z=photo-34179194_378420471%2Fwall95924425_8857, 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w:t>
            </w:r>
            <w:r w:rsidRPr="00041EDA">
              <w:rPr>
                <w:rFonts w:ascii="Times New Roman" w:eastAsia="MS Mincho" w:hAnsi="Times New Roman" w:cs="Times New Roman"/>
                <w:sz w:val="24"/>
                <w:szCs w:val="24"/>
                <w:lang w:val="en-US"/>
              </w:rPr>
              <w:lastRenderedPageBreak/>
              <w:t>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 размещенный в режиме свободного доступа в сети «Интернет»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(заочное решение Советского районного суда г. Краснодара от 27.04.2016 и определение Советского районного суда г. Краснодара от 01.06.2016);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под названием «Я рисую на асфальте – хватит чурок», размещенный в сети «Интернет» по адресу: http://vk.com/audios105481419 (решение Воркутинского городского суда Республики Коми от 12.07.2016);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387</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Видеоролик:«О, наш шейх, разреши нам сражаться против сыновей нашего племени (рус) ИГ Халифат. 30.04.2015. (3)» (решение Московского районного суда г. Казани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«Обращение к мусульманам Камиля абу Султана. ИГ Халифат. «03.06.2015» (решение Московского районного суда г. Казани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«Обращение мухаджира из ИГ Халифат (рус). 13.06.2015» (решение Московского районного суда г. Казани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«Иудейское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на интернет-странице по адресу: http://forum.dpni.org/showthread.php?t=40961 (решение Бабушкинского районного суда г. Москвы от 14.03.2016);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www.vkontakte.ru на Интернет-странице http://vk.com/id34452725 (решение Промышленного районного суда г. Курска от 12.07.2016);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на сайте«demotivation. ru\hyq37s3hb451pic.htmI»,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Графическое изображение, размещенное в социальной сети «ВКонтакте» на Интернет странице «http:// vk.com/id215600746»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«2517 - нам некуда деваться сестры и братья. mp4» (решение Энгельсского районного суда Саратовской области от 09.08.2016);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«NordWai- Polit.Zaklyuchennyn. mp3» (решение Энгельсского районного суда Саратовской области от 09.08.2016);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«АргентинА» - Русский бунт (DeFroizprod).mp3» (решение Энгельсского районного суда Саратовской области от 09.08.2016);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«Бухенвальд Флава» - Бей жидов - спасай Россию! (п.y. Execut).mp3» (решение Энгельсского районного суда Саратовской области от 09.08.2016);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«_Покарай их сурово, дабы рассеять тех, кто позади них_Часть 2. Аэропорт Табка. Русские субтитры.mp4», размещенный в социальной 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(решение Фрунзенского районного суда г. Ярославля от 05.08.2016);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(решение Фрунзенского районного суда г. Ярославля от 05.08.2016);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«как чеченцы воспитывают своих детей размещенный в информационно-телекоммуникационной сети «Интернет» http://video.mail.ru/mail/mini.boi/_myvideo/33.html#page=/mail/mini_boi/_myvideo /33.html (решение Зюзинского районного суда города Москвы от 18.02.2015);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389</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«как чеченцы воспитывают своих детей размещенный в информационно-телекоммуникационной сети «Интернет» http:/www.youtube.com/watch?feature </w:t>
            </w:r>
            <w:r w:rsidRPr="00041EDA">
              <w:rPr>
                <w:rFonts w:ascii="Times New Roman" w:eastAsia="MS Mincho" w:hAnsi="Times New Roman" w:cs="Times New Roman"/>
                <w:sz w:val="24"/>
                <w:szCs w:val="24"/>
                <w:lang w:val="en-US"/>
              </w:rPr>
              <w:lastRenderedPageBreak/>
              <w:t>=player_embedded&amp;v=uTIXG0DKId8 (решение Зюзинского районного суда города Москвы от 18.02.2015);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«Русское Лото 18 из 1488»,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«Ф. Волков - Бритоголовые идут»,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Запись, размещенная на странице в сети Интернет на «Форуме свободных Русских» в теме «Багиров о Русских» по адресу http://forum.dpni.org/showthread.php?t=40961 (решение Бабушкинского районного суда города Москвы от 01.09.2015);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«Аргентина – Секс драка (полная версия) 3:54» (решение Октябрьского районного суда г. Владимира от 10.08.2016);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Свердловского районного </w:t>
            </w:r>
            <w:r w:rsidRPr="00041EDA">
              <w:rPr>
                <w:rFonts w:ascii="Times New Roman" w:eastAsia="MS Mincho" w:hAnsi="Times New Roman" w:cs="Times New Roman"/>
                <w:sz w:val="24"/>
                <w:szCs w:val="24"/>
                <w:lang w:val="en-US"/>
              </w:rPr>
              <w:lastRenderedPageBreak/>
              <w:t>суда г. Иркутска от 23.08.2016).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3896.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Страница пользователя «Кузьма Булаев» (http://vk.com/id248897420) на веб-сервисе «vk.com» (решение Благовещенского городского суда от 30.03.2015)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3899.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пользователя «Надя Богданова» http://www/odnoklassniki/ru/ profile/557437117818, расположенная на веб-сервисе «Одноклассники» http://odnoklassniki.ru/ (решение Благовещенского городского суда от 19.02.2015)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пользователя «Злой Бандеровец» http://www/odnoklassniki/ ru/profile/550377907192, расположенная на веб-сервисе «Одноклассники» http://odnoklassniki.ru/ (решение Благовещенского городского суда от 19.02.2015)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04 минуты 37 секунд, a также текст, содержащийся в данной видеозаписи (решение Кировского районного суда города Саратова от 16.08.2016)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390</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916.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начинающийся словами: «Твари которые не заслуживают ... и заканчивающиеся словами ..., без </w:t>
            </w:r>
            <w:r w:rsidRPr="00041EDA">
              <w:rPr>
                <w:rFonts w:ascii="Times New Roman" w:eastAsia="MS Mincho" w:hAnsi="Times New Roman" w:cs="Times New Roman"/>
                <w:sz w:val="24"/>
                <w:szCs w:val="24"/>
                <w:lang w:val="en-US"/>
              </w:rPr>
              <w:lastRenderedPageBreak/>
              <w:t>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«WHITE PRIDE / WORLD WIDE») (решение Дзержинского районного суда города Санкт-Петербурга от 12.09.2016)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w:t>
            </w:r>
            <w:r w:rsidRPr="00041EDA">
              <w:rPr>
                <w:rFonts w:ascii="Times New Roman" w:eastAsia="MS Mincho" w:hAnsi="Times New Roman" w:cs="Times New Roman"/>
                <w:sz w:val="24"/>
                <w:szCs w:val="24"/>
                <w:lang w:val="en-US"/>
              </w:rPr>
              <w:lastRenderedPageBreak/>
              <w:t>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w:t>
            </w:r>
            <w:r w:rsidRPr="00041EDA">
              <w:rPr>
                <w:rFonts w:ascii="Times New Roman" w:eastAsia="MS Mincho" w:hAnsi="Times New Roman" w:cs="Times New Roman"/>
                <w:sz w:val="24"/>
                <w:szCs w:val="24"/>
                <w:lang w:val="en-US"/>
              </w:rPr>
              <w:lastRenderedPageBreak/>
              <w:t>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 Дзержинского районного суда города Санкт-Петербурга от 12.09.2016)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«NATIONAL-SOZIALISTISCHE/D.A.P.»,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Интернет-сайта http://strannik-sb.livejournal.com/ под названием «Всех таджиков - в тюрьму», размещенный по электронному адресу http://strannik-sb.livejournal.com/ (решение Басманного районного суда города Москвы от 18.05.2016)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Интернет-сайта http://kapitan-282-sb.livejournal.com/ под названием «Религия терпил или Вера Воинов», размещенный по электронному адресу http://strannik-sb.livejournal.com/ (решение Басманного районного суда города Москвы от 18.05.2016)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Интернет-сайта http://judastruth.livejournal/com/ под названием «Вся правда о «богоизбранном народе», размещенный по электронному адресу http://judastruth.livejournal/com/ (решение Басманного районного суда города Москвы от 18.05.2016)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Размещенные Куликовым Д. А. материалы в форме видеозаписей в сети «Интернет», обнаруженные на сайте «http://www.vk.com», в учетной записи пользователя «Денис Куликов-Гурбатов» (http://www.vk.com/id152321155)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w:t>
            </w:r>
            <w:r w:rsidRPr="00041EDA">
              <w:rPr>
                <w:rFonts w:ascii="Times New Roman" w:eastAsia="MS Mincho" w:hAnsi="Times New Roman" w:cs="Times New Roman"/>
                <w:sz w:val="24"/>
                <w:szCs w:val="24"/>
                <w:lang w:val="en-US"/>
              </w:rPr>
              <w:lastRenderedPageBreak/>
              <w:t>сидят в кремле» (решение Железнодорожного районного суда г. Улан-Удэ от 13.09.2016)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«План Даллеса по уничтожению СССР (России)» (решение Асбестовского городского суда Свердловской области от 07.04.2015)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www.jooov.net по электронному адресу: http://www.jooov.net/text/1163935/korroziya_metalla-rep_-_eto kal.htmls (решение Калининского районного суда города Санкт-Петербурга от 20.07.2016)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www.jooov.net по электронному адресу: http://www.jooov.net/text/170785599/korroziya_metalla-govori_ро-russki.htmls (решение Калининского районного суда города Санкт-Петербурга от 20.07.2016)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393</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Аудиофайл «Банда Москвы - Формат 18», размещенный Бедаревым А.А. в сети «Интернет» на сайте «Вконтакте» электронный адрес https://vk.com/id262258 (решение Гурьевского городского суда Кемеровской </w:t>
            </w:r>
            <w:r w:rsidRPr="00041EDA">
              <w:rPr>
                <w:rFonts w:ascii="Times New Roman" w:eastAsia="MS Mincho" w:hAnsi="Times New Roman" w:cs="Times New Roman"/>
                <w:sz w:val="24"/>
                <w:szCs w:val="24"/>
                <w:lang w:val="en-US"/>
              </w:rPr>
              <w:lastRenderedPageBreak/>
              <w:t>области от 19.09.2016)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Репост поста группы «Русский ФрØнт»,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«ДевидЛейн - Открытое письмо мертвой расе»,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«ТВ-18 - Ночной патруль», продолжительностью 2 мин. 49 сек. (решение Курганского городского суда от 12.08.2016)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«Штурм - Россия для русских», продолжительностью 3 мин. 02 сек. (решение Курганского городского суда от 12.08.2016)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«DJ Holocost – Последнее право», продолжительностью 4 мин. 11 сек. (решение Курганского городского суда от 12.08.2016)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«Аргентина - Шаффки», продолжительностью 2 мин. 25 сек. (решение Курганского городского суда от 12.08.2016)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«Бухенвальд Флава – Гуманизм и толерантность», продолжительностью 2 мин. 18 сек. (решение Курганского городского суда от 12.08.2016)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947.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«Циклон Б – Время идет», продолжительностью 3 мин. 59 сек (решение Курганского </w:t>
            </w:r>
            <w:r w:rsidRPr="00041EDA">
              <w:rPr>
                <w:rFonts w:ascii="Times New Roman" w:eastAsia="MS Mincho" w:hAnsi="Times New Roman" w:cs="Times New Roman"/>
                <w:sz w:val="24"/>
                <w:szCs w:val="24"/>
                <w:lang w:val="en-US"/>
              </w:rPr>
              <w:lastRenderedPageBreak/>
              <w:t>городского суда от 12.08.2016)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«Zloroznanie- Вешать Врагов», размещенный на интернет-странице http:/vk.com/video164768594_166722951 интернет-сайта «http:/vk.com.» (решение Советского районного суда г. Орла от 07.09.2016)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http://ssdv.ru/ и размещенные на нем информационные материалы (решение Ленинского районного суда г. Владивостока Приморского края от 30.07.2010)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Сайт-зеркало http://ssdv.cc/ и размещенные на нем информационные материалы (решение Ленинского районного суда г. Владивостока Приморского края от 30.07.2010)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«Народный Легион» музыкальной группы «25 регион» (решение Ленинского районного суда г. Владивостока Приморского края от 30.07.2010)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395</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Текст песни «Мать Россия» музыкальной труппы «25 регион» (решение Ленинского районного суда г. Владивостока Приморского края от 30.07.2010)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«Волчья Стая» музыкальной группы «25 регион» (решение Ленинского районного суда г. Владивостока Приморского края от 30.07.2010)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«Больная Мода» музыкальной группы «25 регион» (решение Ленинского районного суда г. Владивостока Приморского края от 30.07.2010)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«Коловрат - Расовая верность 4:59» (решение Фрунзенского районного суда г. Владимира от 06.10.2016)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на странице http://vk/com/id248706803 социальной сети «ВКонтакт» сети «Интернет» видеофайл с названием «Уничтожение Сайкса-Пико» продолжительностью 12 мин. 24 сек. (решение Княжпогостского районного суда Республики Коми от 28.09.2016);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на странице http://vk/com/id248706803 социальной сети «ВКонтакт» сети «Интернет» видеофайл с названием «Сильнейший даават (Новая Версия)» продолжительностью 05 мин. 20 сек. (решение Княжпогостского районного суда Республики Коми от 28.09.2016);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на странице http://vk/com/id248706803 социальной сети «ВКонтакт» сети «Интернет» видеофайл с названием «Абу Мухаммад шахид ИншАллах» продолжительностью 09 мин. 34 сек. (решение Княжпогостского районного суда Республики Коми от 28.09.2016);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на странице http://vk/com/id248706803 социальной сети «ВКонтакт» сети «Интернет» видеофайл с названием «Шейх Баррак о фильме, оскорбившем пророка: Кровь Кафиро...» продолжительностью 1 мин. 29 сек. (решение Княжпогостского районного суда Республики Коми от 28.09.2016);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 «Новые руны-Актуальность классики: Убей хохла!», размещенный в сети Интернет по адресу: http:/runo-lj.livejournai.com/1810664.html (решение Красносельского районного суда города Санкт-Петербурга от 29.06.2016);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Произведение «На независимость Украины», размещенное на интернет-странице «http:/vk.com/id135029238» интернет-сайта «http:/vk.com.» (решения Советского районного суда г. Орла от 07.09.2016 и от 15.05.2018);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963.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Видеозапись «Хачевская депортация» длительностью 1 мин. 19 сек., на которой показан акт сожжения </w:t>
            </w:r>
            <w:r w:rsidRPr="00041EDA">
              <w:rPr>
                <w:rFonts w:ascii="Times New Roman" w:eastAsia="MS Mincho" w:hAnsi="Times New Roman" w:cs="Times New Roman"/>
                <w:sz w:val="24"/>
                <w:szCs w:val="24"/>
                <w:lang w:val="en-US"/>
              </w:rPr>
              <w:lastRenderedPageBreak/>
              <w:t>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https://vk.com/videos206915226 (решение Октябрьского районного суда города Санкт-Петербурга от 02.08.2016);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http://vk.com/videosl84275446,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«Nokia», на которых отображены тексты сообщений между абонентами и кадр с изображением Интернет-страницы пользователя под именем «Maksim», после чего следуют кадры, отражающие переписку двух пользователей «Maksim»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(решение Октябрьского районного суда города Санкт-Петербурга </w:t>
            </w:r>
            <w:r w:rsidRPr="00041EDA">
              <w:rPr>
                <w:rFonts w:ascii="Times New Roman" w:eastAsia="MS Mincho" w:hAnsi="Times New Roman" w:cs="Times New Roman"/>
                <w:sz w:val="24"/>
                <w:szCs w:val="24"/>
                <w:lang w:val="en-US"/>
              </w:rPr>
              <w:lastRenderedPageBreak/>
              <w:t>от 02.08.2016);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(фото, текст) материал - статья «СМЕРТЬ УКРАИНЕ», размещенная на момент предъявления заявления в суд в сети Интернет по адресу: http:/arguendo.livejournal.сот/909176.html (решение Красносельского районного суда города Санкт-Петербурга от 05.09.2016);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аудиозаписей музыкальной группы «Warriors of Zion» («Войны Сиона») под названием «Лезгинка» (Calvados) - Лезгинка», «Warriors of Zion - Лесгинка (Р*** русский башка)», «Warriors of Zion - Лесгинка», «Warriors of Zion - Лезгинка», «Warriors Of Zion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http://www.youtube.com/watch?v=oK_- x4ItGcs,http://muzofon.com/search/Warriors of Zion, http://vk.com/audios5320118, http://vk.com/audios26311517, http://vk.com/ audios4193728, http://vk.com/audiosl04173948 (решение Октябрьского районного суда города Санкт-Петербурга от 02.08.2016);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видеозаписи под названием «Warriors of Zion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http://www.youtube.com/watch?v=oK_- x4ItGcs,http://muzofon.com/search/Warriors of Zion, http://vk.com/audios5320118, http://vk.com/audios26311517, http://vk.com/audios4193728, http://vk.com/audios l04173948 (решение Октябрьского районного суда города Санкт-Петербурга от 02.08.2016);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Тексты, аудио-и видеозаписи песен группы «РОНА» «Сохранить кровь»,«Расовое смешение», «Правда о войне», «Совесть», «Тяжелый век», «За немцев», размещенные на интернет-страницах: vk.com/audios175679021;vk.com/audios-7289484; youtube.com/watch?v=3IvMUi4HS68; youtube.com/watch?v=zKeV-2L_juQ; huntereight.gdtoss.ru/hunter-audio/rona_pravda-o-vojne; musico.cc/album/РОНА/ Правда+о+войне; myzuka.fm/Album/287070/Rona-Pravda-O-Voine-2005 (решение Центрального районного суда г. Хабаровска от 12.08.2016 и определение Центрального районного суда г. Хабаровска от 01.03.2017);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 правому», продолжительностью 2 мин. 48 сек. (решение Курганского городского суда от 08.08.2016);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«СССР 2.0», продолжительностью 2 мин. 07 сек. (решение Курганского городского суда от 08.08.2016);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«Таковы наши порядки», продолжительностью 3 мин. 40 сек. (решение Курганского городского суда от 08.08.2016);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«Только русский рэп», продолжительностью 1 мин. 21 сек. (решение Курганского городского суда от 08.08.2016);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«Пи**а-пи**р Тимати», продолжительностью 6 мин. 58 сек. (решение Курганского городского суда от 08.08.2016);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«Дима Пряхин – новая религия», продолжительностью 2 мин. 50 сек. (решение Курганского городского суда от 08.08.2016);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«Алёша Lacoste – Территория Войны», продолжительностью 2 мин. 49 сек. (решение Курганского городского суда от 08.08.2016);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978.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«Крепость - Неприязнь», продолжительностью 3 мин. 27 сек. (решение Курганского </w:t>
            </w:r>
            <w:r w:rsidRPr="00041EDA">
              <w:rPr>
                <w:rFonts w:ascii="Times New Roman" w:eastAsia="MS Mincho" w:hAnsi="Times New Roman" w:cs="Times New Roman"/>
                <w:sz w:val="24"/>
                <w:szCs w:val="24"/>
                <w:lang w:val="en-US"/>
              </w:rPr>
              <w:lastRenderedPageBreak/>
              <w:t>городского суда от 08.08.2016);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«Крепость -Бей», продолжительностью 2 мин. 46 сек. (решение Курганского городского суда от 08.08.2016);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«Я русский – не расист и не нацист!», продолжительностью 5 мин. 00 сек. (решение Курганского городского суда от 08.08.2016);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«Секта – это мы! Всем врагам дадим пи...ды!», продолжительностью 1 мин. 07 сек. (решение Курганского городского суда от 08.08.2016);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«Одесской противостояние нечестии хабад», продолжительностью 3 мин. 00 сек. (решение Курганского городского суда от 08.08.2016);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398</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Видеозапись «Дима Пряхин – Новая Религия | CAFFEINE CREATED», продолжительностью 2 мин. 53 сек. (решение Курганского городского суда от 08.08.2016);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распространенная в сети «Интернет» по адресу: «http://demotivation.me/ujoojt6f8fxfpic.html» (решение Трусовского районного суда г. Астрахани от 30.09.2016).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(странице пользователя, позиционирующего себя как «Олег Лорд», размещенной по электронному адресу: http://vk.com/dlordb, в разделе «Видеозаписи» по электронному адресу: http://vk.com/videosl14747674?section=all), (решение Октябрьского районного суда города Санкт-Петербурга от 02.08.2016);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http://vk.com/videos3827705?q=pуcc&amp;section=search&amp;z=video3827705_15 6901029 (странице пользователя, позиционирующего себя как «Андрей Цыпа Кошелев», размещенной по электронному адресу: http://vk.com/clpa90, в разделе «Видеозаписи» по электронному адресу: http://vk.com/videos3827705? section=all) (решение Октябрьского районного суда города Санкт-Петербурга от 02.08.2016);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в социальной сети «ВКонтакте» на Интернет-странице, по адресу: http://vk.com/id239876589, а именно: видеофайл Скинхеды. Скин-герлы :).mр4 (электронный адрес: https://vk.com/videos239876589?q=%D1% 81%D0%BA%D0%B8%D0%BD%D1%85%D0%B5%D0%B4&amp;section=search&amp;z= video239876589_167710978) (решение Советского районного суда г. Брянска от 25.05.2016);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в социальной сети «ВКонтакте» на Интернет-странице, по адресу: http://vk.com/id239876589, а именно: графическое изображение с надписью «тебя овцы заждались» (электронный адрес: https://vk.com/id239876589?z=photo-40564798_397797121%2Fwall239876589_ 489) (решение Советского районного суда г. Брянска от 25.05.2016);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в социальной сети «ВКонтакте» на Интернет-странице, по адресу: http://vk.com/id239876589, а именно: графическое изображение с надписью «каждой чурке место в печурке» (электронный адрес: https://vk.com/id239876589?z=photo-40564798_398111719% 2Fwall 239876589_ 506) (решение Советского районного суда г. Брянска от 25.05.2016);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(аудио-файл «Алёша Лакост – Зига Зага»), размещенные в сети «Интернет» на сайте «vkontakte.ru» по именем «Александр Ковалев» по сетевому адресу http://vk.com/pa_rus96 (решение Находкинского городского суда Приморского края от 18.01.2016);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Страница сайта в сети Интернет- http://rko.marsho.net/5fr.htm (решение Моршанского районного суда Тамбовской области от 19.04.2016).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пропагандистского характера под названием «Достойно себя вел! Земля пухом»,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21.11.2011);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пропагандистского характера под названием «Кавказские акции»,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18.11.2011);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«Церковь под взглядом истины Часть 1», изъятый в сети «Интернет» на странице пользователя Шута А.В., по адресу: vk com/idl62082354 (решение Промышленного районного суда г. Смоленска от 27.09.2016);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«Православие по-Дьявольски», изъятый в сети «Интернет» на странице пользователя Шута А.В., по адресу: vk com/idl62082354 (решение Промышленного районного суда г. Смоленска от 27.09.2016);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исполнителя «Двойной Федр» под названием «Убей хача!» продолжительностью 2 минуты 18 секунд (решение Центрального районного суда г. Омска от 18.10.2016);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w:t>
            </w:r>
            <w:r w:rsidRPr="00041EDA">
              <w:rPr>
                <w:rFonts w:ascii="Times New Roman" w:eastAsia="MS Mincho" w:hAnsi="Times New Roman" w:cs="Times New Roman"/>
                <w:sz w:val="24"/>
                <w:szCs w:val="24"/>
                <w:lang w:val="en-US"/>
              </w:rPr>
              <w:lastRenderedPageBreak/>
              <w:t>997.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Журналы «Аль-Ваъй» № 318-319-320 за май, июнь, июль 2013 года на 220 страницах (решение </w:t>
            </w:r>
            <w:r w:rsidRPr="00041EDA">
              <w:rPr>
                <w:rFonts w:ascii="Times New Roman" w:eastAsia="MS Mincho" w:hAnsi="Times New Roman" w:cs="Times New Roman"/>
                <w:sz w:val="24"/>
                <w:szCs w:val="24"/>
                <w:lang w:val="en-US"/>
              </w:rPr>
              <w:lastRenderedPageBreak/>
              <w:t>Калининского районного суда г. Челябинска от 04.08.2016);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3998.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«Аль-Ваъй» № 326 за январь 2014 года на 80 страницах (решение Калининского районного суда г. Челябинска от 04.08.2016);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3999.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«Аль-Ваъй» № 327 за февраль 2014 года на 96 страницах (решение Калининского районного суда г. Челябинска от 04.08.2016);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Б. Стомахина «Программа национальной революции», размещенная на интернет-сайте http://sopritivlenie.marsho.net (решение Останкинского районного суда города Москвы от 08.06.2015);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Б. Стомахина «Шанс покончить с империей», размещенная на интернет-сайте http://sopritivlenie.marsho.net (решение Останкинского районного суда города Москвы от 08.06.2015);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400</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Статья Б. Стомахина «Империя Зла вылезает из гроба», размещенная на интернет-сайте http://sopritivlenie.marsho.net (решение Останкинского районного суда города Москвы от 08.06.2015);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«Саид Бурятский шахид иншаАллах.dlv», размещенные на сайте http://vk.com/ (решение Ленинского районного суда г. Краснодара от 28.11.2013);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«Сумчатый крот Путина – Ходорковский в действии», размещенная в сети Интернет по адресу: http://www.chechenews.com/world-news/breaking/15554-1.html; статья «А разве нет войны?», размещенная в сети Интернет по адресу: http://www.chechenews.com/world-news/breaking/15578-1.html; статья «Что отобьет у русских охоту от Кавказа», размещенная в сети Интернет по адресу: http://www.chechenews.com/world-news/breaking/15594-1.html (решение Тверского районного суда г. Москвы от 27.06.2014);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w:t>
            </w:r>
            <w:r w:rsidRPr="00041EDA">
              <w:rPr>
                <w:rFonts w:ascii="Times New Roman" w:eastAsia="MS Mincho" w:hAnsi="Times New Roman" w:cs="Times New Roman"/>
                <w:sz w:val="24"/>
                <w:szCs w:val="24"/>
                <w:lang w:val="en-US"/>
              </w:rPr>
              <w:lastRenderedPageBreak/>
              <w:t>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Статья Стомахина Б. В. «Хирургия и терапия по-французски», размещенная на интернет-сайте http://sopritivlenie.marsho.net (решение Останкинского районного суда города Москвы от 02.06.2015);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Б. Стомахина «Раскачка», размещенная на интернет-сайте http://sopritivlenie.marsho.net (решение Останкинского районного суда города Москвы от 02.06.2015);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Стомахина Б. В. «Снявши голову по волосам не плачут...», размещенная на интернет-сайте http://sopritivlenie.marsho.net (решение Останкинского районного суда города Москвы от 02.06.2015);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Б. Стомахина «Из искры возгорится пламя», размещенная на интернет-сайте http://sopritivlenie.marsho.net (решение Останкинского районного суда города Москвы от 02.06.2015);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401</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w:t>
            </w:r>
            <w:r w:rsidRPr="00041EDA">
              <w:rPr>
                <w:rFonts w:ascii="Times New Roman" w:eastAsia="MS Mincho" w:hAnsi="Times New Roman" w:cs="Times New Roman"/>
                <w:sz w:val="24"/>
                <w:szCs w:val="24"/>
                <w:lang w:val="en-US"/>
              </w:rPr>
              <w:lastRenderedPageBreak/>
              <w:t>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Публикации на интернет-ресурсе по адресу: http://vk/com/id175801824#/delistrat (решение Асбестовского городского суда Свердловской области от 02.03.2015);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музыкальной группы «Радикальный голос» «Едет Ермолов» (решение Нагатинского районного суда города Москвы от 04.10.2016);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музыкальной группы «Радикальный голос» «Россия без дерьма» (решение Нагатинского районного суда города Москвы от 04.10.2016);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под названием «Хачи» исполнителя «1488» (решение Центрального районного суда г. Калининграда от 25.10.2016);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w:t>
            </w:r>
            <w:r w:rsidRPr="00041EDA">
              <w:rPr>
                <w:rFonts w:ascii="Times New Roman" w:eastAsia="MS Mincho" w:hAnsi="Times New Roman" w:cs="Times New Roman"/>
                <w:sz w:val="24"/>
                <w:szCs w:val="24"/>
                <w:lang w:val="en-US"/>
              </w:rPr>
              <w:lastRenderedPageBreak/>
              <w:t>районного суда города Санкт-Петербурга от 15.02.2016);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25.01.2017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402</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16.02.201</w:t>
            </w:r>
            <w:r w:rsidRPr="00041EDA">
              <w:rPr>
                <w:rFonts w:ascii="Times New Roman" w:eastAsia="MS Mincho" w:hAnsi="Times New Roman" w:cs="Times New Roman"/>
                <w:sz w:val="24"/>
                <w:szCs w:val="24"/>
                <w:lang w:val="en-US"/>
              </w:rPr>
              <w:lastRenderedPageBreak/>
              <w:t>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под названием «МОЧИ ЧУРОК!!!» исполнителя «Суровый Мс» (решение Центрального районного суда г. Калининграда от 03.11.2016);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402</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w:t>
            </w:r>
            <w:r w:rsidRPr="00041EDA">
              <w:rPr>
                <w:rFonts w:ascii="Times New Roman" w:eastAsia="MS Mincho" w:hAnsi="Times New Roman" w:cs="Times New Roman"/>
                <w:sz w:val="24"/>
                <w:szCs w:val="24"/>
                <w:lang w:val="en-US"/>
              </w:rPr>
              <w:lastRenderedPageBreak/>
              <w:t>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16.02.201</w:t>
            </w:r>
            <w:r w:rsidRPr="00041EDA">
              <w:rPr>
                <w:rFonts w:ascii="Times New Roman" w:eastAsia="MS Mincho" w:hAnsi="Times New Roman" w:cs="Times New Roman"/>
                <w:sz w:val="24"/>
                <w:szCs w:val="24"/>
                <w:lang w:val="en-US"/>
              </w:rPr>
              <w:lastRenderedPageBreak/>
              <w:t>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сообщество «xWhite Brothersx» vk.com/public47394883 (решение Октябрьского районного суда г. Владимира от 16.03.2016);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сообщество «Рореуе Mosh Crew» vk.com/xvladiniirwhitecrewx (решение Октябрьского районного суда г. Владимира от 17.03.2016);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сообщество «О, Умма! Проснись!» по электронному адресу: http://vk.com/club89433252 (решение Октябрьского районного суда г. Владимира от 23.03.2016);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403</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Видеозапись Сирия Халифат.Победа Близка» (решение Октябрьского районного суда г. Владимира от 29.03.2016);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w:t>
            </w:r>
            <w:r w:rsidRPr="00041EDA">
              <w:rPr>
                <w:rFonts w:ascii="Times New Roman" w:eastAsia="MS Mincho" w:hAnsi="Times New Roman" w:cs="Times New Roman"/>
                <w:sz w:val="24"/>
                <w:szCs w:val="24"/>
                <w:lang w:val="en-US"/>
              </w:rPr>
              <w:lastRenderedPageBreak/>
              <w:t>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музыкальной группы «Радикальный голос» «Убей Янки» (решение Нагатинского районного суда города Москвы от 04.10.2016);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музыкальной группы «Радикальный голос» «Круши все нах…й» (решение Нагатинского районного суда города Москвы от 04.10.2016);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w:t>
            </w:r>
            <w:r w:rsidRPr="00041EDA">
              <w:rPr>
                <w:rFonts w:ascii="Times New Roman" w:eastAsia="MS Mincho" w:hAnsi="Times New Roman" w:cs="Times New Roman"/>
                <w:sz w:val="24"/>
                <w:szCs w:val="24"/>
                <w:lang w:val="en-US"/>
              </w:rPr>
              <w:lastRenderedPageBreak/>
              <w:t>короче здесь кто по кайфу. Надпись на изображениях: Москва 2015 год (решение Октябрьского районного суда г. Владимира от 30.03.2016);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«Мощное дуа Мухаммада Люхайдана за муджахидов», распространяемая в сети «Интернет» по электронному адресу: http://vk.com/ id224972850 (решение Октябрьского районного суда г. Владимира от 31.03.2016 и определение Октябрьского районного суда г. Владимира от 14.02.2019);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404</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w:t>
            </w:r>
            <w:r w:rsidRPr="00041EDA">
              <w:rPr>
                <w:rFonts w:ascii="Times New Roman" w:eastAsia="MS Mincho" w:hAnsi="Times New Roman" w:cs="Times New Roman"/>
                <w:sz w:val="24"/>
                <w:szCs w:val="24"/>
                <w:lang w:val="en-US"/>
              </w:rPr>
              <w:lastRenderedPageBreak/>
              <w:t>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w:t>
            </w:r>
            <w:r w:rsidRPr="00041EDA">
              <w:rPr>
                <w:rFonts w:ascii="Times New Roman" w:eastAsia="MS Mincho" w:hAnsi="Times New Roman" w:cs="Times New Roman"/>
                <w:sz w:val="24"/>
                <w:szCs w:val="24"/>
                <w:lang w:val="en-US"/>
              </w:rPr>
              <w:lastRenderedPageBreak/>
              <w:t>https://www.fasebook.com/pravo2016/posts/1387427084605442) (решение Советского районного суда г. Астрахани от 23.01.2017);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058.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Размещенный в информационно-телекоммуникационной сети «Интернет» в социальной сети «ВКонтакте» </w:t>
            </w:r>
            <w:r w:rsidRPr="00041EDA">
              <w:rPr>
                <w:rFonts w:ascii="Times New Roman" w:eastAsia="MS Mincho" w:hAnsi="Times New Roman" w:cs="Times New Roman"/>
                <w:sz w:val="24"/>
                <w:szCs w:val="24"/>
                <w:lang w:val="en-US"/>
              </w:rPr>
              <w:lastRenderedPageBreak/>
              <w:t>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02.</w:t>
            </w:r>
            <w:r w:rsidRPr="00041EDA">
              <w:rPr>
                <w:rFonts w:ascii="Times New Roman" w:eastAsia="MS Mincho" w:hAnsi="Times New Roman" w:cs="Times New Roman"/>
                <w:sz w:val="24"/>
                <w:szCs w:val="24"/>
                <w:lang w:val="en-US"/>
              </w:rPr>
              <w:lastRenderedPageBreak/>
              <w:t>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w:t>
            </w:r>
            <w:r w:rsidRPr="00041EDA">
              <w:rPr>
                <w:rFonts w:ascii="Times New Roman" w:eastAsia="MS Mincho" w:hAnsi="Times New Roman" w:cs="Times New Roman"/>
                <w:sz w:val="24"/>
                <w:szCs w:val="24"/>
                <w:lang w:val="en-US"/>
              </w:rPr>
              <w:lastRenderedPageBreak/>
              <w:t>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07.03.2017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w:t>
            </w:r>
            <w:r w:rsidRPr="00041EDA">
              <w:rPr>
                <w:rFonts w:ascii="Times New Roman" w:eastAsia="MS Mincho" w:hAnsi="Times New Roman" w:cs="Times New Roman"/>
                <w:sz w:val="24"/>
                <w:szCs w:val="24"/>
                <w:lang w:val="en-US"/>
              </w:rPr>
              <w:lastRenderedPageBreak/>
              <w:t>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07.03.2017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«SturmRise - русская правда!» (решение Йошкар-Олинского городского суда Республики Марий Эл от 01.09.2016);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406</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w:t>
            </w:r>
            <w:r w:rsidRPr="00041EDA">
              <w:rPr>
                <w:rFonts w:ascii="Times New Roman" w:eastAsia="MS Mincho" w:hAnsi="Times New Roman" w:cs="Times New Roman"/>
                <w:sz w:val="24"/>
                <w:szCs w:val="24"/>
                <w:lang w:val="en-US"/>
              </w:rPr>
              <w:lastRenderedPageBreak/>
              <w:t>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16.03.201</w:t>
            </w:r>
            <w:r w:rsidRPr="00041EDA">
              <w:rPr>
                <w:rFonts w:ascii="Times New Roman" w:eastAsia="MS Mincho" w:hAnsi="Times New Roman" w:cs="Times New Roman"/>
                <w:sz w:val="24"/>
                <w:szCs w:val="24"/>
                <w:lang w:val="en-US"/>
              </w:rPr>
              <w:lastRenderedPageBreak/>
              <w:t>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407</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w:t>
            </w:r>
            <w:r w:rsidRPr="00041EDA">
              <w:rPr>
                <w:rFonts w:ascii="Times New Roman" w:eastAsia="MS Mincho" w:hAnsi="Times New Roman" w:cs="Times New Roman"/>
                <w:sz w:val="24"/>
                <w:szCs w:val="24"/>
                <w:lang w:val="en-US"/>
              </w:rPr>
              <w:lastRenderedPageBreak/>
              <w:t>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30.03.201</w:t>
            </w:r>
            <w:r w:rsidRPr="00041EDA">
              <w:rPr>
                <w:rFonts w:ascii="Times New Roman" w:eastAsia="MS Mincho" w:hAnsi="Times New Roman" w:cs="Times New Roman"/>
                <w:sz w:val="24"/>
                <w:szCs w:val="24"/>
                <w:lang w:val="en-US"/>
              </w:rPr>
              <w:lastRenderedPageBreak/>
              <w:t>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30.03.2017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408</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20.04.201</w:t>
            </w:r>
            <w:r w:rsidRPr="00041EDA">
              <w:rPr>
                <w:rFonts w:ascii="Times New Roman" w:eastAsia="MS Mincho" w:hAnsi="Times New Roman" w:cs="Times New Roman"/>
                <w:sz w:val="24"/>
                <w:szCs w:val="24"/>
                <w:lang w:val="en-US"/>
              </w:rPr>
              <w:lastRenderedPageBreak/>
              <w:t>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«Призыв всех смертных людей к бессмертию», состоящая из 20 глав (пронумерованных от I до XX), начинающаяся словами «ПРИЗЫВЪ всҌхъ смертныхъ людей къ безсмертiю» и заканчивающаяся словами «Ей, ей истинно! Аминь», на 16 страницах, распространенная у центрального входа в здание железнодорожного вокзала Ярославль-Главный (решение Кировского районного суда г. Ярославля от 08.02.2017);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408</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w:t>
            </w:r>
            <w:r w:rsidRPr="00041EDA">
              <w:rPr>
                <w:rFonts w:ascii="Times New Roman" w:eastAsia="MS Mincho" w:hAnsi="Times New Roman" w:cs="Times New Roman"/>
                <w:sz w:val="24"/>
                <w:szCs w:val="24"/>
                <w:lang w:val="en-US"/>
              </w:rPr>
              <w:lastRenderedPageBreak/>
              <w:t>районного суда г. Грозного от 22.02.2017);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20.04.201</w:t>
            </w:r>
            <w:r w:rsidRPr="00041EDA">
              <w:rPr>
                <w:rFonts w:ascii="Times New Roman" w:eastAsia="MS Mincho" w:hAnsi="Times New Roman" w:cs="Times New Roman"/>
                <w:sz w:val="24"/>
                <w:szCs w:val="24"/>
                <w:lang w:val="en-US"/>
              </w:rPr>
              <w:lastRenderedPageBreak/>
              <w:t>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сообщества «Плохой Парень Иисус ™» по электронному адресу: http://vk.com/jesus_bad и размещенные на ней информационные материалы (решение Октябрьского районного суда города Санкт-Петербурга от 07.02.2017);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сообщества «Плохой Парень Иисус v2.0» по электронному адресу: http://vk.com/badboyjesus и размещенные на ней информационные материалы (решение Октябрьского районного суда города Санкт-Петербурга от 07.02.2017);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сообщества «ТВОРЦУХА» по электронному адресу: https://vk.com/tvorec_nax и размещенные на ней информационные материалы (решение Октябрьского районного суда города Санкт-Петербурга от 07.02.2017);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пользователя сайта «ВКонтакте» «Иисус Христос» по электронному адресу: http://vk.com/mazafakerjesus и размещенные на ней информационные материалы (решение Октябрьского районного суда города Санкт-Петербурга от 07.02.2017);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пользователя сайта «ВКонтакте» «Сын Божий» по электронному адресу: http://vk.com/jesusonline666 и размещенные на ней информационные материалы (решение Октябрьского районного суда города Санкт-Петербурга от 07.02.2017);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http://palbit.ru/ayda-prikoli-novie.php, http://demotivation.me/94ooqcq4m0nepic.html (решение Октябрьского районного суда города Санкт-Петербурга от 07.02.2017);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http://pikabu.ru/story/lyublyu_khyeppiyendi_s_prostorov_2173437, http://nibler.ru/pics/16225-veselye-kartinki-za-kadrom-3.html, http://ucrazy.ru/pictures/1370605326-raznoobraznaya-podborka-.html, http://uboyno.ru/news/ubojnye_kartinki_147_foto/2013-06-09-16926, http://bazurka.net/chernyy-yumor/1931-chernyy-yumor-kartinki-i-zarisovki..html, http://www.yaplakal.com/forum1/st/50/topic690568.html, http://gigamir.net/agenda/internet/pub790131, http://jadaymisha.livejournal.com/70571.html, http://gigamir.net/agenda/internet/pub576659 (решение Октябрьского районного суда города Санкт-Петербурга от 07.02.2017);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http://demotivators.to/p/977432/shalom-alejhem-bratya-myi-glumimsya-nad-hristom-i-hristianami.htm, https://vk.com/albums-62924747?z=photo-62924747_332525330%2Fphotos-62924 747 (решение Октябрьского районного суда города Санкт-Петербурга от 07.02.2017);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27.04.2017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w:t>
            </w:r>
            <w:r w:rsidRPr="00041EDA">
              <w:rPr>
                <w:rFonts w:ascii="Times New Roman" w:eastAsia="MS Mincho" w:hAnsi="Times New Roman" w:cs="Times New Roman"/>
                <w:sz w:val="24"/>
                <w:szCs w:val="24"/>
                <w:lang w:val="en-US"/>
              </w:rPr>
              <w:lastRenderedPageBreak/>
              <w:t>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 под названием «Обращение ИГИЛ к Президенту Владимиру Путину», размещенный на видеохостинге «You Tube», имеющий сетевой адрес https://www.youtube.com/watch?v=0Pwhg-Pug51 </w:t>
            </w:r>
            <w:r w:rsidRPr="00041EDA">
              <w:rPr>
                <w:rFonts w:ascii="Times New Roman" w:eastAsia="MS Mincho" w:hAnsi="Times New Roman" w:cs="Times New Roman"/>
                <w:sz w:val="24"/>
                <w:szCs w:val="24"/>
                <w:lang w:val="en-US"/>
              </w:rPr>
              <w:lastRenderedPageBreak/>
              <w:t>(решение Калужского районного суда Калужской области от 01.03.2017);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19.05.</w:t>
            </w:r>
            <w:r w:rsidRPr="00041EDA">
              <w:rPr>
                <w:rFonts w:ascii="Times New Roman" w:eastAsia="MS Mincho" w:hAnsi="Times New Roman" w:cs="Times New Roman"/>
                <w:sz w:val="24"/>
                <w:szCs w:val="24"/>
                <w:lang w:val="en-US"/>
              </w:rPr>
              <w:lastRenderedPageBreak/>
              <w:t>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4096.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4099.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410</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Аудиозапись под названием «Ziga-Zaga-Oj» (решение Йошкар-Олинского городского суда Республики Марий Эл от 28.02.2017);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19.05.201</w:t>
            </w:r>
            <w:r w:rsidRPr="00041EDA">
              <w:rPr>
                <w:rFonts w:ascii="Times New Roman" w:eastAsia="MS Mincho" w:hAnsi="Times New Roman" w:cs="Times New Roman"/>
                <w:sz w:val="24"/>
                <w:szCs w:val="24"/>
                <w:lang w:val="en-US"/>
              </w:rPr>
              <w:lastRenderedPageBreak/>
              <w:t>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4101.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410</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w:t>
            </w:r>
            <w:r w:rsidRPr="00041EDA">
              <w:rPr>
                <w:rFonts w:ascii="Times New Roman" w:eastAsia="MS Mincho" w:hAnsi="Times New Roman" w:cs="Times New Roman"/>
                <w:sz w:val="24"/>
                <w:szCs w:val="24"/>
                <w:lang w:val="en-US"/>
              </w:rPr>
              <w:lastRenderedPageBreak/>
              <w:t>pesnja.com/song/%D0%BC%D0%BE%D1%8F+%D0%B4%D0%B5%D1%80%D0% B7%D0%BA%D0%B0%D1%8F+%D0%BF%D1%80%D0%B0%D0%B2%D0%B4%D0%B0+%D0%BB%D0%B5%D0%BA%D0%B0%D1%80%D1%81%D1%82%D0%B2%D0%BE;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19.05.201</w:t>
            </w:r>
            <w:r w:rsidRPr="00041EDA">
              <w:rPr>
                <w:rFonts w:ascii="Times New Roman" w:eastAsia="MS Mincho" w:hAnsi="Times New Roman" w:cs="Times New Roman"/>
                <w:sz w:val="24"/>
                <w:szCs w:val="24"/>
                <w:lang w:val="en-US"/>
              </w:rPr>
              <w:lastRenderedPageBreak/>
              <w:t>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4105.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(решение Дзержинского районного суда г. </w:t>
            </w:r>
            <w:r w:rsidRPr="00041EDA">
              <w:rPr>
                <w:rFonts w:ascii="Times New Roman" w:eastAsia="MS Mincho" w:hAnsi="Times New Roman" w:cs="Times New Roman"/>
                <w:sz w:val="24"/>
                <w:szCs w:val="24"/>
                <w:lang w:val="en-US"/>
              </w:rPr>
              <w:lastRenderedPageBreak/>
              <w:t>Волгограда от 16.02.2017);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4107.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111.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Материал, размещенный на Интернет-сайте http://vk.com социальной сети «ВКонтакте» на персональной </w:t>
            </w:r>
            <w:r w:rsidRPr="00041EDA">
              <w:rPr>
                <w:rFonts w:ascii="Times New Roman" w:eastAsia="MS Mincho" w:hAnsi="Times New Roman" w:cs="Times New Roman"/>
                <w:sz w:val="24"/>
                <w:szCs w:val="24"/>
                <w:lang w:val="en-US"/>
              </w:rPr>
              <w:lastRenderedPageBreak/>
              <w:t>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w:t>
            </w:r>
            <w:r w:rsidRPr="00041EDA">
              <w:rPr>
                <w:rFonts w:ascii="Times New Roman" w:eastAsia="MS Mincho" w:hAnsi="Times New Roman" w:cs="Times New Roman"/>
                <w:sz w:val="24"/>
                <w:szCs w:val="24"/>
                <w:lang w:val="en-US"/>
              </w:rPr>
              <w:lastRenderedPageBreak/>
              <w:t>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4112.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116.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Материал, размещенный на Интернет-сайте http://vk.com социальной сети «ВКонтакте» на персональной </w:t>
            </w:r>
            <w:r w:rsidRPr="00041EDA">
              <w:rPr>
                <w:rFonts w:ascii="Times New Roman" w:eastAsia="MS Mincho" w:hAnsi="Times New Roman" w:cs="Times New Roman"/>
                <w:sz w:val="24"/>
                <w:szCs w:val="24"/>
                <w:lang w:val="en-US"/>
              </w:rPr>
              <w:lastRenderedPageBreak/>
              <w:t>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w:t>
            </w:r>
            <w:r w:rsidRPr="00041EDA">
              <w:rPr>
                <w:rFonts w:ascii="Times New Roman" w:eastAsia="MS Mincho" w:hAnsi="Times New Roman" w:cs="Times New Roman"/>
                <w:sz w:val="24"/>
                <w:szCs w:val="24"/>
                <w:lang w:val="en-US"/>
              </w:rPr>
              <w:lastRenderedPageBreak/>
              <w:t>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4117.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121.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Материал, размещенный на Интернет-сайте http://vk.com социальной сети «ВКонтакте» на персональной </w:t>
            </w:r>
            <w:r w:rsidRPr="00041EDA">
              <w:rPr>
                <w:rFonts w:ascii="Times New Roman" w:eastAsia="MS Mincho" w:hAnsi="Times New Roman" w:cs="Times New Roman"/>
                <w:sz w:val="24"/>
                <w:szCs w:val="24"/>
                <w:lang w:val="en-US"/>
              </w:rPr>
              <w:lastRenderedPageBreak/>
              <w:t>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w:t>
            </w:r>
            <w:r w:rsidRPr="00041EDA">
              <w:rPr>
                <w:rFonts w:ascii="Times New Roman" w:eastAsia="MS Mincho" w:hAnsi="Times New Roman" w:cs="Times New Roman"/>
                <w:sz w:val="24"/>
                <w:szCs w:val="24"/>
                <w:lang w:val="en-US"/>
              </w:rPr>
              <w:lastRenderedPageBreak/>
              <w:t>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4122.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126.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Материал, размещенный на Интернет-сайте http://vk.com социальной сети «ВКонтакте» на персональной </w:t>
            </w:r>
            <w:r w:rsidRPr="00041EDA">
              <w:rPr>
                <w:rFonts w:ascii="Times New Roman" w:eastAsia="MS Mincho" w:hAnsi="Times New Roman" w:cs="Times New Roman"/>
                <w:sz w:val="24"/>
                <w:szCs w:val="24"/>
                <w:lang w:val="en-US"/>
              </w:rPr>
              <w:lastRenderedPageBreak/>
              <w:t>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w:t>
            </w:r>
            <w:r w:rsidRPr="00041EDA">
              <w:rPr>
                <w:rFonts w:ascii="Times New Roman" w:eastAsia="MS Mincho" w:hAnsi="Times New Roman" w:cs="Times New Roman"/>
                <w:sz w:val="24"/>
                <w:szCs w:val="24"/>
                <w:lang w:val="en-US"/>
              </w:rPr>
              <w:lastRenderedPageBreak/>
              <w:t>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4127.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«Vlazz 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 видеофайл «Сражение с ассадитами в «Шейх Наджар.mp4», продолжительностью 6 минут 28 секунд (решение Курганского городского суда от 28.03.2017);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Гулия В.В. «Подножие российского Олимпа. Штрихи к портрету современного чиновника» (-М.: ООО «Издательство Алгоритм», 2015 г.) (решение Хорошевского районного суда города Москвы от 29.03.2017).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26.05.2017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«Мухаммад Закария 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 State Of Iraq and 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«Lil 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следующим адресам: http://vk.com/l.s.d_777, https://www.youtube.com/watch?v=X9P66tLp6_0, https://ok.ru/video/2680949438, https://www.youtube.com/watch?=vjiHk9Cg6Zq0, https://my.mail.ru/mail/i7pa6-90/video/_myvideo/29.html (решение Ленинского районного суда г. Ульяновска от 31.03.2017);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29.06.2017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14.07.2017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14.07.2017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14.07.2017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25.07.2017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25.07.2017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25.07.2017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25.07.2017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25.07.2017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25.07.2017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25.07.2017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25.07.2017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28.07.2017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09.08.2017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09.08.2017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09.08.2017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09.08.2017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09.08.2017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интернет-страницах: https://www.youtube.com/watch?v=HRRZ6XPwkg4; https://my.mail.ru/mail/s1part1a/video/50/2463.html; https://ok.ru/video/4738647523; http://ukr-net-news.ru/watch/baLtG_FhHMA/%D0%97%D0%BB%-D0%B-E% D0%B4%D0%B5%D1%8F%D0%BD%D0%B8%D1%8F+%D0%B6%D0%B8%D0%B4%D0%BE%D0%B2+%D0%B2+%D0%A0%D0%BE%D1%81%D1%81%D0%B8%D0%B8+%D0%9A%D1%80%D0%B0%D1%81%D0%BD%D1%8B%D0%B9+%D0%A1 %D0%B8%D0%BE%D0%BD+Red+Zion.html; https://vk.com/video?q=%D0%9A%D1%80%D0%B0%D1%81%D0%BD%-D-1% 8B%D0%B9%20%D0%A1%D0%B8%D0%BE%D0%BD&amp;z=video-6197608_16-8775004; https://vk.com/video?q=%D0%9A%D1%80%D0%B0%D1%81%D0%BD%D1%8B%D0%B9%20%D0%A1%D0%B8%D0%BE%D0%BD&amp;z=video175226080_165558633 (решение Октябрьского районного суда г. Архангельска от 05.04.2017);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09.08.2017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адресам: https://xmusik.me/s/55502871-Zeg_Dallas_-_YA_ne_fashist_ya_prosto_belyj_i_za_chistuyu_naciyu/ под названием «Zеg Dallas - Я не фашист, я просто белый и за чистую нацию», http://pleer.net/tracks/11602954yenJ под названием «Хз – Антифа, я не фашист, я просто белый и за чистую нацию», https://muzofond.com/search/%D0%BB%D0%BE%D0%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11.08.2017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16.08.2017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16.08.2017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4199.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16.08.2017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21.08.2017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21.08.2017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25.08.2017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видеозапись «Настоящее лицо ЕВРЕЕВ!», продолжительностью 9 мин. 40 сек., начинающуюся с изображения марширующего по телам нацистского солдата на фоне флага с рисунком «звезды Давида» и буквой «Z» в центре, завершающуюся изображением орла с венком и «звездой Давида», которая размещена в информационно-телекоммуникационной сети Интернет по адресам: - https://www.youtube.com/watch?v=TVBmGExqHfA; - https://vk.com/video-82162403_171142385; - https://vk.com/video-52341473_456239092; - https://ok.ru/video/41387428473 (решение Первомайского районного суда г. Кирова от 27.06.2017);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«Русская перекличка. (Для тех, кто достоин называться русским (русом)» (решение Советского районного суда г. Уфы от 27.06.2017);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адресам: http://vk.com/idl61891612: http://mixpromo.net/search/%D0%94%D0%B8%D0%9C%D0%B0%D0 %В9+%D0%B8+%D0%96%D0%B5%D0%BA%D0%B0+%D0%9F%D1%80% D0%B0%D0%B2%D0%BE%D0%B2: https://petamusic.ru/?string=%C6%E5%EA%E0+%CF%F0%E0%E2 %EE%E2&amp;sort=artist; https://muzofond.com/search/%D0%B4%D0%B8%D0%BC%D0%B0%D0%B9 (решение Железнодорожного районного суда г. Пензы от 06.07.2017);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25.09.2017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https://file-up.net/big_83443d0ee55decf67120170331085749.html https://file-up.net/big/83/83443d0ee55decf67120170331085749.jpg http://keep4u.ru/image/SQlvo https://s2.postimg.org/7evbz45d5/y_YNc_D_r_Qs_Q.jpg http://simplest-image-hosting.net/jpg-2-vync-d-rqsq (решение Мелекесского районного суда Ульяновской области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электронным адресам: https://vk.com/video178451703_171158325, https://vk.com/video278042402_171377875, https:// www.youtube.com/watch?v=GJPITXNJrFА, https://my.mail.ru/mail/artem.bonov/video/_myvideo/150.html (решение Бердского городского суда Новосибирской области от 25.07.2017)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 заканчивающимися словами «... We see their sincerity, they sacrifice by everything on their way, not playing attention to the brutal torture and murder of their children, their wives.», выявленный по адресу: https://vk.com/zuba95 (решение Уссурийского районного суда Приморского края от 25.07.2017);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Бюллетень «Как Иегова общается с людьми» издание август 2015г. (решение Арсеньевского городского суда Приморского края от 25.08.2017);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Бюллетень «Старейшины, стараетесь ли вы обучать братьев?» издание декабрь 2014г. (решение Арсеньевского городского суда Приморского края от 25.08.2017);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«Сторожевая башня возвещает царство Иеговы» выпуск от 15.06.2015г. (решение Арсеньевского городского суда Приморского края от 25.08.2017);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4299.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28.11.2017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http://vchaspik.ua/v-mire/423351-zachem-putinu-ponadobilis-terakty-v-pitere-mnenie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графического материала «Граждане России будьте бдительны! Падает рейтинг - Ждите террактов!», размещенного по электронному адресу: http://censoru.net/17801-zachem-putinu-ponadobilis-terakty-v-pitere.html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(решение Благовещенского городского суда от 16.10.2017);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«Warriors of 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29.12.2017</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Высказывание (лозунг) «РОССИИ-РУССКУЮ ВЛАСТЬ» (решение Нагатинского районного суда города Москвы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исключением сур, аятов и цитат из Корана (решение Вахитовского районного суда г. Казани от 10.11.2017);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«Стольный ГрадЪ (Железный дровосек 2014) Русь моя» (prod. 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«Стольный ГрадЪ &amp;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362.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Текстовая часть аудиозаписи «отРаявленный - Мы-Русские!! - vk.com/ rarecordmusic», длительностью 02 </w:t>
            </w:r>
            <w:r w:rsidRPr="00041EDA">
              <w:rPr>
                <w:rFonts w:ascii="Times New Roman" w:eastAsia="MS Mincho" w:hAnsi="Times New Roman" w:cs="Times New Roman"/>
                <w:sz w:val="24"/>
                <w:szCs w:val="24"/>
                <w:lang w:val="en-US"/>
              </w:rPr>
              <w:lastRenderedPageBreak/>
              <w:t>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07.</w:t>
            </w:r>
            <w:r w:rsidRPr="00041EDA">
              <w:rPr>
                <w:rFonts w:ascii="Times New Roman" w:eastAsia="MS Mincho" w:hAnsi="Times New Roman" w:cs="Times New Roman"/>
                <w:sz w:val="24"/>
                <w:szCs w:val="24"/>
                <w:lang w:val="en-US"/>
              </w:rPr>
              <w:lastRenderedPageBreak/>
              <w:t>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4363.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367.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Текстовая часть аудиозаписи «Стольный ГрадЪ - Мы поднимаем стяг», длительностью 03 минуты 03 секунды, </w:t>
            </w:r>
            <w:r w:rsidRPr="00041EDA">
              <w:rPr>
                <w:rFonts w:ascii="Times New Roman" w:eastAsia="MS Mincho" w:hAnsi="Times New Roman" w:cs="Times New Roman"/>
                <w:sz w:val="24"/>
                <w:szCs w:val="24"/>
                <w:lang w:val="en-US"/>
              </w:rPr>
              <w:lastRenderedPageBreak/>
              <w:t>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07.</w:t>
            </w:r>
            <w:r w:rsidRPr="00041EDA">
              <w:rPr>
                <w:rFonts w:ascii="Times New Roman" w:eastAsia="MS Mincho" w:hAnsi="Times New Roman" w:cs="Times New Roman"/>
                <w:sz w:val="24"/>
                <w:szCs w:val="24"/>
                <w:lang w:val="en-US"/>
              </w:rPr>
              <w:lastRenderedPageBreak/>
              <w:t>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4368.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«Русь и Кавказ» исполнителя «Holdaar» (решение Лесосибирского городского суда Красноярского края от 29.09.2017);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«Новое утро», исполнителя «РоССия» (решение Лесосибирского городского суда Красноярского края от 29.09.2017);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4373.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«Жиды»/«Погром», исполнителя «Calvados» (решение Лесосибирского городского суда Красноярского края от 29.09.2017);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видеозаписей, изъятых в сети «Интернет»,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Ленинского районного суда г. Смоленска от 20.11.2017);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20.11.2017);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437</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15.02.201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4379.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4384.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389.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и ее текст под названием «Nokturnal Mortum - В огне деревянных церквей», продолжительностью </w:t>
            </w:r>
            <w:r w:rsidRPr="00041EDA">
              <w:rPr>
                <w:rFonts w:ascii="Times New Roman" w:eastAsia="MS Mincho" w:hAnsi="Times New Roman" w:cs="Times New Roman"/>
                <w:sz w:val="24"/>
                <w:szCs w:val="24"/>
                <w:lang w:val="en-US"/>
              </w:rPr>
              <w:lastRenderedPageBreak/>
              <w:t>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w:t>
            </w:r>
            <w:r w:rsidRPr="00041EDA">
              <w:rPr>
                <w:rFonts w:ascii="Times New Roman" w:eastAsia="MS Mincho" w:hAnsi="Times New Roman" w:cs="Times New Roman"/>
                <w:sz w:val="24"/>
                <w:szCs w:val="24"/>
                <w:lang w:val="en-US"/>
              </w:rPr>
              <w:lastRenderedPageBreak/>
              <w:t>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4390.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4393.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https://xmuzic.me/s/48792065-Izmoroz_-_Cerkov_CHto_Gorit_Pod_Goroj/ (решение Заволжского районного суда г. Ярославля от 15.12.2017);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https://xmuzic.me/s/12513905-PitBul_-_Pit_Bul_-_Tushinskij_topor/ https://www.youtube.com/watch?v=77nIvyI0Axw (решение Заволжского районного суда г. Ярославля от </w:t>
            </w:r>
            <w:r w:rsidRPr="00041EDA">
              <w:rPr>
                <w:rFonts w:ascii="Times New Roman" w:eastAsia="MS Mincho" w:hAnsi="Times New Roman" w:cs="Times New Roman"/>
                <w:sz w:val="24"/>
                <w:szCs w:val="24"/>
                <w:lang w:val="en-US"/>
              </w:rPr>
              <w:lastRenderedPageBreak/>
              <w:t>15.12.2017);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4397.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-https://www.youtube.com/watch?v=8tfKKdakwsl&amp;t=75s -https://ok.ru/video/30400581935 -https://ok.ru/video/200705970628 -https://ok.ru/video/10415706568 -https://ok.ru/video/238546260311 -https://ok.ru/video/19333911013 (решение Ленинского районного суда г. Ярославля от 08.08.2017);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4399.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https://vk/com/video-69729471_169589787 (решение Центрального районного суда г. Хабаровска от 16.11.2016);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w:t>
            </w:r>
            <w:r w:rsidRPr="00041EDA">
              <w:rPr>
                <w:rFonts w:ascii="Times New Roman" w:eastAsia="MS Mincho" w:hAnsi="Times New Roman" w:cs="Times New Roman"/>
                <w:sz w:val="24"/>
                <w:szCs w:val="24"/>
                <w:lang w:val="en-US"/>
              </w:rPr>
              <w:lastRenderedPageBreak/>
              <w:t>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w:t>
            </w:r>
            <w:r w:rsidRPr="00041EDA">
              <w:rPr>
                <w:rFonts w:ascii="Times New Roman" w:eastAsia="MS Mincho" w:hAnsi="Times New Roman" w:cs="Times New Roman"/>
                <w:sz w:val="24"/>
                <w:szCs w:val="24"/>
                <w:lang w:val="en-US"/>
              </w:rPr>
              <w:lastRenderedPageBreak/>
              <w:t>63661266_166816310%2Fclub 63661266 %2Fp1_-63661266 _-2, https://vk.com/videosl15294931?z=video5379633_167665487%2Fpl_ 115294931_ -2 (решение Железнодорожного районного суда г. Ульяновска от 11.05.2017);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http://vmuzike.net/song/%D0%BA%D%180%D0%B0%D0%B9%D0%BD%D0%B8%D0%B9_%D1%8E%D0%B3/pechi_dahau_prosyat_ognya; http://musicov.me/?song=%CA%F0%E0%E9%ED%E8%E9+%FE%E3 (решение Первомайского районного суда г. Кирова от 25.05.2016);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продолжительностью 4 минуты 8 секунд, под названием «Науа», начинающийся заставкой «Alhayat Media center» (решение Всеволожского городского суда Ленинградской области от 20.04.2017);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20.03.2018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http://vkmp3.org/mp3/%D0%A1%D0%9A%D0%98%D0%9D%D0%AB%20% D0%A0% D0%9E%D0%A1%D0%A1%D0%98%D0%98/; – http://iplayer.fm/song/8389242/skiny_-_Slava_Rossii/; – https://xmuzic.me/s/3324391-Skiny_-_Slava_Rossii/; </w:t>
            </w:r>
            <w:r w:rsidRPr="00041EDA">
              <w:rPr>
                <w:rFonts w:ascii="Times New Roman" w:eastAsia="MS Mincho" w:hAnsi="Times New Roman" w:cs="Times New Roman"/>
                <w:sz w:val="24"/>
                <w:szCs w:val="24"/>
                <w:lang w:val="en-US"/>
              </w:rPr>
              <w:lastRenderedPageBreak/>
              <w:t>https://vk.com/audios143411610?q=%D1%81%D0%BA%D0%B8%D0%BD%D1% 8B%20%D1%81%D0%BB%D0%B0%D0%B2%D0%B0%20%D1%80%D0%BE%D1%81%D1%81%D0%B8%D0%B8 (решение Шадринского районного суда Курганской области от 25.12.2017);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20.03.2018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20.03.2018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Платонова О.А. «Сионские протоколы в мировой политике» (- М.: «Родная страна», 2015. – 368 с.; ISBN 978-5-903942-34-3) (решение Басманного районного суда города Москвы от 28.02.2017);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20.03.2018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http://www.youtube.com/watch?v=REy-oTEAxHk; http://yeleskin.livejournal.com/34327.html; http://vk.com/assassinationofrussia?z=video- 36610579_162147333%2F943c55a908a3e8c2e0%2Fpl_wall_-36610579; http://nnm.me/blogs/ariskveda/pokushenie-na-rossiyu/; http://adonaris.livejournal.com/463656.html; http://www.runyweb.com/articles/culture/cinema/blowing-up-russia-movie-online.html; https://via-midgard.com/news/19581-zapreshhennyj-film-pokushenie-na-rossiyu.html (решение Советского районного суда г. Астрахани от 12.12.2017);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20.03.2018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415.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Аудиофайл «Dagaz – Белая Семья.mp3», продолжительностью 4 мин. 48 сек. и размером 11,0 мб. (11 538 432 </w:t>
            </w:r>
            <w:r w:rsidRPr="00041EDA">
              <w:rPr>
                <w:rFonts w:ascii="Times New Roman" w:eastAsia="MS Mincho" w:hAnsi="Times New Roman" w:cs="Times New Roman"/>
                <w:sz w:val="24"/>
                <w:szCs w:val="24"/>
                <w:lang w:val="en-US"/>
              </w:rPr>
              <w:lastRenderedPageBreak/>
              <w:t>байта) (решение Долгопрудненского городского суда Московской области от 20.06.2017);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w:t>
            </w:r>
            <w:r w:rsidRPr="00041EDA">
              <w:rPr>
                <w:rFonts w:ascii="Times New Roman" w:eastAsia="MS Mincho" w:hAnsi="Times New Roman" w:cs="Times New Roman"/>
                <w:sz w:val="24"/>
                <w:szCs w:val="24"/>
                <w:lang w:val="en-US"/>
              </w:rPr>
              <w:lastRenderedPageBreak/>
              <w:t>03.2018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 «Русский стяг – Я не хочу быть толерантным (Short).mp3», продолжительностью 3 мин. 25 сек. и размером 5,49 мб. (5 764 283 байта) (решение Долгопрудненского городского суда Московской области от 20.06.2017);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28.03.2018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28.03.2018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названиями - Правду говорят 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https://www.youtube.com/watch?v=jzUboCyHPWQ, - https://www.youtube.com/watch?v=vTQCsgitPVg, https://vk.com/video304000382_171736778 (решение Уссурийского районного суда Приморского края от 23.01.2018);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12.04.2018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w:t>
            </w:r>
            <w:r w:rsidRPr="00041EDA">
              <w:rPr>
                <w:rFonts w:ascii="Times New Roman" w:eastAsia="MS Mincho" w:hAnsi="Times New Roman" w:cs="Times New Roman"/>
                <w:sz w:val="24"/>
                <w:szCs w:val="24"/>
                <w:lang w:val="en-US"/>
              </w:rPr>
              <w:lastRenderedPageBreak/>
              <w:t>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«Коловрат – Белый легион.mp3», продолжительностью 4 мин. 52 сек., объемом 4672170 байт, которая начинается словами «Мы – это белый легион» и оканчивается словами «Вперед идет наш легион» </w:t>
            </w:r>
            <w:r w:rsidRPr="00041EDA">
              <w:rPr>
                <w:rFonts w:ascii="Times New Roman" w:eastAsia="MS Mincho" w:hAnsi="Times New Roman" w:cs="Times New Roman"/>
                <w:sz w:val="24"/>
                <w:szCs w:val="24"/>
                <w:lang w:val="en-US"/>
              </w:rPr>
              <w:lastRenderedPageBreak/>
              <w:t>(решение Тейковского районного суда Ивановской области от 26.02.2018);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27.04.</w:t>
            </w:r>
            <w:r w:rsidRPr="00041EDA">
              <w:rPr>
                <w:rFonts w:ascii="Times New Roman" w:eastAsia="MS Mincho" w:hAnsi="Times New Roman" w:cs="Times New Roman"/>
                <w:sz w:val="24"/>
                <w:szCs w:val="24"/>
                <w:lang w:val="en-US"/>
              </w:rPr>
              <w:lastRenderedPageBreak/>
              <w:t>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Марий Эл от 01.03.2018);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27.04.2018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27.04.2018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27.04.2018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27.04.2018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автора Н. Лебедя «УПА» издательства «Возрождение» гор. Дрогобыч 1993 года (решение Судакского городского суда Республики Крым от 06.03.2018);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«WCD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https://ipleer.fm/q/русский+стяг+посвящается+дмитрию+боровиков/, http://nemp3.ru/Русский%20Стяг/Дмитрию%20Боровикову%20посвящается/834330, http:/run-mp3.ru/go-song/russkij-stjag_dmitriu-borovikovu-posvjashaetsja, а равно по иным интернет-адресам (решение Фокинского городского суда Приморского края от 27.02.2018);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(решение Свердловского районного суда г. Перми от 05.03.2018);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443</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w:t>
            </w:r>
            <w:r w:rsidRPr="00041EDA">
              <w:rPr>
                <w:rFonts w:ascii="Times New Roman" w:eastAsia="MS Mincho" w:hAnsi="Times New Roman" w:cs="Times New Roman"/>
                <w:sz w:val="24"/>
                <w:szCs w:val="24"/>
                <w:lang w:val="en-US"/>
              </w:rPr>
              <w:lastRenderedPageBreak/>
              <w:t>суда г. Перми от 05.03.2018);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24.05.201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 аудиозапись группы «Zig-Zag»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странице пользователя под ником «Алексей Пугачев» (http://vk.com/videos44609335?q=бeлый&amp;section= search,http://vk.com/videos44609335?q=бeлый&amp;section=search&amp;z=video44609335_150840290), на персональной странице пользователя под ником Алена Невская (https://vk.com/id131567042), а также по электронному адресу: https://vk.com/ search?c%5Bq%5D=бeлый%20кpecт.%20Пecня&amp;c%5Bsection%5D=auto&amp;z=video131567042_159277748 (решение Первореченского районного суда г. Владивостока от 31.01.2018);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(http://vk.com/audios44609335?q=вандал), а также по электронным адресам: http://vmuzice.me/choice/-1911336071.1306010047-vandal-nashe-buduschee, https://myzuka.me/Song/2238434/ Vandal- Nashe-Budushee (решение Первореченского районного суда г. Владивостока от 31.01.2018);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«****88-ой****- WhitePower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(http://vk.com/audios44609335?q=white), а также по элeктpoннoмy адpecy: https://vk.com/search?c%5Bq%5D=WhitePower%20Скинхед&amp;c%5Bsection%5D=auto (решение Первореченского районного суда г. Владивостока от 31.01.2018);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(http://vk.com/videos44609335?q=poccия%20для&amp;section=search, http://vk.com/videos44609335?q=poccия%20для&amp;section=search&amp;z=video44609335_158239953), а также по электронному адресу: http://hlamer.ru/video/189422-My_pobedim_Rossiya_dlya_russkih (решение Первореченского районного суда г. Владивостока от 31.01.2018);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(http://vk.com/audios44609335?q=з), а также по электронным адресам: http://mp3.co/song/9156513/Onarkheya_88_Zig_Cojl_1488/,http://music4love.net/?song=%CE%ED%E0%F0%F5%E5%FF+88, http://mp3.uz.cx/oнархея-88/ (решение Первореченского районного суда г. Владивостока от 31.01.2018);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444</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w:t>
            </w:r>
            <w:r w:rsidRPr="00041EDA">
              <w:rPr>
                <w:rFonts w:ascii="Times New Roman" w:eastAsia="MS Mincho" w:hAnsi="Times New Roman" w:cs="Times New Roman"/>
                <w:sz w:val="24"/>
                <w:szCs w:val="24"/>
                <w:lang w:val="en-US"/>
              </w:rPr>
              <w:lastRenderedPageBreak/>
              <w:t>определение об исправлении описки Новочеркасского городского суда Ростовской области от 28.12.2017);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24.05.201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https://my.mail.ru/music/songs/ п_п-резать-чурку-da812323a614808390а19d7f09336fcb,https://tekstovoi.ru/text/094149 21_m06138560p985579963_text_pesni_rezat_churku.html, poisk738.mp3sklad.ru/ music/П-П++Pезать+чурку/, https://mp3co.ooo/artist/30828677119/Р-Р/, https://mp3co.ooo/song/50747417/P-P_Rezat_churku/ (решение Центрального районного суда г. Барнаула от 16.03.2018);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24.05.2018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13.06.2018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452.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«Тигран Парсегян. Пякин вылизывает дорогу на гей-курорты в Тур.mр4» (начинается текстом </w:t>
            </w:r>
            <w:r w:rsidRPr="00041EDA">
              <w:rPr>
                <w:rFonts w:ascii="Times New Roman" w:eastAsia="MS Mincho" w:hAnsi="Times New Roman" w:cs="Times New Roman"/>
                <w:sz w:val="24"/>
                <w:szCs w:val="24"/>
                <w:lang w:val="en-US"/>
              </w:rPr>
              <w:lastRenderedPageBreak/>
              <w:t>«Гость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https://www.yotube.com/watch?v=v-hoVKgd-Eg, https://my.mail.ru/mail/larii44/video/6/1894.html, ytube.com.ua/watch/v-hoVKgd-Eg/tigran-parsegyan-pyakin-vylizyvaet-dorogu-na-gejjkurorty-v-turciyu-a-putin-slep-k-6-jj-kolonne.html (решение Октябрьского районного суда г. Барнаула от 27.03.2018);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w:t>
            </w:r>
            <w:r w:rsidRPr="00041EDA">
              <w:rPr>
                <w:rFonts w:ascii="Times New Roman" w:eastAsia="MS Mincho" w:hAnsi="Times New Roman" w:cs="Times New Roman"/>
                <w:sz w:val="24"/>
                <w:szCs w:val="24"/>
                <w:lang w:val="en-US"/>
              </w:rPr>
              <w:lastRenderedPageBreak/>
              <w:t>06.2018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«Тигран Парсегян. Парнас или Порно Асы-Евроклопы для Народ.mр4»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13.06.2018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Тигран Парсегян. Обращение к народам Армении, России, Азерба.mр4»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https://ok.ru/video/11828790669, https://www.youtube.com/watch?v=kaZQrJ7f5hA, ytube.com.ua/watch/kaZQrJ7f5hA/tigran-parsegyan-obrashhenie-k-narodam-armenii-rossii-azerbajjdzhana-i-mirotvorcu-putinu-vv.html, https://yandex.ru/video/search?text=тигран парсегян Обращение к народам Армении. России%2С Азерба роликсмотреть&amp;path=wizard&amp;noreask=1&amp;regid= 1522032890012905-318101168600171170837082-sasl-0554-V (решение Октябрьского районного суда г. Барнаула от 27.03.2018);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13.06.2018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https:/ /www. youtube.com/watch?v=9CrcYnLOGs0, https://yandex.ru/video/search?text=тигран парсегян кто услышит тиграна-монтажазераГумбатовароликсмотреть&amp;path=wizard&amp;noreask=18regid=1522033899995091- 1417725905984360117542995-sas1-0582-V, smotrovik.me/video/9CrcYnLOGs0, master-of-life.ru/video/9CrcYnLOGs0 (решение Октябрьского районного суда г. Барнаула от 27.03.2018);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13.06.2018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«Тигран Парсегян.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Барнаула от 27.03.2018);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13.06.2018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сети «Интернет» на электронных ресурсах, расположенных по адресам: https://cloud.mail.ru/public/357S/NEbN32R8E, http://stomfaq.ru/vera-i-dejstvie-dlya-gitleryugend/index.html, https://poiskru.ru/s167 44t4.html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определения Вологодского городского суда Вологодской области от 19.06.2018 и от 04.12.2018).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13.06.2018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сети «Интернет» на электронных ресурсах, по адресам: https://cloud.mail.ru/public/DUQi/PedCy92g2, https://infopcdia.su/10x4fe0.html, https://infopcdia.su/10x4fc3.html, https://vk.com/wall-120407071_551, kiborgl4. livejournal.com/14752/html,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13.06.2018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459.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Музыкальная композиция исполнителя «Dagaz» под названием «Национал-социалист», начинающаяся словами </w:t>
            </w:r>
            <w:r w:rsidRPr="00041EDA">
              <w:rPr>
                <w:rFonts w:ascii="Times New Roman" w:eastAsia="MS Mincho" w:hAnsi="Times New Roman" w:cs="Times New Roman"/>
                <w:sz w:val="24"/>
                <w:szCs w:val="24"/>
                <w:lang w:val="en-US"/>
              </w:rPr>
              <w:lastRenderedPageBreak/>
              <w:t>«...На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w:t>
            </w:r>
            <w:r w:rsidRPr="00041EDA">
              <w:rPr>
                <w:rFonts w:ascii="Times New Roman" w:eastAsia="MS Mincho" w:hAnsi="Times New Roman" w:cs="Times New Roman"/>
                <w:sz w:val="24"/>
                <w:szCs w:val="24"/>
                <w:lang w:val="en-US"/>
              </w:rPr>
              <w:lastRenderedPageBreak/>
              <w:t>06.2018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исполнителя Dagaz»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районного суда г. Омска от 10.04.2018);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13.06.2018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исполнителя «M8l8th»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13.06.2018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04 мин. 04 сек. (решение Петровского городского суда Саратовской области от 16.04.2018);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25.06.2018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Шериф Абдэль Азым «Женщина в Исламе и в иудео-христианском мире (мифы и реальность)», издательство «Engineering House Press», учрежденное «Conveying Islamic Message Society», 37 страниц, за исключением цитат из Библии, Корана, Танаха (решение Альменевского районного суда Курганской области от 18.04.2018);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25.06.2018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446</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Аудиозапись «W.S.D\PROJECT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w:t>
            </w:r>
            <w:r w:rsidRPr="00041EDA">
              <w:rPr>
                <w:rFonts w:ascii="Times New Roman" w:eastAsia="MS Mincho" w:hAnsi="Times New Roman" w:cs="Times New Roman"/>
                <w:sz w:val="24"/>
                <w:szCs w:val="24"/>
                <w:lang w:val="en-US"/>
              </w:rPr>
              <w:lastRenderedPageBreak/>
              <w:t>https://my.mail.ru\music\songs\w-c-d-project-%D1%85%D0%B0%D1%87%D0 %B8-%D0%B2-%D0%BF%D0%B5%D1%87%D0%B8-e14088c57fe3f2a4d2e93ce0385 d2d42; -https://carshsmpoo.ru\w-c-d-project\hachi-v-pechi; -https://music7s.me\song\26564515_359109217\; -https://poiskm.co\show\%D1%85%D0%B0%D1%87%D0%B8-%D0%B2-%D0% BF%D0%B5%D1%87%D0%B8- (решение Курганского городского суда от 27.03.2018);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25.06.201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(решение Советского районного суда г. Астрахани от 26.03.2018);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суда г. Астрахани от 26.03.2018);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(решение Советского районного суда г. Астрахани от 26.03.2018);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(решение Советского районного суда г. Астрахани от 26.03.2018);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469.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Брошюра «Библия и ее главная тема © 2009 Watch Tower Bible and Tract Society of Pennsylvania, 32 страницы, </w:t>
            </w:r>
            <w:r w:rsidRPr="00041EDA">
              <w:rPr>
                <w:rFonts w:ascii="Times New Roman" w:eastAsia="MS Mincho" w:hAnsi="Times New Roman" w:cs="Times New Roman"/>
                <w:sz w:val="24"/>
                <w:szCs w:val="24"/>
                <w:lang w:val="en-US"/>
              </w:rPr>
              <w:lastRenderedPageBreak/>
              <w:t>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05.</w:t>
            </w:r>
            <w:r w:rsidRPr="00041EDA">
              <w:rPr>
                <w:rFonts w:ascii="Times New Roman" w:eastAsia="MS Mincho" w:hAnsi="Times New Roman" w:cs="Times New Roman"/>
                <w:sz w:val="24"/>
                <w:szCs w:val="24"/>
                <w:lang w:val="en-US"/>
              </w:rPr>
              <w:lastRenderedPageBreak/>
              <w:t>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«Библия и ее главная тема © 2009 Watch Tower Bible and Tract Society of Pennsylvania,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«Свидетели Иеговы и образование», © 1995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«Свидетели Иеговы и образование», © 1995, 2003 Watch Tower Bible and Tract Society of Pennsylvania,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Буклет «Что такое Царство Бога?», © 2014 Watch Tower Bible and Tract Society of Pennsylvania,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«Самый великий человек, который когда-либо жил» © 1991, 1999 Watch Tower Bible and Tract Society of Pennsylvania,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«Секрет семейного счастья», © 1996, Watch Tower Bible and Tract Society of Pennsylvania;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«Сохраняйте себя в божьей любви», © 2008, Watch Tower Bible and Tract Society of Pennsylvania,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«На самом ли деле Бог заботится о нас, © 1992, 2001 Watch Tower Bible and Tract Society of Pennsylvania,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«Как найти удовлетворение в жизни», © 2011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«Когда умер близкий тебе человек», © 1994, 2000 Watch Tower Bible and Tract Society of Pennsylvania,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448</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Буклет «Будут ли умершие жить снова?» © 2013 Watch Tower Bible and Tract Society of Pennsylvania, напечатано в Германии (решение Одинцовского городского суда Московской области от 23.06.2016 и апелляционное </w:t>
            </w:r>
            <w:r w:rsidRPr="00041EDA">
              <w:rPr>
                <w:rFonts w:ascii="Times New Roman" w:eastAsia="MS Mincho" w:hAnsi="Times New Roman" w:cs="Times New Roman"/>
                <w:sz w:val="24"/>
                <w:szCs w:val="24"/>
                <w:lang w:val="en-US"/>
              </w:rPr>
              <w:lastRenderedPageBreak/>
              <w:t>определение судебной коллегии по гражданским делам Московского областного суда от 17.01.2018);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05.07.201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«Хотели бы вы знать истину» на 2 листах, © 2008 Watch Tower Bible and Tract Society of Pennsylvania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«Библия для самых маленьких», © 2013 Watch Tower Bible and Tract Society of Pennsylvania,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«Есть ли Бог? Почему важно знать ответ?», © 2015 Watch Tower Bible and Tract Society of Pennsylvania,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Made in Britain by Watch Tower Bible and Tract Society of Britain / Сделано в Великобритании, всего 83638 брошюр (решение Выборгского городского суда </w:t>
            </w:r>
            <w:r w:rsidRPr="00041EDA">
              <w:rPr>
                <w:rFonts w:ascii="Times New Roman" w:eastAsia="MS Mincho" w:hAnsi="Times New Roman" w:cs="Times New Roman"/>
                <w:sz w:val="24"/>
                <w:szCs w:val="24"/>
                <w:lang w:val="en-US"/>
              </w:rPr>
              <w:lastRenderedPageBreak/>
              <w:t>Ленинградской области от 17.08.2017);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Has Science Replaced the Bible? / Russian (bp 159-U) /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Брошюры на 16 страницах печатного текста на русском языке и с рисунками с маркировками «Как улучшить здоровье. 5 простых правил» / 2015 WATCH TOWER BIBLE AND TRACT SOCIETY OF PENNSYLVANIA Ways to Improve Your Health / 2015 Wachtturm Bible-und Traktat-Gesellschaft der Zeugen Jehovas, e.V., Selters/Taunus Золотые правила здоровья/ Издание: март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Ways to Improve Your Health Russian (ba 859-U)/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New World Translation of the Holy Scriptures | Russian (bi12-U Ru) Made in the United States of America / Сделано в Соединенных Штатах Америки / в каждой книге 1787 страниц – 2013 шт. (решение Выборгского городского </w:t>
            </w:r>
            <w:r w:rsidRPr="00041EDA">
              <w:rPr>
                <w:rFonts w:ascii="Times New Roman" w:eastAsia="MS Mincho" w:hAnsi="Times New Roman" w:cs="Times New Roman"/>
                <w:sz w:val="24"/>
                <w:szCs w:val="24"/>
                <w:lang w:val="en-US"/>
              </w:rPr>
              <w:lastRenderedPageBreak/>
              <w:t>суда Ленинградской области от 17.08.2017);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05.07.2018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07.08.2018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«Белый рассвет» исполнителя «P.S.7.62»,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07.08.2018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07.08.2018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449</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w:t>
            </w:r>
            <w:r w:rsidRPr="00041EDA">
              <w:rPr>
                <w:rFonts w:ascii="Times New Roman" w:eastAsia="MS Mincho" w:hAnsi="Times New Roman" w:cs="Times New Roman"/>
                <w:sz w:val="24"/>
                <w:szCs w:val="24"/>
                <w:lang w:val="en-US"/>
              </w:rPr>
              <w:lastRenderedPageBreak/>
              <w:t>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07.08.201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аудиозапись группы «W.C.D.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07.08.2018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(решение Железнодорожного районного суда г. Пензы от 31.05.2018);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07.08.2018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07.08.2018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07.08.2018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4498.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Печатное издание: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w:t>
            </w:r>
            <w:r w:rsidRPr="00041EDA">
              <w:rPr>
                <w:rFonts w:ascii="Times New Roman" w:eastAsia="MS Mincho" w:hAnsi="Times New Roman" w:cs="Times New Roman"/>
                <w:sz w:val="24"/>
                <w:szCs w:val="24"/>
                <w:lang w:val="en-US"/>
              </w:rPr>
              <w:lastRenderedPageBreak/>
              <w:t>(строки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07.08.2018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4499.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 A.S.,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w:t>
            </w:r>
            <w:r w:rsidRPr="00041EDA">
              <w:rPr>
                <w:rFonts w:ascii="Times New Roman" w:eastAsia="MS Mincho" w:hAnsi="Times New Roman" w:cs="Times New Roman"/>
                <w:sz w:val="24"/>
                <w:szCs w:val="24"/>
                <w:lang w:val="en-US"/>
              </w:rPr>
              <w:lastRenderedPageBreak/>
              <w:t>(строка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07.08.2018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книга Бадиуззамана Саида Нурси «Месневи Нурие»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07.08.2018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Печатное издание: книга Бадиуззамана Саида Нурси «Путь позитивного служения (12- 13-14 Лучи)» из собрания сочинений «Рисале-и Нур», издательство Sozler Nesriat San. Ve. Tic.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w:t>
            </w:r>
            <w:r w:rsidRPr="00041EDA">
              <w:rPr>
                <w:rFonts w:ascii="Times New Roman" w:eastAsia="MS Mincho" w:hAnsi="Times New Roman" w:cs="Times New Roman"/>
                <w:sz w:val="24"/>
                <w:szCs w:val="24"/>
                <w:lang w:val="en-US"/>
              </w:rPr>
              <w:lastRenderedPageBreak/>
              <w:t>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07.08.2018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«Пробудитесь!» от 08.09.2004, издательство «Watch tower Bible and Tract Society of Pennsylvania», 31 с., являющийся печатным изданием Свидетелей Иеговы (решение Елабужского городского суда Республики Татарстан от 25.06.2018);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31.08.2018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31.08.2018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(http://vk.com/id215240269) (решение Сыктывкарского городского суда Республики Коми от 09.07.2018);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11.09.2018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«Сибирскiй Ревизiонстъ», 2007 (решение Фрунзенского районного суда г. Владивостока от 14.06.2018);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11.09.2018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w:t>
            </w:r>
            <w:r w:rsidRPr="00041EDA">
              <w:rPr>
                <w:rFonts w:ascii="Times New Roman" w:eastAsia="MS Mincho" w:hAnsi="Times New Roman" w:cs="Times New Roman"/>
                <w:sz w:val="24"/>
                <w:szCs w:val="24"/>
                <w:lang w:val="en-US"/>
              </w:rPr>
              <w:lastRenderedPageBreak/>
              <w:t>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Печатные материалы «Другой Череповец» (решение Череповецкого городского суда Вологодской области от </w:t>
            </w:r>
            <w:r w:rsidRPr="00041EDA">
              <w:rPr>
                <w:rFonts w:ascii="Times New Roman" w:eastAsia="MS Mincho" w:hAnsi="Times New Roman" w:cs="Times New Roman"/>
                <w:sz w:val="24"/>
                <w:szCs w:val="24"/>
                <w:lang w:val="en-US"/>
              </w:rPr>
              <w:lastRenderedPageBreak/>
              <w:t>01.10.2009);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11.09.</w:t>
            </w:r>
            <w:r w:rsidRPr="00041EDA">
              <w:rPr>
                <w:rFonts w:ascii="Times New Roman" w:eastAsia="MS Mincho" w:hAnsi="Times New Roman" w:cs="Times New Roman"/>
                <w:sz w:val="24"/>
                <w:szCs w:val="24"/>
                <w:lang w:val="en-US"/>
              </w:rPr>
              <w:lastRenderedPageBreak/>
              <w:t>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11.09.2018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«Kill you generation next, next!!!», припев : «Убей, убей тинейджера, Репо-ролик-пейджера. Сотвори ему (над ним) п… Kill you generation next , next!!! Убей тинейджера! », размещенное в открытом доступе в сети интернет (решение Железнодорожного районного суда г. Красноярска от 09.07.2018)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21.09.2018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названием «2018, jаҥар ай Кудайдыҥ бергенин бичип алган кижи Л.Енчинова», начинающаяся словами «Айландыра кӧргӧмдӧ Агаш – ташту Тууларым…», заканчивающаяся словами «…Ӧбӧкӧлӧр jаҥы Алтай Ак Jаҥ – Алтайыска jайылзын 2018, jаҥар ай. Кудайдыҥ бергенин бичип алган кижи Л.Енчинова», размещенная на Интернет-странице группы «JAHЫ АЛТАЙ»-ДВИЖЕНИЕ» по URL-адресу: https://vk.com/club47031643 Интернет–сайта «ВКонтакте» ( https://vk.com), а также на страницах 6-10 газеты «Амаду Алтай» (без номера и даты выпуска) (решение Онгудайского районного суда Республики Алтай от 16.07.2018)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21.09.2018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21.09.2018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451</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w:t>
            </w:r>
            <w:r w:rsidRPr="00041EDA">
              <w:rPr>
                <w:rFonts w:ascii="Times New Roman" w:eastAsia="MS Mincho" w:hAnsi="Times New Roman" w:cs="Times New Roman"/>
                <w:sz w:val="24"/>
                <w:szCs w:val="24"/>
                <w:lang w:val="en-US"/>
              </w:rPr>
              <w:lastRenderedPageBreak/>
              <w:t>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1 м. 35 сек. (решение Заводского районного суда г. Грозного от 26.07.2018);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05.10.201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названием «Курч сурактар. Алтайга буддизм канайып кирип jатканы керегинде jартамал»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88» (решение Йошкар-Олинского городского суда Республики Марий Эл от 08.08.2018);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11.10.2018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w:t>
            </w:r>
            <w:r w:rsidRPr="00041EDA">
              <w:rPr>
                <w:rFonts w:ascii="Times New Roman" w:eastAsia="MS Mincho" w:hAnsi="Times New Roman" w:cs="Times New Roman"/>
                <w:sz w:val="24"/>
                <w:szCs w:val="24"/>
                <w:lang w:val="en-US"/>
              </w:rPr>
              <w:lastRenderedPageBreak/>
              <w:t>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w:t>
            </w:r>
            <w:r w:rsidRPr="00041EDA">
              <w:rPr>
                <w:rFonts w:ascii="Times New Roman" w:eastAsia="MS Mincho" w:hAnsi="Times New Roman" w:cs="Times New Roman"/>
                <w:sz w:val="24"/>
                <w:szCs w:val="24"/>
                <w:lang w:val="en-US"/>
              </w:rPr>
              <w:lastRenderedPageBreak/>
              <w:t>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1.http:\\www.ruskolan.com/rasa/_gen9.htm 2.http:\\www.velesova-sloboda.info/antrop/snegov-russkie-s-tochki-zreniya-rassy.html 3.http:\\www.forum.dpni.org/showthread.php?t=7304 4.http:\\www.pandia.ru/text/78/248/24490/php 5.http:\\www.uchebana5.ru/cont/1130870/html 6.http:\\www.pdf.knigi-x.ru/21biologiya/407003-1-artem-snegov-biologicheskaya-istoriya-cheovecheskih-ras-est-isinnaya-osnovnaya-istoriya.php 7.http:\\www.yablor.ru/blogers/russkie-s-tochki-rassi/244606 8.http:\\www.docplayer.ru/27523962-russkie-s-zreniya-rassy.html (решение Салехардского городского суда Ямало-Ненецкого автономного округа от 24.07.2018);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18.10.</w:t>
            </w:r>
            <w:r w:rsidRPr="00041EDA">
              <w:rPr>
                <w:rFonts w:ascii="Times New Roman" w:eastAsia="MS Mincho" w:hAnsi="Times New Roman" w:cs="Times New Roman"/>
                <w:sz w:val="24"/>
                <w:szCs w:val="24"/>
                <w:lang w:val="en-US"/>
              </w:rPr>
              <w:lastRenderedPageBreak/>
              <w:t>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 моей стены под музыку Коловрат – Скинхед.Pikrolla»,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Скинхед!» (решение Ленинского районного суда г. Курска от 23.07.2018);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«Nord Wolf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w:t>
            </w:r>
            <w:r w:rsidRPr="00041EDA">
              <w:rPr>
                <w:rFonts w:ascii="Times New Roman" w:eastAsia="MS Mincho" w:hAnsi="Times New Roman" w:cs="Times New Roman"/>
                <w:sz w:val="24"/>
                <w:szCs w:val="24"/>
                <w:lang w:val="en-US"/>
              </w:rPr>
              <w:lastRenderedPageBreak/>
              <w:t>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 «Format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w:t>
            </w:r>
            <w:r w:rsidRPr="00041EDA">
              <w:rPr>
                <w:rFonts w:ascii="Times New Roman" w:eastAsia="MS Mincho" w:hAnsi="Times New Roman" w:cs="Times New Roman"/>
                <w:sz w:val="24"/>
                <w:szCs w:val="24"/>
                <w:lang w:val="en-US"/>
              </w:rPr>
              <w:lastRenderedPageBreak/>
              <w:t>автономного округа – Югры от 25.11.2014);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30.10.</w:t>
            </w:r>
            <w:r w:rsidRPr="00041EDA">
              <w:rPr>
                <w:rFonts w:ascii="Times New Roman" w:eastAsia="MS Mincho" w:hAnsi="Times New Roman" w:cs="Times New Roman"/>
                <w:sz w:val="24"/>
                <w:szCs w:val="24"/>
                <w:lang w:val="en-US"/>
              </w:rPr>
              <w:lastRenderedPageBreak/>
              <w:t>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«РоиССЯ 88OST [HD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«NSWP &amp; F18»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«Застрахуй братуху»,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«Уроки скинхеда»,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453</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w:t>
            </w:r>
            <w:r w:rsidRPr="00041EDA">
              <w:rPr>
                <w:rFonts w:ascii="Times New Roman" w:eastAsia="MS Mincho" w:hAnsi="Times New Roman" w:cs="Times New Roman"/>
                <w:sz w:val="24"/>
                <w:szCs w:val="24"/>
                <w:lang w:val="en-US"/>
              </w:rPr>
              <w:lastRenderedPageBreak/>
              <w:t>https://www.youtube.com/watch?v=8cw26SV115Y; http://hlamer.ru/video/189422-My_pobedim_Rossiya_dlya_russkih; https://vk.com/video688165_171858213; http://portall.zp.ua/video/my-pobedim-rossija-dlja-russkikh/id-pj26FI1y5L.html (решение Ленинского районного суда г. Костромы от 05.12.2017);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31.10.201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https://vk.com/video82262785_162264738 https://www.youtube.com/watch?v=5hXfFfhTJu0 http://mp3real.ru/video/5hXfFfhTJu0 http://portall.zp.ua/video/maksim-bazylev-o-soprotivlenii/id-5uKsSsuGWh0.html (решение Ленинского районного суда г. Костромы от 05.12.2017);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w:t>
            </w:r>
            <w:r w:rsidRPr="00041EDA">
              <w:rPr>
                <w:rFonts w:ascii="Times New Roman" w:eastAsia="MS Mincho" w:hAnsi="Times New Roman" w:cs="Times New Roman"/>
                <w:sz w:val="24"/>
                <w:szCs w:val="24"/>
                <w:lang w:val="en-US"/>
              </w:rPr>
              <w:lastRenderedPageBreak/>
              <w:t>%D0%BE%D1%80%D0%BE%D0%B2%D0%B8%D0%BA%D0%BE%D0%B2&amp;z=video-136607837_456239022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536.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Статья (публикация) под названием «Взгляд Национал-социалиста на 9 мая», текст которой начинается </w:t>
            </w:r>
            <w:r w:rsidRPr="00041EDA">
              <w:rPr>
                <w:rFonts w:ascii="Times New Roman" w:eastAsia="MS Mincho" w:hAnsi="Times New Roman" w:cs="Times New Roman"/>
                <w:sz w:val="24"/>
                <w:szCs w:val="24"/>
                <w:lang w:val="en-US"/>
              </w:rPr>
              <w:lastRenderedPageBreak/>
              <w:t>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31.</w:t>
            </w:r>
            <w:r w:rsidRPr="00041EDA">
              <w:rPr>
                <w:rFonts w:ascii="Times New Roman" w:eastAsia="MS Mincho" w:hAnsi="Times New Roman" w:cs="Times New Roman"/>
                <w:sz w:val="24"/>
                <w:szCs w:val="24"/>
                <w:lang w:val="en-US"/>
              </w:rPr>
              <w:lastRenderedPageBreak/>
              <w:t>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31.10.2018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Бадиуззаман Саид Нурси «Путь Сунны» (mega Basim Yayin San. Ve Tic.A.S.- 2010-224с.)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w:t>
            </w:r>
            <w:r w:rsidRPr="00041EDA">
              <w:rPr>
                <w:rFonts w:ascii="Times New Roman" w:eastAsia="MS Mincho" w:hAnsi="Times New Roman" w:cs="Times New Roman"/>
                <w:sz w:val="24"/>
                <w:szCs w:val="24"/>
                <w:lang w:val="en-US"/>
              </w:rPr>
              <w:lastRenderedPageBreak/>
              <w:t>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w:t>
            </w:r>
            <w:r w:rsidRPr="00041EDA">
              <w:rPr>
                <w:rFonts w:ascii="Times New Roman" w:eastAsia="MS Mincho" w:hAnsi="Times New Roman" w:cs="Times New Roman"/>
                <w:sz w:val="24"/>
                <w:szCs w:val="24"/>
                <w:lang w:val="en-US"/>
              </w:rPr>
              <w:lastRenderedPageBreak/>
              <w:t>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02.11.</w:t>
            </w:r>
            <w:r w:rsidRPr="00041EDA">
              <w:rPr>
                <w:rFonts w:ascii="Times New Roman" w:eastAsia="MS Mincho" w:hAnsi="Times New Roman" w:cs="Times New Roman"/>
                <w:sz w:val="24"/>
                <w:szCs w:val="24"/>
                <w:lang w:val="en-US"/>
              </w:rPr>
              <w:lastRenderedPageBreak/>
              <w:t>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Исключён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статьи Рубати Митсаевой «Чего непозволительного мы требуем?», размещенные на сайте информационно-телекоммуникационной сети «Интернет» www.chechenpress.org (решение Арзгирского районного суда Ставропольского края от 26.04.2011);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454</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Статья Крюкова С.В. «Русизм – праздник зла», размещенная в сети Интернет (решение Засвияжского районного суда г. Ульяновска от 18.10.2010);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Крюкова С.В. «Голоса совести в океане лжи», размещенная в сети Интернет (решение Засвияжского районного суда г. Ульяновска от 18.10.2010);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Крюкова С.В. «Униженные обречены», размещенная в сети Интернет (решение Засвияжского районного суда г. Ульяновска от 18.10.2010);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«Бабушка-скин).mp4» (решение Калининского районного суда города Чебоксары Чувашской Республики от 30.07.2014);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«Я не нацист….mp4» (решение Калининского районного суда города Чебоксары Чувашской Республики от 30.07.2014);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исполнителя Д.И.В. «Россия для русских», размещенный на Интернет-сайтах на страницах по адресам»: http://teksty-pesenok.ru/rus-div/tekst-pesni-rossiya-dlya-russkih/1784811/; http://www.jooov.net/tekst/1412813/div-rossia_dlya_russkih.htmls; http://webkind.rutext3981771_990224458p19451340 tekst_ pesni-rossiya-dlya-russkih. html (решение Центрального районного суда г. Барнаула Алтайского края от 06.11.2015);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ресурс http://www.nsdrn.org., размещенный в информационно-коммуникационной сети Интернет (решение Кировского районного суда г. Ярославля от 07.02.2014);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w:t>
            </w:r>
            <w:r w:rsidRPr="00041EDA">
              <w:rPr>
                <w:rFonts w:ascii="Times New Roman" w:eastAsia="MS Mincho" w:hAnsi="Times New Roman" w:cs="Times New Roman"/>
                <w:sz w:val="24"/>
                <w:szCs w:val="24"/>
                <w:lang w:val="en-US"/>
              </w:rPr>
              <w:lastRenderedPageBreak/>
              <w:t>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Книга «ФАЗА`ИЛ`АМАЛИ», авторы Шейхуль Хадис Муадана, Мухаммад Закария Кандехлеви, издательство г. Бишкек, 372с. (решение Центрального районного суда г. Красноярска от 20.04.2012);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w:t>
            </w:r>
            <w:r w:rsidRPr="00041EDA">
              <w:rPr>
                <w:rFonts w:ascii="Times New Roman" w:eastAsia="MS Mincho" w:hAnsi="Times New Roman" w:cs="Times New Roman"/>
                <w:sz w:val="24"/>
                <w:szCs w:val="24"/>
                <w:lang w:val="en-US"/>
              </w:rPr>
              <w:lastRenderedPageBreak/>
              <w:t>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в виртуальном сообществе (группе) «Россия для мусульман» на странице социальной сети «Вконтакте» http://vk.com/russia_dla_islam» (решение Калужского районного суда Калужской области от 30.05.2016);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«Код 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17.03.2016);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«1488»,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16.03.2016);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«УБИВАЙТЕ РУССКИХ» размещенный в социальной сети «В контакте» в сети Интернет, имеющие сетевой адрес www.vk.com/angriff» (решение Калужского районного суда Калужской области от 18.04.2015);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«Звон мечей», размещенный в социальной сети «Вконтакте» в сети «Интернет», имеющий сетевой адрес vk.com/id134733802» (решение Калужского районного суда Калужской области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 УБИВАЙТЕ РУССКИХ!сергей дудник», размещенный в сети Интернет, имеющие сетевой адрес www.vk.com/id4959105» (решение Калужского районного суда Калужской области от 12.04.2016);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http://com/idl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по Интернет – адресу: http://el-murid.livejournal.com/1596224.html (решение Губкинского районного суда Ямало-Ненецкого автономного округа от 14.04.2016);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с надписью «Смерть москалям», размещенное на Интернет – сайте: http://i.piccy.info/i9/b89c4f58d0b8f3bda12fe4d679d58b51/1420363092/40912 /851555/eto_sparta_31394061_orig_.jpg (решение Никулинского районного суда города Москвы от 19.04.2016);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w:t>
            </w:r>
            <w:r w:rsidRPr="00041EDA">
              <w:rPr>
                <w:rFonts w:ascii="Times New Roman" w:eastAsia="MS Mincho" w:hAnsi="Times New Roman" w:cs="Times New Roman"/>
                <w:sz w:val="24"/>
                <w:szCs w:val="24"/>
                <w:lang w:val="en-US"/>
              </w:rPr>
              <w:lastRenderedPageBreak/>
              <w:t>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Изображение с надписью «Я буду резать русню!!!», размещенное на Интернет – сайте https://il.ytimg.com/vi/G1R_KuwtflU/hqdefault.jpg (решение Никулинского районного суда города Москвы от </w:t>
            </w:r>
            <w:r w:rsidRPr="00041EDA">
              <w:rPr>
                <w:rFonts w:ascii="Times New Roman" w:eastAsia="MS Mincho" w:hAnsi="Times New Roman" w:cs="Times New Roman"/>
                <w:sz w:val="24"/>
                <w:szCs w:val="24"/>
                <w:lang w:val="en-US"/>
              </w:rPr>
              <w:lastRenderedPageBreak/>
              <w:t>19.04.2016);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02.11.</w:t>
            </w:r>
            <w:r w:rsidRPr="00041EDA">
              <w:rPr>
                <w:rFonts w:ascii="Times New Roman" w:eastAsia="MS Mincho" w:hAnsi="Times New Roman" w:cs="Times New Roman"/>
                <w:sz w:val="24"/>
                <w:szCs w:val="24"/>
                <w:lang w:val="en-US"/>
              </w:rPr>
              <w:lastRenderedPageBreak/>
              <w:t>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с надписью «смерть русским детям», размещенное на Интернет – сайте http://dlm6.meta.ua/pic/0/104/54/7g9Aw3xeti.jpg (решение Никулинского районного суда города Москвы от 19.04.2016);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457</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w:t>
            </w:r>
            <w:r w:rsidRPr="00041EDA">
              <w:rPr>
                <w:rFonts w:ascii="Times New Roman" w:eastAsia="MS Mincho" w:hAnsi="Times New Roman" w:cs="Times New Roman"/>
                <w:sz w:val="24"/>
                <w:szCs w:val="24"/>
                <w:lang w:val="en-US"/>
              </w:rPr>
              <w:lastRenderedPageBreak/>
              <w:t>Камышинского городского суда Волгоградской области от 28.08.2018);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02.11.201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«Meine Ehre Heisst Treue», взглянула на ребенка и на лице ее просияла улыбка» (решение Московского районного суда г. Нижнего Новгорода от 22.08.2018);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по интернет – адресу: http://uagolos.com/obraschenye-k-russkym-y-russkojazychnym-hrazhdanam-ukrayny-pravyj-sektor/ (решение Губкинского районного суда Ямало-Ненецкого автономного округа от 22.03.2016);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статьи Бориса Стомахина «Свободным будешь ты, Кавказ!», размещенный на сайте http://rko.marsho.net информационно-телекоммуникационной сети Интернет (решение Ленинского районного суда г. Ставрополя от 10.05.2012);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«Майдан № 1 (3/13) январь 2009 года (решение Кировского районного суда г. Уфы Республики Башкортостан от 20.07.2010);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«http://vk.com/id81750848» и «http://vk.com/id222692414» (решение Куйбышевского районного суда г. Новокузнецка от 26.06.2015);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видеофайл под названием «Sriny chistyat rodinu ot govna !!! fly», размещенного на странице Лихойды А.А. в социальной сети «ВКонтакте» на сайте http://vk.com/ video 156123982_163009043 (решение Центрального районного суда г. Воронежа от 09.02.2015);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«Программа Русского национального движения» (решение Правобережного районного суда г. Магнитогорска Челябинской области от 25.08.2010);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Видеоролики, размещенные на интернет- странице в социальной сети «В контакте», расположенной в международной компьютерной сети «Интернет» по адресу: WWW. vkontakte. Ru /id19499471 (решение Правобережного районного суда г. Магнитогорска Челябинской области от 17.11.2010);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и текст песни «Силы закона (destructors)» «criminal state»,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http://vk.com/id41903093; http://www.youtube.com/watch?v=9Jy7U5QqVis; https://myzuka.fm/Album/779171/Criminal-State-Motivi-Neugasaushei-Nenavisti-2011; http://domino-music.ru/?mp3=Criminal+State; http://musicalka.me/?mp3=Criminal+State, продолжительностью не менее 2 минут 23 секунд (решение Нижегородского районного суда г. Нижнего Новгорода от 26.03.2018);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«Имарат Кавказ Вилаят Дагестан. Обращение Хасавюртовского джамаата к жителям города. 1433-(2012)» (решение Ленинского районного суда г. Ставрополя от 29.01.2014);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«Юбилею Ферганской резни 1989г.» размещенный по электронному адресу: http://zapravdu.ru/content/view/222 (решение Останкинского районного суда города Москвы от 08.12.2014);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«Брунсвиг – белый отряд», размещенный в сети Интернет на персональной странице социальной сети «Вконтакте» «http://vk.com», под названием «Жека Николаев» (vk.com/id207989285) (решение Боровичского районного суда Новгородской области от 10.12.2014);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Видеоклип «Ах Бандеро!», размещенный на Интернет-странице по электронному адресу: http://www.yotube.com/watch?v=AIYJYrzeipl (решение Октябрьского районного суда г. Екатеринбурга Свердловской области от 09.09.2015);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458</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https://xmusik.me/s/53068459-DOROGIE_ROSSIYANE_-_Pro_ZHida/; http://mp3-</w:t>
            </w:r>
            <w:r w:rsidRPr="00041EDA">
              <w:rPr>
                <w:rFonts w:ascii="Times New Roman" w:eastAsia="MS Mincho" w:hAnsi="Times New Roman" w:cs="Times New Roman"/>
                <w:sz w:val="24"/>
                <w:szCs w:val="24"/>
                <w:lang w:val="en-US"/>
              </w:rPr>
              <w:lastRenderedPageBreak/>
              <w:t>pesnja.com/song/%DQ%B4%D0%BE%Dlo/o80%D0%BE%D0%B3% D0%B8%D0%B5+%D1%80%D0%BE%D1%81%D1%81%D0%B8%D1%8F%D0% BD%D0%B5+%D0%BF%D1%80%D0%BE+%D0%B6%D0%B8%D0%B4%D0%B0; https://petamusic.ru/?string=%C4%EE%F0%EE%E3%E8%E5%20%D0%EE%F 1%F1%E8%FF%ED%E5; http://poiskm.net/show/%D0%B4%D0%BE%D1%80%D0%BE%D0%B3%D0%В8%D0%B5-%D1%80%D0%BE%D1%81%D1%81%D0%B8%D1%8F%D0%BD%D0 %B5; https://my-hit.me/%D0%B4%D0%BE%Dl%80%D0%BE%D0%B3%DQ%B8% D0%B5-%D1%80%D0%BE%D1%81%D1%81%D0%B8%D1%8F%D0%BD%D0% B5; http://mp3vega.com/?string=%D0%94%D0%BE%D1%80%D0%BE%D0%B3% D0%B8%D0%B5+%D0%A0%D0%BE%D1%81%D1%81%D0%B8%D1%8F%D0% BD%D0%B5; http://www.vk.com/id145159256; http://www.vk.com/id133046581; http://www.vk.com/valirum (решение Октябрьского районного суда г. Архангельска от 27.06.2017);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09.11.201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 заглавием «ВВ. Квачков – В Кремле русских нет», размещенный в социальной сети «ВКонтакте» (http:/vk.com) информационно-телекоммуникационной сети Интернет на странице пользователя, созданной под именем «А.В. Коваль», имеющей сетевой адрес http://vk.com/id81775770 (решение Валдайского районного суда Новгородской области от 09.02.2015);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590.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продолжительностью 0 минут 27 секунд с заглавием «Чурки: «мы приехали в Москву порядок </w:t>
            </w:r>
            <w:r w:rsidRPr="00041EDA">
              <w:rPr>
                <w:rFonts w:ascii="Times New Roman" w:eastAsia="MS Mincho" w:hAnsi="Times New Roman" w:cs="Times New Roman"/>
                <w:sz w:val="24"/>
                <w:szCs w:val="24"/>
                <w:lang w:val="en-US"/>
              </w:rPr>
              <w:lastRenderedPageBreak/>
              <w:t>наводить» (решение Валдайского районного суда Новгородской области от 18.02.2015);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09.</w:t>
            </w:r>
            <w:r w:rsidRPr="00041EDA">
              <w:rPr>
                <w:rFonts w:ascii="Times New Roman" w:eastAsia="MS Mincho" w:hAnsi="Times New Roman" w:cs="Times New Roman"/>
                <w:sz w:val="24"/>
                <w:szCs w:val="24"/>
                <w:lang w:val="en-US"/>
              </w:rPr>
              <w:lastRenderedPageBreak/>
              <w:t>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Страница сайта http://www.vk.com/gulshatka_m4 (решение Калининского районного суда г. Тюмени от 11.04.2016);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 Dub Dervish - Проснись! (Abu Аli Qom Cover).mp3»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«Тимур Муцураев - 12000 муджахедов.mр3»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4596.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Исключен;</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4599.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«Аль-Ваъй» №229, изъятая в ходе обыска по месту жительства Файзуллина Ф.Р. (решение Советского районного суда г. Казани от 10.09.2010);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460</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Листовка «Вопросы-ответы», изъятая в ходе обыска по месту жительства Файзуллина Ф.Р. (решение Советского районного суда г. Казани от 10.09.2010);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16.11.201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«Вести славян юга России» № 1 (206) за февраль 2010 года (решение Крымского районного суда Краснодарского края от 25.06.2015);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http://www.liveinternet.ru/community/revinform/post144216027/ (решение Кировского районного суда г. Уфы Республики Башкортостан от 26.09.2011);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Интернет-ресурс сайт «RABIDSHARE Самые популярные теги» по электронному адресу информационно-телекоммуникационной сети Интернет http://rabidshare.info/ (решение Кировского районного суда г. Уфы Республики Башкортостан от 08.08.2011);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607.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Текстовые и видеоматериалы «Положения Джихада» в 4 частях: части 1, начинающейся словами «Скажи - это </w:t>
            </w:r>
            <w:r w:rsidRPr="00041EDA">
              <w:rPr>
                <w:rFonts w:ascii="Times New Roman" w:eastAsia="MS Mincho" w:hAnsi="Times New Roman" w:cs="Times New Roman"/>
                <w:sz w:val="24"/>
                <w:szCs w:val="24"/>
                <w:lang w:val="en-US"/>
              </w:rPr>
              <w:lastRenderedPageBreak/>
              <w:t>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http: //ok.ru/video/958858747; http://mediaislam.tv.googlepages.com/index5.htm, http://mediaislam.tv.googlepages.com/index3.htm, http://mediaislam.tv.googlepages. com/ahkamul-djihad-l.3.htm, http://mediaislam.tv.goodlepages.com/ahkamul-djihad_ 1.4.htm, https://vk.com/videos69214061?z=video69214061_155453985%2Fpl_6921406 1_-2, https://vk.com/videos69214061?z=videо69214061_155453775%2Fpl_69214061_ -2, https://vk.com/videos69214061?z=videо6921406l_155453777%2Fpl_69214061_-2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w:t>
            </w:r>
            <w:r w:rsidRPr="00041EDA">
              <w:rPr>
                <w:rFonts w:ascii="Times New Roman" w:eastAsia="MS Mincho" w:hAnsi="Times New Roman" w:cs="Times New Roman"/>
                <w:sz w:val="24"/>
                <w:szCs w:val="24"/>
                <w:lang w:val="en-US"/>
              </w:rPr>
              <w:lastRenderedPageBreak/>
              <w:t>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https://shurarb.ru/articles/abu-adel./chto-vybrat-obychnyy-islam-ili-sufizm/;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https://shurarb.ru/articles/obyazatelnye-i-zhelatelnye-uslovia-p/; «Принцип приверженности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https//shurarb.ru/articles/princip-priverzhetmosti-i-neprichastn/;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https://shurarb.ru/articles/tayna-</w:t>
            </w:r>
            <w:r w:rsidRPr="00041EDA">
              <w:rPr>
                <w:rFonts w:ascii="Times New Roman" w:eastAsia="MS Mincho" w:hAnsi="Times New Roman" w:cs="Times New Roman"/>
                <w:sz w:val="24"/>
                <w:szCs w:val="24"/>
                <w:lang w:val="en-US"/>
              </w:rPr>
              <w:lastRenderedPageBreak/>
              <w:t>dadzhalya-chast-l/;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https://shurarb.ru/articles/from-ell/sheikh-fauzan-o-tom-pochemu-stractayt-musu/;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https://shurarb.ru/qа/pochemu-nevernve-napravlyutsva-allakho/, за исключением сур, аятов и цитат из Корана, содержащихся в них (решение Кировского районного суда г. Уфы Республики Башкортостан от 15.06.2017);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https://www.youtube.com/watch?v=e894oDK_fXI (ссылка для прослушивания аудиозаписи); https://shami.biz/song/%D0%A5%D0%BE%D1%80%D0%A1%D0%A1+%D0%97%D0%В5%D0%ВС%D0%ВВ%D1%8F+%D0%90%D0%BC%D1%83%D1%80%D1%81%D0%BA%D0%B0%D1%8F.audio (ссылка для прослушивания и скачивания аудиозаписи); http://naitimp3.ru/search/?query=%D0%A5%D0%BE%D1%80%D0%A1%D0%A1%20%D0%97%D0%B5%D0%BC%D0%BB%D1%8F%20%D0%90%D0%BC%D1%83%D1%80%D1%81%D0%BA%D0%B0%D1%8F (ссылка для прослушивания и скачивания аудиозаписи); https://moosic/cc/mp3/%D0%A5%D0%BE%D1%80%D0%A1%D0%A1+%D0%97%D0%B5%D0%BC%DO%BC%DO%BB%D1%8F+%D0%90%D0%BC%D1%83%D1%80%D1%81%D0%BA%D0%B0%D1%8F (ссылка для прослушивания и скачивания аудиозаписи) (решение Центрального районного суда г. Хабаровска от 13.04.2018);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461</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w:t>
            </w:r>
            <w:r w:rsidRPr="00041EDA">
              <w:rPr>
                <w:rFonts w:ascii="Times New Roman" w:eastAsia="MS Mincho" w:hAnsi="Times New Roman" w:cs="Times New Roman"/>
                <w:sz w:val="24"/>
                <w:szCs w:val="24"/>
                <w:lang w:val="en-US"/>
              </w:rPr>
              <w:lastRenderedPageBreak/>
              <w:t>эти «Кремлевские Людоеды» в меньшей степени, чем те, которые сейчас смотрят на Россию», продолжительностью 1мин.54сек.), расположенные по электронным адресам: www.youtube.com/watch?v= BK9IiUDbBeA?,www.youtube.com/watch?v=WODERrCzTdg?, https://ok.ru/video/1026 9296005, https://www.youtube.com/watch?v =MwBzSKE9ycI, https://m.ok.ru/video/ 10269296005, https://www.youtube.com/watch?v=qynzQ_y3-DM, https://www.youtube. com/watch?v=WF4HeLA7cBw (решение Кировского районного суда г. Уфы Республики Башкортостан от 06.12.2017);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16.11.201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 – ресурс « Уфагубъ» http://www.ufagub.com (решение Кировского районного суда г. Уфы Республики Башкортостан от 01.09.2010);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https://refdb.ru/look/2792709.html, за исключением содержащихся в нем сур, аятов и цитат из Корана (решение Кировского районного суда г. Уфы Республики Башкортостан от 15.06.2017);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Видеофайлы - «Russia_88», «Russia_88 наше первое видео» и «Russia 88», размещенные Попелковским Е. А. в Интернет-сайте «www.vkontakte.ru» (заочное решение Солнцевского районного суда города Москвы от 15.07.2011);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Альфреда Розенберга «МИФ XX ВЕКА» (Харьков 2005 год) (решение Солнцевского районного суда города Москвы от 18.09.2012 и определение Солнцевского районного суда города Москвы от 21.02.2013);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615.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расположенный в сети «Интернет» по адресу: http://fanat1k.ru/blog-35674.php </w:t>
            </w:r>
            <w:r w:rsidRPr="00041EDA">
              <w:rPr>
                <w:rFonts w:ascii="Times New Roman" w:eastAsia="MS Mincho" w:hAnsi="Times New Roman" w:cs="Times New Roman"/>
                <w:sz w:val="24"/>
                <w:szCs w:val="24"/>
                <w:lang w:val="en-US"/>
              </w:rPr>
              <w:lastRenderedPageBreak/>
              <w:t>(решение Первомайского районного суда г. Краснодара от 21.05.2015);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w:t>
            </w:r>
            <w:r w:rsidRPr="00041EDA">
              <w:rPr>
                <w:rFonts w:ascii="Times New Roman" w:eastAsia="MS Mincho" w:hAnsi="Times New Roman" w:cs="Times New Roman"/>
                <w:sz w:val="24"/>
                <w:szCs w:val="24"/>
                <w:lang w:val="en-US"/>
              </w:rPr>
              <w:lastRenderedPageBreak/>
              <w:t>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Фотографии «фотография 4 из 25» (на которой 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группы «Коловрат» KOLOVRAT 07 – Skinhead song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(решение Вилючинского городского суда Камчатского края от 19.09.2018);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ролик «Ислам»,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ролик «Это сражение – сражение вероубеждений!», размещенный на странице Интернет сайта «В контакте» «Ильмир Баязитов» (vk/com/id38003422) продолжительностью 04 минуты 51 секунда (решение Ленинского районного суда г. Уфы Республики Башкортостан от 29.06.2016);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ролик «Отношение к иудеям...»,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462</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w:t>
            </w:r>
            <w:r w:rsidRPr="00041EDA">
              <w:rPr>
                <w:rFonts w:ascii="Times New Roman" w:eastAsia="MS Mincho" w:hAnsi="Times New Roman" w:cs="Times New Roman"/>
                <w:sz w:val="24"/>
                <w:szCs w:val="24"/>
                <w:lang w:val="en-US"/>
              </w:rPr>
              <w:lastRenderedPageBreak/>
              <w:t>(решение Ленинского районного суда г. Уфы Республики Башкортостан от 14.12.2015);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27.11.201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«Качества моджахеда», издательства Исламского института «Кавказ» (решение Вахитовского районного суда г. Казани от 05,03.2010);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«Вехи на пути Аллаха», автор Сейид Кутб (решение Вахитовекого районного суда г. Казани от 05.03.2010);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«Мусульмане очнитесь!», автор Абдулвадул Шалаби (решение Вахитовекого районного суда г. Казани от 05.03.2010);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«Неужели до сих пор есть тот, кто не ведает о сущности испорченной тиранской республиканской системы?!» (решение Вахитовекого районного суда г. Казани от 05.03.2010);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632.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Листовка «Халифат не сопоставим с опредлением «свобода» и «демократический Ислам»!» (решение </w:t>
            </w:r>
            <w:r w:rsidRPr="00041EDA">
              <w:rPr>
                <w:rFonts w:ascii="Times New Roman" w:eastAsia="MS Mincho" w:hAnsi="Times New Roman" w:cs="Times New Roman"/>
                <w:sz w:val="24"/>
                <w:szCs w:val="24"/>
                <w:lang w:val="en-US"/>
              </w:rPr>
              <w:lastRenderedPageBreak/>
              <w:t>Вахитовекого районного суда г. Казани от 05.03.2010);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w:t>
            </w:r>
            <w:r w:rsidRPr="00041EDA">
              <w:rPr>
                <w:rFonts w:ascii="Times New Roman" w:eastAsia="MS Mincho" w:hAnsi="Times New Roman" w:cs="Times New Roman"/>
                <w:sz w:val="24"/>
                <w:szCs w:val="24"/>
                <w:lang w:val="en-US"/>
              </w:rPr>
              <w:lastRenderedPageBreak/>
              <w:t>11.2018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Абу-ль-хасан али Надви «Что потерял мир по причине отхода мусульман от Ислама»/Пер. с английского. –М.:Издательский дом «Ансар», 2006-192с. (решение Артемовского городского суда Свердловской области от 30.06.2014);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«Ислам –религия единобожия» (Шакурова Мунира, Абуева Халима, Абуева Зайнаб), Мечеть «Рахман», Екатеринбург, на 32 стр. (решение Артемовского городского суда Свердловской области от 30.06.2014);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от 30.06.2014);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(решение Артемовского городского суда Свердловской области от 30.06.2014);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Салих ибн Фаузан аль-Фаузан «Книга Единобожия»/Переводчик З.И. Абу Абдуллах, редактор Мухаммад Абдуллах, Баку – 1998, 132с. (решение Артемовского городского суда Свердловской области от 30.06.2014);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Брюшюра Абу Али Аль-Мисри «Мурджииты и их основы», 430, 2009, 18 с. (решение Артемовского городского суда Свердловской области от 30.06.2014);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(решение Артемовского городского суда Свердловской области от 30.06.2014);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Имама ахлю ас-сунна Ахмада ибн Ханбаля «Да смилуется над ним Аллах 164-241 г.х. «Основы сунны»/ подготовил Абу Сухаммад Казахстани, Каир, 2006г., 76с. (решение Артемовского городского суда Свердловской области от 30.06.2014);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464</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Книга Шейха М.С. Аль-Мунаджжид «Слабость веры». – Казань: 2008, 112 с. (решение Артемовского городского суда Свердловской области от 30.06.2014);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(решение Артемовского городского суда Свердловской области от 30.06.2014);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размещенный по интернет-адресу: http://banderivec.ho.ua/index.php?page=pages/zmista/ zmista066 (решение Новоуренгойского городского суда Ямало-Ненецкого автономного округа от 16.05.2016);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Муслима Ахтямова «Исламский прорыв», размещенная в сети Интернет по сетевому адресу: http://vk.com/docs?oid=18665550 (решение Басманного районного суда города Москвы от 13.07.2015);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интернет-сообщества «DerAngriff!»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интернет-сообщества «DerAngriff!»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Бiблiотека украiнского нацiоналiста. Нацiонализм – основа майбутнього справедливого свiтопорядку. Львiв, 1993 (Библиотека украинского националиста. Национализм – основа будущего справедливого устройства мира. Львов, 1993) (решение Мещанского районного суда города Москвы от 24.09.2015);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Печатная продукция выпуски газеты «Нацiя i держава» - №1 (321) 12 сiчня 2010 року (12 января 2010 года); № 2 (322) 20 сiчня 2010 року (20 января 2010 года); №3 (323) 26 сiчня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квiтня 2010 року (6 апреля 2010 года); № 14 (334) 13 квiтня 2010 </w:t>
            </w:r>
            <w:r w:rsidRPr="00041EDA">
              <w:rPr>
                <w:rFonts w:ascii="Times New Roman" w:eastAsia="MS Mincho" w:hAnsi="Times New Roman" w:cs="Times New Roman"/>
                <w:sz w:val="24"/>
                <w:szCs w:val="24"/>
                <w:lang w:val="en-US"/>
              </w:rPr>
              <w:lastRenderedPageBreak/>
              <w:t>року (13 апреля 2010 года); № 16 (336) 27 квiтня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Данiльян О.Г., Дзьобань О.П., Панов М.I. Нацiональна безпека Украiни: сутнiсть, структура та напрямки реализацii: Навчальний посiбник. – Харкiв: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Липа Ю. Розподiл Росii. – Львiв Iнститут народознавства НАН Украiни, 1995. – 148С. (Раздел России) (решение Мещанского районного суда города Москвы от 24.09.2015);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w:t>
            </w:r>
            <w:r w:rsidRPr="00041EDA">
              <w:rPr>
                <w:rFonts w:ascii="Times New Roman" w:eastAsia="MS Mincho" w:hAnsi="Times New Roman" w:cs="Times New Roman"/>
                <w:sz w:val="24"/>
                <w:szCs w:val="24"/>
                <w:lang w:val="en-US"/>
              </w:rPr>
              <w:lastRenderedPageBreak/>
              <w:t>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Видеозапись под названием Spirit of 95 studio - SkinheadS/White Power» («Спирит оф 95 студио - СкинхедС/Уайт Пауэр») продолжительностью 04 минуты 11 секунд, обнаруженная в социальной сети «ВКонтакте» </w:t>
            </w:r>
            <w:r w:rsidRPr="00041EDA">
              <w:rPr>
                <w:rFonts w:ascii="Times New Roman" w:eastAsia="MS Mincho" w:hAnsi="Times New Roman" w:cs="Times New Roman"/>
                <w:sz w:val="24"/>
                <w:szCs w:val="24"/>
                <w:lang w:val="en-US"/>
              </w:rPr>
              <w:lastRenderedPageBreak/>
              <w:t>(http://vk.com)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05.12.</w:t>
            </w:r>
            <w:r w:rsidRPr="00041EDA">
              <w:rPr>
                <w:rFonts w:ascii="Times New Roman" w:eastAsia="MS Mincho" w:hAnsi="Times New Roman" w:cs="Times New Roman"/>
                <w:sz w:val="24"/>
                <w:szCs w:val="24"/>
                <w:lang w:val="en-US"/>
              </w:rPr>
              <w:lastRenderedPageBreak/>
              <w:t>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«Skinhead Girl» («Скинхед Герл») продолжительностью 02 минуты 03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«Skinheads» («Скинхеде») продолжительностью 04 минуты 26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«Skinheads» («Скинхеде») продолжительностью 03 минуты 01 секунда,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«Шмели - Moscow skinhead girl» («Шмели – Москоу скинхед герл»), продолжительностью 02 минуты 23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Авторханов А.Г. Империя Кремля. – М.: ДИКА-М, 2001 – 478 С. (решение Мещанского районного суда города Москвы от 24.09.2015);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«http://vk.com/den4ikmir, в разделе «Аудиозаписи» по электронному адресу: «http://vk.com/audios49363501»., размещенный в социальной сети «Вконтакте» пользователь которой указал имя Шашков Д.В.» (решение Кузьминского районного суда города Москвы от 25.08.2015);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в сети «Интернет» по адресу: http://videosme.ru/vilayat-dagestana-video.html (решение Новоуренгойского городского суда Ямало-Ненецкого автономного округа от 04.04.2016);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Боровик В. Пора перемагати. – Харкiв: Фолiо, 2006. – 382 С. (Время побеждать) (решение Мещанского районного суда города Москвы от 24.09.2015);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«1488», продолжительностью 09 минут 00 секунд, расположенный по адресу http://vk.com/video124936268_162013138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w:t>
            </w:r>
            <w:r w:rsidRPr="00041EDA">
              <w:rPr>
                <w:rFonts w:ascii="Times New Roman" w:eastAsia="MS Mincho" w:hAnsi="Times New Roman" w:cs="Times New Roman"/>
                <w:sz w:val="24"/>
                <w:szCs w:val="24"/>
                <w:lang w:val="en-US"/>
              </w:rPr>
              <w:lastRenderedPageBreak/>
              <w:t>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Печатный материал, оформленный в виде брошюры под названием «Последняя битва» (решение </w:t>
            </w:r>
            <w:r w:rsidRPr="00041EDA">
              <w:rPr>
                <w:rFonts w:ascii="Times New Roman" w:eastAsia="MS Mincho" w:hAnsi="Times New Roman" w:cs="Times New Roman"/>
                <w:sz w:val="24"/>
                <w:szCs w:val="24"/>
                <w:lang w:val="en-US"/>
              </w:rPr>
              <w:lastRenderedPageBreak/>
              <w:t>Тагилстроевского районного суда г. Нижнего Тагила Свердловской области от 23.04.2014);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05.12.</w:t>
            </w:r>
            <w:r w:rsidRPr="00041EDA">
              <w:rPr>
                <w:rFonts w:ascii="Times New Roman" w:eastAsia="MS Mincho" w:hAnsi="Times New Roman" w:cs="Times New Roman"/>
                <w:sz w:val="24"/>
                <w:szCs w:val="24"/>
                <w:lang w:val="en-US"/>
              </w:rPr>
              <w:lastRenderedPageBreak/>
              <w:t>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«Арслан Мирзаев. mp4» продолжительностью 9 мин. 14 сек. (URL- адрес: http://vk.com/video16166174_167546235,) (решение Кировского районного суда г. Екатеринбурга от 29.06.2015);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«Грязная ложь СМИ. mp4», продолжительностью 7 мин. 18 сек. (URL- адрес: http://vk.com/video16166174_168113676) (решение Кировского районного суда г. Екатеринбурга от 29.06.2015);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«Абу Умар Саситлинский- Испытание по уровню имана. mp4» продолжительностью 1 ч. 11 мин. 28 сек. (URL- адрес: http://vk.com/video16166174_168113676) (решение Кировского районного суда г. Екатеринбурга от 29.06.2015);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со следующим названием «Последний бой Амира СайфуЛлах Шишани РахимахуЛлах! Тюрьма Алеппо» (размещени11.03.2014 в 23-30 по URL – по адресу: http://vk.com\ video 173708710 167920346) (решение Октябрьского районного суда г. Екатеринбурга Свердловской области от 23.04.2015);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со следующим названием «Амир Сайфуллах Шишани До ШАХАДЫ» (размещен 10.03.2014 в 01-17 по URL - адресу: http://vk.com\ video 173708710 167898051) (решение Октябрьского районного суда г. Екатеринбурга Свердловской области от 23.04.2015);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«За что русские убивают свободу», размещенная на Интернет-странице по электронному адресу: http://chechenews.com/world-news/breaking/15224-1.html (решение Октябрьского районного суда г. Екатеринбурга Свердловской области от 06.05.2014);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на сайте http://vk.com/dasreichert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Бей жидов!» (решение Староминского районного суда Краснодарского края от 22.06.2015);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Интернет-страница пользователя социальной сети (электронный адрес - http://vk.com/id100901248) на сайте международной сети Интернет (www.vk.com),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размещенные в открытой группе под наименованием «Оккупай-Педофиляй!Белгород» (Интернет-адрес:http://vk.com/okkupay_belgorod) (решение Октябрьского районного суда города Белгорода от 29.01.2014);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«Дни без Халифата, слишком затянулись…» (решение Кировского районного суда г. Казани от 27.10.2010);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w:t>
            </w:r>
            <w:r w:rsidRPr="00041EDA">
              <w:rPr>
                <w:rFonts w:ascii="Times New Roman" w:eastAsia="MS Mincho" w:hAnsi="Times New Roman" w:cs="Times New Roman"/>
                <w:sz w:val="24"/>
                <w:szCs w:val="24"/>
                <w:lang w:val="en-US"/>
              </w:rPr>
              <w:lastRenderedPageBreak/>
              <w:t>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Листовка «Рискнул бы Папа римский опорочить Велики Ислам, если бы существовало исламское государство» </w:t>
            </w:r>
            <w:r w:rsidRPr="00041EDA">
              <w:rPr>
                <w:rFonts w:ascii="Times New Roman" w:eastAsia="MS Mincho" w:hAnsi="Times New Roman" w:cs="Times New Roman"/>
                <w:sz w:val="24"/>
                <w:szCs w:val="24"/>
                <w:lang w:val="en-US"/>
              </w:rPr>
              <w:lastRenderedPageBreak/>
              <w:t>– Праведный Халифат?» (решение Кировского районного суда г. Казани от 27.10.2010);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05.12.</w:t>
            </w:r>
            <w:r w:rsidRPr="00041EDA">
              <w:rPr>
                <w:rFonts w:ascii="Times New Roman" w:eastAsia="MS Mincho" w:hAnsi="Times New Roman" w:cs="Times New Roman"/>
                <w:sz w:val="24"/>
                <w:szCs w:val="24"/>
                <w:lang w:val="en-US"/>
              </w:rPr>
              <w:lastRenderedPageBreak/>
              <w:t>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«Не пора ли правителям, хотя бы один раз «постыдиться» за беспомощно оставленную ими Палестину?!...» (решение Кировского районного суда г. Казани от 27.10.2010);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«Последнее собрание!!» министров иностранных дел арабских государств» (решение Кировского районного суда г. Казани от 27.10.2010);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«Речь по случаю Рамадана» (решение Кировского районного суда г. Казани от 27.10.2010);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в форме Интернет-блога «Блог радикального русского националиста», размещенный в сети Интернет на Интернет-ресурсе http:/russkiy-kot.blogspot.com (решение Октябрьского районного суда г. Белгорода от 28.04.2014);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видеоролик под наименованием «Моджахеды Кабардино-Балкарии обращаются к ментам», размещенный по электронному адресу: http://www.youtube.com/watch?=bz3ZKazEpfl (решение Нальчикского городского суда Кабардино-Балкарской Республики от 09.04.2015);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изображение, размещенное на Интернет-сайте http://troll-face.ru/312039/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469</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 изображение на котором изображен портрет А.В. Турчинова, на фоне герба Украины, ниже имеется надпись «blood for the blood pastor» и справа от портрета имеется надпись: «Молитва украинского фашиста. Пастор наш небесный, да святится имя твое! Шоколадный фюрер, каратели, гауляйтеры, </w:t>
            </w:r>
            <w:r w:rsidRPr="00041EDA">
              <w:rPr>
                <w:rFonts w:ascii="Times New Roman" w:eastAsia="MS Mincho" w:hAnsi="Times New Roman" w:cs="Times New Roman"/>
                <w:sz w:val="24"/>
                <w:szCs w:val="24"/>
                <w:lang w:val="en-US"/>
              </w:rPr>
              <w:lastRenderedPageBreak/>
              <w:t>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http://joyreactor.ee/search/%25D0%25BA%25Dl% 2580%25D0%25BE%25D0%25B2%25d0%25B0%25D0%25B2%2SD1%258B%25D0%25B9%2B%25D0%25BF% 25D0%B0%25D 1 %25 81 %25D0%25BE%25D1%2580/10 (решение Никулинского районного суда города Москвы от 27.07.2015);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05.12.201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видеозапись «Казнь христиан. Execution of Christian in Syria. June 21,2013», размещенный на Интернет-сайте по адресу: http://www.youtube.com/watch?v=nRUDG3rH924&amp;oref=http%3A%2F%2Fwww.youtube.com%2Fwatch%3Fv%3DnRUDG3rH924&amp;has_verified=l&amp;bpctr=1432122113 (решение Никулинского районного суда города Москвы от 27.07.2015);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http://muslim-site.livejornal.com/259346.html (решение Нальчикского городского суда Кабардино-Балкарской Республики от 20.01.2014);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«Алий Пщыгъуэтыж: «Гъуэгум я нэхъ Iийр Гъуащэныгъэр къыхэзырыххэр» («Худший путь. Заблудшие»),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4698.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видеоролик под наименованием «Последняя битва Благородных», размещенный по электронному адресу: http://www.youtube.com/watch?v=MwzCwQeOpZ4 (решение Нальчикского городского суда Кабардино-Балкарской Республики от 09.04.2015);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4699.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«www. islamdin.com» (решение Нальчикского городского суда Кабардино-Балкарской Республики от 22.04.2011);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www.sodiqlar.info (решение Нальчикского городского суда Кабардино-Балкарской Республики от 24.02.2015);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страницы группы социальной сети Интернет «ВКонтакте», размещенной по электронному адресу: http://vk.com/club67911675 (решение Нальчикского городского суда Кабардино-Балкарской Республики от 15.04.2015);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470</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 аудиофайл песня «Расист», обнаруженный в ходе мониторинга глобальной телекоммуникационной сети Интернет на сайте «http://vk.com/idl53056430» под псевдонимом «Женя </w:t>
            </w:r>
            <w:r w:rsidRPr="00041EDA">
              <w:rPr>
                <w:rFonts w:ascii="Times New Roman" w:eastAsia="MS Mincho" w:hAnsi="Times New Roman" w:cs="Times New Roman"/>
                <w:sz w:val="24"/>
                <w:szCs w:val="24"/>
                <w:lang w:val="en-US"/>
              </w:rPr>
              <w:lastRenderedPageBreak/>
              <w:t>Диверсант» (решение Артемовского городского суда Свердловской области от 03.07.2013);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05.12.201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http://muslim-site.livejornal.com/249843.html (решение Нальчикского городского суда Кабардино-Балкарской Республики от 20.01.2014);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видеообращение неустановленных лиц и жителя Кабардино-Балкарской Республики Локьяева Х.Д. под наименованием «Nastavlenie_mudzhahidov_avgust_2010-2»,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«Год, не прожитый напрасно» (решение Самарского районного суда г. Самары от 09.08.2011);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«Плата за прекраснодушие» (решение Самарского районного суда г. Самары от 09.08.2011);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«Никто не хотел умирать» (решение Самарского районного суда г. Самары от 09.08.2011);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«Ты ведь этого ждал» (решение Самарского районного суда г. Самары от 09.08.2011);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«Из-под глыб» (решение Самарского районного суда г. Самары от 09.08.2011);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«Коренной вопрос» (решение Самарского районного суда г. Самары от 09.08.2011);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«Нельзя быть такими настырными» (решение Самарского районного суда г. Самары от 09.08.2011);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«Путин должен уйти, но оранжевые прийти не должны» (решение Самарского районного суда г. Самары от 09.08.2011);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471</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Информационный материал - статья «Копая могилу другому…» (решение Самарского районного суда г. Самары от 09.08.2011);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«На следующий год - в кремле» (новогоднее…)» (решение Самарского районного суда г. Самары от 09.08.2011);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Что они ввели мне под кожу?» (решение Самарского районного суда г. Самары от 09.08.2011);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все было иначе…» (решение Самарского районного суда г. Самары от 09.08.2011);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«Биробиджанский выбор» (решение Самарского районного суда г. Самары от 09.08.2011);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«Утомление холокостом» (решение Самарского районного суда г. Самары от 09.08.2011);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720.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 статья «Без чести и славы изгои «Невидимого фронта» (решение Самарского </w:t>
            </w:r>
            <w:r w:rsidRPr="00041EDA">
              <w:rPr>
                <w:rFonts w:ascii="Times New Roman" w:eastAsia="MS Mincho" w:hAnsi="Times New Roman" w:cs="Times New Roman"/>
                <w:sz w:val="24"/>
                <w:szCs w:val="24"/>
                <w:lang w:val="en-US"/>
              </w:rPr>
              <w:lastRenderedPageBreak/>
              <w:t>районного суда г. Самары от 09.08.2011);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05.</w:t>
            </w:r>
            <w:r w:rsidRPr="00041EDA">
              <w:rPr>
                <w:rFonts w:ascii="Times New Roman" w:eastAsia="MS Mincho" w:hAnsi="Times New Roman" w:cs="Times New Roman"/>
                <w:sz w:val="24"/>
                <w:szCs w:val="24"/>
                <w:lang w:val="en-US"/>
              </w:rPr>
              <w:lastRenderedPageBreak/>
              <w:t>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«Французский марш» (решение Самарского районного суда г. Самары от 09.08.2011);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«После Кондопоги» Спецназ России № 4 (127) апреля 2007 года, размещенный на Интернет-сайте http://www.specnaz.ru/ article/?1069 (решение Никулинского районного суда города Москвы от 20.07.2015);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«После Кондопоги» Спецназ России № 6 (141) июнь 2008 года, размещенный на Интернет-сайте http://www.specnaz.ru/ article/?1287 (решение Никулинского районного суда города Москвы от 20.07.2015);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«После Кондопоги» Спецназ России № 6 (129) июнь 2007 года, размещенный на Интернет-сайте http://www.specnaz.ru/ article/71100 (решение Никулинского районного суда города Москвы от 20.07.2015);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«Алий Пщыгъуэтыж: «Хэт дызэдэIуэн хуейр», («Кого должны слушать»),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«Автономный Русский Марш в Новосибирске»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«Русский марш 2011 Москва (общественное мнение)»,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«Русские националисты»,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473</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Материалы интернет сайта www.poiskpravdy.com (решение Сургутского городского суда Ханты-Мансийского автономного округа – Югры от 26.01.2015);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размещенная сети Интернет (Интернет-ресурс с URL –адресом http://vk.com/topic-20680857_24098677 (решение Сургутского городского суда Ханты-Мансийского автономного округа – Югры от 01.04.2015);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«А.С.А.В.»,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«На беспредел ответим бесприделом. Вайна так вайна»,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«Как чурки обращаются с русскими девушками!»,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«Чечня XXI век. …нецензурная брань…– антифашистским смотреть обязательно!»,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737.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Видеофайл «Дуа Шейха Мухаммада аль-Мухсиний), расположенный в сети Интернет на сайте «vkontakte.ru» на </w:t>
            </w:r>
            <w:r w:rsidRPr="00041EDA">
              <w:rPr>
                <w:rFonts w:ascii="Times New Roman" w:eastAsia="MS Mincho" w:hAnsi="Times New Roman" w:cs="Times New Roman"/>
                <w:sz w:val="24"/>
                <w:szCs w:val="24"/>
                <w:lang w:val="en-US"/>
              </w:rPr>
              <w:lastRenderedPageBreak/>
              <w:t>странице http://vk.com/id17075590 (решение Нижневартовского городского суда Ханты-Мансийского автономного округа – Югры от 09.08.2012);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07.</w:t>
            </w:r>
            <w:r w:rsidRPr="00041EDA">
              <w:rPr>
                <w:rFonts w:ascii="Times New Roman" w:eastAsia="MS Mincho" w:hAnsi="Times New Roman" w:cs="Times New Roman"/>
                <w:sz w:val="24"/>
                <w:szCs w:val="24"/>
                <w:lang w:val="en-US"/>
              </w:rPr>
              <w:lastRenderedPageBreak/>
              <w:t>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Фотоматериалы, размещенные в сети «Интернет» на сайте «vkontakte.ru» на странице http://vk.com/albums-3966396, и на сайте «Русский марш» на странице http://rmarsh.info/category/fotoreportazhi (решение Нижневартовского городского суда Ханты-Мансийского автономного округа – Югры от 16.12.2014);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размещенные на персональной странице Новоженина О.Ю. социальной сети «В контакте», с индивидуализированным адресом http://vk.com/id109508250, на сайте: www.vk.com, а также размещенных в группе «Misanthropic division Siberia» в социальной сети «В контакте» с индивидуализированным адресом: http://vk.com/md_siberia, на сайте: www.vk.com (решение Сургутского городского суда Ханты-Мансийского автономного округа – Югры от 31.08.2015);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 видеофайл, фотографии и текст, расположенные в сети «Интернет» на сайте «vkontakte.ru» по адресу: http://vkontakte.ru/id46177005 (решение Нижневартовского городского суда Ханты-Мансийского автономного округа – Югры от 01.03.2012);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Видеообращение лидера РОО «Совесть» Аюпова Р.Н., размещенного на интернет-сайте http://vk.com/osurgut (решение Сургутского городского суда Ханты-Мансийского автономного округа-Югры от 19.02.2016);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474</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Видеоролик под названием «Автономы: Как сделать трафарет»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для всеобщего обозрения в сети «Internet» на интернет - странице социальной сети «Vkontakte», под названием «День крещения Руси 2012-Интернет – акция», с индивидуальным адресом http://vk/com/event39269377 на сайте «www.vkontakte.ru», с IP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для всеобщего обозрения в сети «Internet» на интернет - странице социальной сети «Vkontakte», с индивидуальным адресом http:// vkontakte.ru/id7662348, на сайте «www.vkontakte.ru», с IP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размещенный для всеобщего обозрения в сети «Internet» на интернет - странице социальной сети «Vkontakte», в разделе «Фотоальбомы» с индивидуальным адресом http:// vk.com/id162483176 на сайте «www.vk.ru», с IP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«Запрещенный ролик, года молодежи в России для всех русских!», размещенный Кожевниковым В.С. на Интернет – странице по адресу http:/vkontakte.ru/id51137692 в социальной сети «WWW. VKONTAKTE. RU» (решение Сургутского районного суда Ханты-Мансийского автономного округа – Югры от 01.11.2012);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747.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 файл «Гнев мусульман Нижневартовска на невинность мусульман», размещенный в сети «Интернет» на </w:t>
            </w:r>
            <w:r w:rsidRPr="00041EDA">
              <w:rPr>
                <w:rFonts w:ascii="Times New Roman" w:eastAsia="MS Mincho" w:hAnsi="Times New Roman" w:cs="Times New Roman"/>
                <w:sz w:val="24"/>
                <w:szCs w:val="24"/>
                <w:lang w:val="en-US"/>
              </w:rPr>
              <w:lastRenderedPageBreak/>
              <w:t>сайте http://www.yotube.com (решение Нижневартовского городского суда Ханты-Мансийского автономного округа – Югры от 25.01.2013);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07.</w:t>
            </w:r>
            <w:r w:rsidRPr="00041EDA">
              <w:rPr>
                <w:rFonts w:ascii="Times New Roman" w:eastAsia="MS Mincho" w:hAnsi="Times New Roman" w:cs="Times New Roman"/>
                <w:sz w:val="24"/>
                <w:szCs w:val="24"/>
                <w:lang w:val="en-US"/>
              </w:rPr>
              <w:lastRenderedPageBreak/>
              <w:t>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«Предателям» продолжительностью 3 минуты 42 секунды, размещенный Агахановым И.И. на интернет - странице по адресу http:/vkontakte.m/ id28816168 в социальной сети «www.Vkontakte.ru (решение Пыть-Яхского городского суда Ханты-Мансийского автономного округа – Югры от 15.10.2013);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файл «мухаммад хассан «кто такие террористы и экстремисты ?»,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файл «Мухаммад аргунский!»,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файл «маленький проповедник джихада (проповедник аммар)»),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 видеофайла «Таухид. Причины войны с исламом. Шейх Аль-Хувейни», размещенный в сети «Интернет» на сайте «vkontakte.ru» на странице http//vk.com id155522471 (решение Нижневартовского городского суда Ханты-Мансийского автономного округа – Югры от 30.09.2014);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файл: «Беспрецедентные аресты мусульман»,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 id102429675 (решение Нижневартовского городского суда Ханты-Мансийского автономного округа – Югры от 25.07.2013);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файл: «Пощечина тем, кто призывает мусульман обратиться в ООН»,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http://vk.com/id102429675 (решение Нижневартовского городского суда Ханты-Мансийского автономного округа – Югры от 25.07.2013);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файл: «В ЧЕЧНЕ»»,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файл: «Важность святости крови мусульман»,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файл: «Аль Маут»,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758.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 файл: «о джихаде», размещенный в сети Интернет на сайте «vkontakte.ru» по странице: </w:t>
            </w:r>
            <w:r w:rsidRPr="00041EDA">
              <w:rPr>
                <w:rFonts w:ascii="Times New Roman" w:eastAsia="MS Mincho" w:hAnsi="Times New Roman" w:cs="Times New Roman"/>
                <w:sz w:val="24"/>
                <w:szCs w:val="24"/>
                <w:lang w:val="en-US"/>
              </w:rPr>
              <w:lastRenderedPageBreak/>
              <w:t>http://vk.comid95249517 (решение Нижневартовского городского суда Ханты-Мансийского автономного округа – Югры от 24.09.2013);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w:t>
            </w:r>
            <w:r w:rsidRPr="00041EDA">
              <w:rPr>
                <w:rFonts w:ascii="Times New Roman" w:eastAsia="MS Mincho" w:hAnsi="Times New Roman" w:cs="Times New Roman"/>
                <w:sz w:val="24"/>
                <w:szCs w:val="24"/>
                <w:lang w:val="en-US"/>
              </w:rPr>
              <w:lastRenderedPageBreak/>
              <w:t>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файл: «Азербайджанец против Русских»,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видеофайла, расположенного в сети интернет сайта www.vk.com «В контакте» на странице пользователя http:// vk.com/id58024944,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видеофайла, расположенного в сети интернет сайта www.vk.com «В контакте» на странице пользователя http:// vk.com/id58024944,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Материалы видеофайла, расположенного в сети интернет сайта www.vk.com «В контакте» на странице пользователя http:// vk.com/id58024944,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Листовка от имени «Национально-Державной Партии России (НДПР)» (решение Курского районного суда Курской области от 13.03.2009);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Страница, созданная неустановленными лицами по адресу: «ww.vd.ad» (решение Октябрьского районного суда г. Ростова-на-Дону от 26.10.2015);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476</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Песня группы «BASH'ka» под названием «А.С.А.В.», формат записи mp3, продолжительностью 1 минута 59 секунд, объем 3 781 КБ, начинающаяся со слов: «Ты с пацанами бухаешь в подъезде…» и заканчивающаяся </w:t>
            </w:r>
            <w:r w:rsidRPr="00041EDA">
              <w:rPr>
                <w:rFonts w:ascii="Times New Roman" w:eastAsia="MS Mincho" w:hAnsi="Times New Roman" w:cs="Times New Roman"/>
                <w:sz w:val="24"/>
                <w:szCs w:val="24"/>
                <w:lang w:val="en-US"/>
              </w:rPr>
              <w:lastRenderedPageBreak/>
              <w:t>словами «…мусора ублюдки» (решение Первореченского районного суда г. Владивостока от 27.09.2018);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21.12.201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Песня группы «BASH'ka» под названием «Ботинками», формат записи mp3,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Размещенные в сети Интернет, в том числе на веб сервисе сайта «vk.com» аудиозаписи под наименованием «Вандал - Антифашист» (18 аудиозаписей) длительностью от 00 минут 53 секунды до 04 минут 00 секунд, «Вандал - 12 - Антифашист - Fuck off» длительностью 02 минуты 15 секунд, «ВАНДАЛ «Антифашист» » длительностью 01 минуту 34 секунды, «Вандал -Антифашист - Fuck off»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FUCK OFF» длительностью 02 минуты 15 секунд, «ВАНДАЛ - Антифашист - Fuc» длительностью 02 минуты 15 секунд, «Бритоголовые идут - Вандал – Антифашист – Fuck off»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http://vkontakte.ru/app 1841357» длительностью 01 минуту 46 секунд, «ВАНДАЛ - Антифашист FUCK OFF!» длительностью 01 минуту 46 секунд, «Вандал - Антифашист Fuck off» длительностью 01 минуту 46 секунд, «ВАНДАЛ – Антифашист - Fuck off» длительностью 02 минуты 17 секунд, «Вандал - Антифашист fuck off» длительностью 01 минуту 45 секунд, «Вандал Ублюдок Антифашист» длительностью 01 минуту 46 секунд, «Вандал [http://muz-vk.ru] - -Антифашист- Для загрузки воспользуйтесь ссылкой - http://muz-vk.ru/?audio_name=Вандал» длительностью 01 минуту 45 секунд, «Вандал [http://muz-vk.ru] - </w:t>
            </w:r>
            <w:r w:rsidRPr="00041EDA">
              <w:rPr>
                <w:rFonts w:ascii="Times New Roman" w:eastAsia="MS Mincho" w:hAnsi="Times New Roman" w:cs="Times New Roman"/>
                <w:sz w:val="24"/>
                <w:szCs w:val="24"/>
                <w:lang w:val="en-US"/>
              </w:rPr>
              <w:lastRenderedPageBreak/>
              <w:t>Антифашист Для загрузки воспользуйтесь ссылкой - http://muz-vk.ru/?audio_name=Вандал» длительностью 02 минуты 15 секунд, «Вандал [http://muz-vk.ru] – Антифашист - Fuck Off Для загрузки воспользуйтесь ссылкой - http://muz-vk.ru/? audio_name=Вандал» длительностью 01 минуту 42 секунды, «Вандал – АнтифашистРиск off (неполная)» длительностью 01 минуту 42 секунды, «Вандал [http://muz-vk.ru] - Антифашист - Fuck off Для загрузки воспользуйтесь ссылкой - http://muz-vk.ru/?audio_name=Вандал» длительностью 02 минуты 09 секунд, «Бр идут - Вандал – Антифашист Fuck off» длительностью 02 минуты 16 секунд, «Неизвестен - Вандал - Антифашист» длительностью 02 минуты 15 секунд, «Секира Перуна - Антифашист - Fuck off»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fuck off! (повторяется три раза)»; (решение Благовещенского городского суда Амурской области от 05.10.2018);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сети Интернет, в том числе на веб сервисе сайта «vk.com» аудиозаписи «Nordfront - Hu-Ha, Antifa» длительностью 03 минуты 34 секунды, 01 минуту 55 секунд, «Nordfront - Hu-Ha, Antifa3» длительностью 03 минуты 34 секунды, «Nordfront SS - Hu-Ha, Antifa» длительностью 03 минуты 31 секунду, «Nordfront - 14-Hи-Ha!» длительностью 03 минуты 34 секунды, «Nordfront - Hu-Ha (Chingishan)» длительностью 01 минуту 55 секунд, «Nordfront - Hu-Ha ontifa» длительностью 01 минуту 55 секунд, «Nordfront – Hu-Ha!» длительностью 03 минуты 17 секунд, начинающихся словами: «Ich werde es nicht zulassen, dass wir uns der…», заканчивающихся словами «…Und dann bist du bald schon nicht mehr da… HuHa» (решение Благовещенского городского суда Амурской области от 05.10.2018);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Размещенные в сети Интернет, в том числе на веб сервисе сайта «vk.com»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w:t>
            </w:r>
            <w:r w:rsidRPr="00041EDA">
              <w:rPr>
                <w:rFonts w:ascii="Times New Roman" w:eastAsia="MS Mincho" w:hAnsi="Times New Roman" w:cs="Times New Roman"/>
                <w:sz w:val="24"/>
                <w:szCs w:val="24"/>
                <w:lang w:val="en-US"/>
              </w:rPr>
              <w:lastRenderedPageBreak/>
              <w:t>Благовещенского городского суда Амурской области от 05.10.2018);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Размещенная в сети Интернет, в том числе на веб сервисе сайта «vk.com»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«CWT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(текст) «Тонкий мир» (решение Ломоносовского районного суда Ленинградской области от 18.05.2017);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(текст) «Библейский обман-Начало» (решение Ломоносовского районного суда Ленинградской области от 18.05.2017);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(текст) «Общее 2 (рабство)» (решение Ломоносовского районного суда Ленинградской области от 18.05.2017);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(текст) «Общее 2 (ред.)» (решение Ломоносовского районного суда Ленинградской области от 18.05.2017);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«ответ русских на террор и геноцид оккупационного режима», размещенный на интернет-ресурсе http://ehonavi.livejournal.com (решение Курганского городского суда Курганской области от 22.12.2014 и определение Курганского городского суда Курганской области от 19.02.2015);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«Коловрат – Расовая ненависть», размещенная в сети Интернет на интернет-странице в социальной сети «ВКонтакте» htpp://vk.com/audios282948229 (решение Всеволожского городского суда Ленинградской области от 21.04.2016);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478</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Листовка «Умных много – смелых мало» (решение Центрального районного суда г. Новокузнецка Кемеровской области от 26.05.2011);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Аудиовизуальный материал под названием «Белый Город», (адрес: http//vkontakte.ru/video71682326_147557535) (решение Центрального районного суда г. Новокузнецка Кемеровской области от 11.11.2010);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791.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Фильм «Тоска по Сталину» из цикла «Вождь Советского Союза» (решение Центрального районного суда г. </w:t>
            </w:r>
            <w:r w:rsidRPr="00041EDA">
              <w:rPr>
                <w:rFonts w:ascii="Times New Roman" w:eastAsia="MS Mincho" w:hAnsi="Times New Roman" w:cs="Times New Roman"/>
                <w:sz w:val="24"/>
                <w:szCs w:val="24"/>
                <w:lang w:val="en-US"/>
              </w:rPr>
              <w:lastRenderedPageBreak/>
              <w:t>Новокузнецка Кемеровской области от 05.08.2010).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w:t>
            </w:r>
            <w:r w:rsidRPr="00041EDA">
              <w:rPr>
                <w:rFonts w:ascii="Times New Roman" w:eastAsia="MS Mincho" w:hAnsi="Times New Roman" w:cs="Times New Roman"/>
                <w:sz w:val="24"/>
                <w:szCs w:val="24"/>
                <w:lang w:val="en-US"/>
              </w:rPr>
              <w:lastRenderedPageBreak/>
              <w:t>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сети Интернет, в том числе на веб сервисе сайта «vk.com»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(feat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http://vkontakte.ru/appl841357», длительностью 03 минуты 36 секунд, «Флава – Такая мука (п.у. Рома Сит)», длительностью 03 минуты 36 секунд, начинающаяся словами: «CMC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Размещенные в сети Интернет, в том числе на веб сервисе сайта «vk.com»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(Live Архангельск 26.09.2009)», длительностью 04 минуты 13 секунд, «Хук Справа - Генерал Ермолов -», длительностью 03 минуты 22 секунды, «Хук Справа – d Генерал Ермолов d -», длительностью 03 мину 22 секунды, «Хук Справа – Генерал Ермолов (Live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w:t>
            </w:r>
            <w:r w:rsidRPr="00041EDA">
              <w:rPr>
                <w:rFonts w:ascii="Times New Roman" w:eastAsia="MS Mincho" w:hAnsi="Times New Roman" w:cs="Times New Roman"/>
                <w:sz w:val="24"/>
                <w:szCs w:val="24"/>
                <w:lang w:val="en-US"/>
              </w:rPr>
              <w:lastRenderedPageBreak/>
              <w:t>24.09.2018);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сети Интернет, в том числе на веб сервисе сайта «vk.com»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сети Интернет, в том числе на веб сервисе сайта «vk.com» аудиозаписи «Apraxia - Russia, WakeUp!» длительностью 05 минут 12 секунд, «Apraxia –Русь, проснись!» длительностью от 04 минуты 44 секунды до 05 минут 12 секунд, Apraxia – 14-Русь, проснись!» длительностью 05 минут 10 секунд, «APRAXIA – «Русь, проснись!» длительностью 05 минут 10 секунд, «Apraxia/Молат – Русь, Проснись!» длительностью 05 минут 10 секунд, «apraxia – Русь проснись!!!» длительностью 05 минут 12 секунд, Apraxia &amp; Молот – Русь, Проснись!» длительностью 05 минут 12 секунд, «Apraxia – Русь, проснись! (BL)» длительностью 05 минут 09 секунд, «Молот – Русь,проснись!» длительностью 04 минуты 44 секунды, «Apraxia Molot – Вставай, Священная Русь!» длительностью 05 минут 11 секунд, «Apraxia Tribute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(решение Благовещенского городского суда Амурской области от 24.09.2018);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Размещенные в сети Интернет, в том числе на веб сервисе сайта «vk.com» аудиозаписи «Kiborg - Ресурс» длительностью от 02 минуты 38 секунд до 04 минуты 41 секунду, «KiBorG – Lebensdauer/Pecypc» длительностью 02 минуты 40 секунд, «Киборг - Ресурс» длительностью 02 минуты 40 секунд, «Kiborg – Ресурс v.2» длительностью 07 минут 26 секунд, Kiborg – Ресурс (ремастеринг альбома «Лжегуманизм») 2008-2009» длительностью 02 минуты 40 секунд, «Kiborg – Ресурс (False-humanism-Лжегуманизм 2007)» длительностью 02 минуты 40 секунд, «The Kiborg – Ресурс» длительностью 02 минуты 40 секунд, «Kiborg – Ресурс (Лжегуманизм 2007)» длительностью 02 минуты 40 секунд, «Киборг vs turist – Ресурс (trance remix)»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w:t>
            </w:r>
            <w:r w:rsidRPr="00041EDA">
              <w:rPr>
                <w:rFonts w:ascii="Times New Roman" w:eastAsia="MS Mincho" w:hAnsi="Times New Roman" w:cs="Times New Roman"/>
                <w:sz w:val="24"/>
                <w:szCs w:val="24"/>
                <w:lang w:val="en-US"/>
              </w:rPr>
              <w:lastRenderedPageBreak/>
              <w:t>пространство.» (решение Благовещенского городского суда Амурской области от 24.09.2018);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4797.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сети Интернет, в том числе на веб сервисе сайта «vk.com»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The Fate Of My Race» длительностью 04 минуты 06 секунд, «Вандал – Судьба» длительностью 04 минуты 06 секунд, «Вандал[http://muz-vk.ru] – Судьба Моей Расы Судьба Моей Расы Для загрузки воспользуйтесь ссылкой - http://muz-vk.ru/?audio_name=Вандал» длительностью 04 минуты 06 секунд, «Вандал – 08 – Судьба Моей Расы» длительностью 04 минуты 06 секунд, Вандал[http://muz-vk.ru] – Судьба Моей Расы Для загрузки воспользуйтесь ссылкой - http://muz-vk.ru/?audio_name=Вандал»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сети Интернет, в том числе на веб сервисе сайта «vk.com» аудиозаписи «T.N.F – Славянин» длительностью 05 минут 20 секунд, «T.N.F – Славянин (2003 Во имя павших героев)» длительностью 05 минут 20 секунд, «T.N.F. - Славянин» длительностью от 03 минут 37 секунд до 05 минут 22 секунд, «Неизвестен - T.N.F. - Славянин» длительностью от 05 минут 17 секунд до 05 минут 20 секунд, «T.N.F. – Славянин (Slav)» длительностью 05 минут 10 секунд, «T.N.F-СЛАВЯНИН – Track 8» длительностью 05 минут 20 секунд, «T.N.F.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4799.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https://bod-mod.ru/prismo-fyureru-41467; https://vk.com/topic-392931_24478424; https:/rusfalanger. livejournal.com/6951.html; https://brusilov-14.livrjournal.com/303008.html; https://hitlerolog.livegournal.com/239699.html, http://blog.i.ua/user/2151380/1312374/, https://judengegner.livejournal.com/28000/html, </w:t>
            </w:r>
            <w:r w:rsidRPr="00041EDA">
              <w:rPr>
                <w:rFonts w:ascii="Times New Roman" w:eastAsia="MS Mincho" w:hAnsi="Times New Roman" w:cs="Times New Roman"/>
                <w:sz w:val="24"/>
                <w:szCs w:val="24"/>
                <w:lang w:val="en-US"/>
              </w:rPr>
              <w:lastRenderedPageBreak/>
              <w:t>http://www.stihi.ru/2013/05/09/5385, https://grigoruk.livejournal.com/429607.html, https://www.gametracker.com/clan/ iodzone.de/forum.php?post=300333; http://www.diary.ru~chuh/p115644500.htm?oam; https://white-reader.livejournal.com/; https://vk.com/public153320036?w=wall-153320036_42 (решение Первомайского районного суда г. Кирова от 15.10.2018).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«Русские + Армяне против Исламизации России», размещенная на интернет сайте http: //www.youtube.com/ watch?v=emCZSg Nhc-Y) (решение Заводского районного суда г. Грозного от 17.02.2015);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3 минуты 16 секунд (решение Заводского районного суда г. Грозного от 31.01.2018);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Визуальный материал, размещенный в сети Интернет на социальном сайте «ВКонтакте», а именно: видеофайл «Еще не поздно все исправить!!!» (https://vk.com/video155777683_164995813) (решение Советского районного суда г. Тулы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Визуальный материал, размещенный в сети Интернет на социальном сайте «ВКонтакте», а именно: видеофайл «Мы победим. Русские вперед!» (https://vk.com/video155777683_165599991) (решение Советского районного суда г. Тулы от 24.05.2016);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480</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Статья «Исламский институт «Кавказ» Качества моджахида», размещенная в сети Интернет на Интернет-ресурсе «Encyclopedia Terroristica» по адресу: http:// terroristica.info/node/107 (решение Советского районного </w:t>
            </w:r>
            <w:r w:rsidRPr="00041EDA">
              <w:rPr>
                <w:rFonts w:ascii="Times New Roman" w:eastAsia="MS Mincho" w:hAnsi="Times New Roman" w:cs="Times New Roman"/>
                <w:sz w:val="24"/>
                <w:szCs w:val="24"/>
                <w:lang w:val="en-US"/>
              </w:rPr>
              <w:lastRenderedPageBreak/>
              <w:t>суда г. Тулы от 10.08.2015);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29.12.201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Фильм «Отец народа» из цикла «Вождь Советского Союза» (решение Центрального районного суда г. Новокузнецка Кемеровской области от 05.08.2010);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http://www.davmohk.net (решение Заводского районного суда г. Грозного от 22.04.2014);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http://www.davmohk.org (решение Заводского районного суда г. Грозного от 22.04.2014);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Размещенные в сети Интернет на информационном ресурсе «ВКонтакте» на страницах сообщества «Патриарх Кирилл» (https://vk.com/patriarchkirillswears) фотоизображения по следующим ссылкам: - https://vk.com/patriarchkirillswears?z=photo63683472_350444656%2Falbum-63683472_00%2Frev; - https://vk.com/patriarchkirillswears?z=photo-63683472_350408977%2Falbum-63683472_00%2Frev; - https://vk.com/patriarchkirillswears?z=photo-63683472_350331367%2Falbum-63683472_00%2Frev; - https://vk.com/patriarchkirillswears?z=photo-63683472_350413341%2Falbum-63683472_00%2Frev (решение Щёкинского районного суда Тульской области от 05.04.2016);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480</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Интернет-Блог ttp://kazakveterenar.blogspot.ru/, (блог) под названием Духовно-Родовая Держава Русь (решение Шалинского городского суда Чеченской Республики от 08.10.2013);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29.12.201</w:t>
            </w:r>
            <w:r w:rsidRPr="00041EDA">
              <w:rPr>
                <w:rFonts w:ascii="Times New Roman" w:eastAsia="MS Mincho" w:hAnsi="Times New Roman" w:cs="Times New Roman"/>
                <w:sz w:val="24"/>
                <w:szCs w:val="24"/>
                <w:lang w:val="en-US"/>
              </w:rPr>
              <w:lastRenderedPageBreak/>
              <w:t>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5 минут (решение Надтеречного районного суда Чеченской Республики от 17.10.2018);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видеозапись под названием «White Noise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Сопротивляйтесь!» (решение Железнодорожного районного суда г. Пензы от 31.10.2018).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29.12.2018</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https://ok.ru/video/1692337442 (решение Козельского районного суда Калужской области от 08.11.2018);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814.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Дрозд Б.Д. «Вождь «враждебной рати», разгаданная тайна Александра Блока», изданная издательской </w:t>
            </w:r>
            <w:r w:rsidRPr="00041EDA">
              <w:rPr>
                <w:rFonts w:ascii="Times New Roman" w:eastAsia="MS Mincho" w:hAnsi="Times New Roman" w:cs="Times New Roman"/>
                <w:sz w:val="24"/>
                <w:szCs w:val="24"/>
                <w:lang w:val="en-US"/>
              </w:rPr>
              <w:lastRenderedPageBreak/>
              <w:t>фирмой «Жар-Птица» г.Хабаровск в 2011 году на 248 страницах, тираж 50 экземпляров (решение Ленинского районного суда г. Комсомольска-на-Амуре от 23.10.2018);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w:t>
            </w:r>
            <w:r w:rsidRPr="00041EDA">
              <w:rPr>
                <w:rFonts w:ascii="Times New Roman" w:eastAsia="MS Mincho" w:hAnsi="Times New Roman" w:cs="Times New Roman"/>
                <w:sz w:val="24"/>
                <w:szCs w:val="24"/>
                <w:lang w:val="en-US"/>
              </w:rPr>
              <w:lastRenderedPageBreak/>
              <w:t>01.2019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(решение Ленинского районного суда г. Перми от 21.11.2018);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Стихотворный текст под названием P.S.7.62 - «Ненависть», начинающийся со слов: «Ненависть к коммунистам...» и заканчивающийся словами «Трезвость плюс ненависть равно победа!» (решение Ленинского районного суда г. Перми от 21.11.2018);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Стихотворный текст под названием Коловрат - «Прямая линия», начинающийся со слов «Straight edge - оружие в войне за выживание расы...» и заканчивающийся словами «Храбрость, мужество, стойкость; крепким будь, как стальная стена!» (решение Ленинского районного суда г. Перми от 21.11.2018);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Стихотворный текст под названием Calvados - «Juden frei», начинающийся со слов «Наша цель - диктатура! И русский порядок!...» и заканчивающийся словами «Рабочий класс готов Свои отстоять права!» (решение Ленинского районного суда г. Перми от 21.11.2018);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группы «Коловрат» – «Смерть скина», размещенный в общедоступной информационной сети «Интернет» по адресам: yesmp3.ru/audio/ viev/id/212659, lalamus.com/music/%D1%81%D0%BC%D0%B5%D1%80%D1%82% D1%8C%20%D1%81%D0%BA%D0%B8%D0%BD%D0%B0 (решение Октябрьского районного суда г. Ижевска от 09.06.2016);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(http://vk.com/id220010184?z=photo220010184_31 3451396%2Fphotos220010184) (решение Глазовского районного суда Удмуртской Республики от 29.12.2015);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w:t>
            </w:r>
            <w:r w:rsidRPr="00041EDA">
              <w:rPr>
                <w:rFonts w:ascii="Times New Roman" w:eastAsia="MS Mincho" w:hAnsi="Times New Roman" w:cs="Times New Roman"/>
                <w:sz w:val="24"/>
                <w:szCs w:val="24"/>
                <w:lang w:val="en-US"/>
              </w:rPr>
              <w:lastRenderedPageBreak/>
              <w:t>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Фотография ворот с надписью, «Россия для русских ...» (http://vk.com/id22001 0184?z=photo220010184_316147197%2Fphotos220010184) (решение Глазовского районного суда Удмуртской </w:t>
            </w:r>
            <w:r w:rsidRPr="00041EDA">
              <w:rPr>
                <w:rFonts w:ascii="Times New Roman" w:eastAsia="MS Mincho" w:hAnsi="Times New Roman" w:cs="Times New Roman"/>
                <w:sz w:val="24"/>
                <w:szCs w:val="24"/>
                <w:lang w:val="en-US"/>
              </w:rPr>
              <w:lastRenderedPageBreak/>
              <w:t>Республики от 29.12.2015);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22.01.</w:t>
            </w:r>
            <w:r w:rsidRPr="00041EDA">
              <w:rPr>
                <w:rFonts w:ascii="Times New Roman" w:eastAsia="MS Mincho" w:hAnsi="Times New Roman" w:cs="Times New Roman"/>
                <w:sz w:val="24"/>
                <w:szCs w:val="24"/>
                <w:lang w:val="en-US"/>
              </w:rPr>
              <w:lastRenderedPageBreak/>
              <w:t>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(http://vk.com/id220010184?z=photo220010184_3158835 56%2Fphotos220010184) (решение Глазовского районного суда Удмуртской Республики от 29.12.2015);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(http://vk.com/id220010184?z= photo220010184_315150026%2Fphotos220010184) (решение Глазовского районного суда Удмуртской Республики от 29.12.2015);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(http://vk.com/id220010184?z=photo220010184_312635397%2Fphotos220010184) (решение Глазовского районного суда Удмуртской Республики от 29.12.2015).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http://muz-color.ru/?s=Бухенвальдский%20набат; https://my.mail.ru/music/songs/ансамбль-христа-спасителя-и-мать-сыра-земля-и-вновь-загремит-бухенвальдский-набат-с2081311a0bf4543e9abc3f28bd0e571; https://songhouse.me/s/92010837-Pussy_riot_I_vnov_zagremit_Buhenvaldskij_nabat/; https://mp345.ru/mp3/И%20вновь%20загремит%20«Бухенвальдский%20набат»; https://get-tune.сс/song/4401055-ahs-i-msz/101305349-i-vnov-zagremit-buhenvaldskij- nabat/ https://muzlishko.ru/mp/И%20вновь%20загремит; </w:t>
            </w:r>
            <w:r w:rsidRPr="00041EDA">
              <w:rPr>
                <w:rFonts w:ascii="Times New Roman" w:eastAsia="MS Mincho" w:hAnsi="Times New Roman" w:cs="Times New Roman"/>
                <w:sz w:val="24"/>
                <w:szCs w:val="24"/>
                <w:lang w:val="en-US"/>
              </w:rPr>
              <w:lastRenderedPageBreak/>
              <w:t>https://5music.ru/?song=И+вновь+загремит+%27%27Бухенвальдский+набат%27%27; https://inmuse.info/track/И+вновь+загремит+%27%27Бухкнвальдский+набат%27%27.html; https://ozaudio.ru/music/Ансамбль%20Xриста%20Спасителя%20И%20Мать%10 Сыра%20Земля%20%20И%20вновь%20загремит%20%27%27Бухенвальдский%20набат%27%27; https://gdeepmusic.com/choice/803002863/870037423-ahs-i-msz-i-vnov-zagremit-buhenvaldskij-nabat (решение Советского районного суда г. Астрахани от 13.09.2018);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07.02.2019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(решение Октябрьского районного суда города Саратова от 03.12.2018);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https://vk.com/wall 350992425_923, https://vk.com/wall-83256746_668, https://vk.com/wall-34081605_694; https://www.stihi.ru/2014/05/19/7753; http://slavyanskaya-kultura.ru/literature/poetry/leonid-kornilov-dostali.html; www.dal.by/news/109/12-07-13-3/; https://newsland.com/community/ politic/content/leonid-kornilov-dostali/2150707 (решение Центрального районного суда г. Хабаровска от 24.04.2018 и определение Центрального районного суда г. Хабаровска от 27.09.2018);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«Уильям Пирс. Евреи Наша Беда _ The Jews Are Our Misfortune», продолжительностью 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483</w:t>
            </w:r>
            <w:r w:rsidRPr="00041EDA">
              <w:rPr>
                <w:rFonts w:ascii="Times New Roman" w:eastAsia="MS Mincho" w:hAnsi="Times New Roman" w:cs="Times New Roman"/>
                <w:sz w:val="24"/>
                <w:szCs w:val="24"/>
                <w:lang w:val="en-US"/>
              </w:rPr>
              <w:lastRenderedPageBreak/>
              <w:t>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w:t>
            </w:r>
            <w:r w:rsidRPr="00041EDA">
              <w:rPr>
                <w:rFonts w:ascii="Times New Roman" w:eastAsia="MS Mincho" w:hAnsi="Times New Roman" w:cs="Times New Roman"/>
                <w:sz w:val="24"/>
                <w:szCs w:val="24"/>
                <w:lang w:val="en-US"/>
              </w:rPr>
              <w:lastRenderedPageBreak/>
              <w:t>Сыктывкарского городского суда Республики Коми от 06.12.2018);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07.02.201</w:t>
            </w:r>
            <w:r w:rsidRPr="00041EDA">
              <w:rPr>
                <w:rFonts w:ascii="Times New Roman" w:eastAsia="MS Mincho" w:hAnsi="Times New Roman" w:cs="Times New Roman"/>
                <w:sz w:val="24"/>
                <w:szCs w:val="24"/>
                <w:lang w:val="en-US"/>
              </w:rPr>
              <w:lastRenderedPageBreak/>
              <w:t>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«про путинских жидов разграбивших страну», продолжительностью 16 минут 34 секунды, начинающаяся со слов «Народ!!! Ты готов узнать правду?!...» и заканчивающаяся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размещенная в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размещенная в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483</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Видеозапись, размещенная в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w:t>
            </w:r>
            <w:r w:rsidRPr="00041EDA">
              <w:rPr>
                <w:rFonts w:ascii="Times New Roman" w:eastAsia="MS Mincho" w:hAnsi="Times New Roman" w:cs="Times New Roman"/>
                <w:sz w:val="24"/>
                <w:szCs w:val="24"/>
                <w:lang w:val="en-US"/>
              </w:rPr>
              <w:lastRenderedPageBreak/>
              <w:t>еще чем-нибудь похуже. Вопросы есть?»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07.02.201</w:t>
            </w:r>
            <w:r w:rsidRPr="00041EDA">
              <w:rPr>
                <w:rFonts w:ascii="Times New Roman" w:eastAsia="MS Mincho" w:hAnsi="Times New Roman" w:cs="Times New Roman"/>
                <w:sz w:val="24"/>
                <w:szCs w:val="24"/>
                <w:lang w:val="en-US"/>
              </w:rPr>
              <w:lastRenderedPageBreak/>
              <w:t>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Видеозапись, размещенная в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w:t>
            </w:r>
            <w:r w:rsidRPr="00041EDA">
              <w:rPr>
                <w:rFonts w:ascii="Times New Roman" w:eastAsia="MS Mincho" w:hAnsi="Times New Roman" w:cs="Times New Roman"/>
                <w:sz w:val="24"/>
                <w:szCs w:val="24"/>
                <w:lang w:val="en-US"/>
              </w:rPr>
              <w:br/>
            </w:r>
            <w:r w:rsidRPr="00041EDA">
              <w:rPr>
                <w:rFonts w:ascii="Times New Roman" w:eastAsia="MS Mincho" w:hAnsi="Times New Roman" w:cs="Times New Roman"/>
                <w:sz w:val="24"/>
                <w:szCs w:val="24"/>
                <w:lang w:val="en-US"/>
              </w:rPr>
              <w:br/>
              <w:t>и нужным»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размещенная в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-сдвинуться, ну, существенно дальше. Ну, а без этого жизнь скудна»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484</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Видеозапись, размещенная в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w:t>
            </w:r>
            <w:r w:rsidRPr="00041EDA">
              <w:rPr>
                <w:rFonts w:ascii="Times New Roman" w:eastAsia="MS Mincho" w:hAnsi="Times New Roman" w:cs="Times New Roman"/>
                <w:sz w:val="24"/>
                <w:szCs w:val="24"/>
                <w:lang w:val="en-US"/>
              </w:rPr>
              <w:lastRenderedPageBreak/>
              <w:t>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07.02.201</w:t>
            </w:r>
            <w:r w:rsidRPr="00041EDA">
              <w:rPr>
                <w:rFonts w:ascii="Times New Roman" w:eastAsia="MS Mincho" w:hAnsi="Times New Roman" w:cs="Times New Roman"/>
                <w:sz w:val="24"/>
                <w:szCs w:val="24"/>
                <w:lang w:val="en-US"/>
              </w:rPr>
              <w:lastRenderedPageBreak/>
              <w:t>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размещенная в сети Интернет: «Проститутки 74-й роты», продолжительностью 19 минут 15 секунд, начинающаяся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серия роликов по жалу Скорпиона»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Видеозапись, размещенная в сети Интернет: «Аненербе против НКВД или нюансы таранного удара», продолжительностью 1 час 59 минут 11 секунд, начинающаяся словами: «Аненербе» против НКВД или нюансы таранного удара. Аненербе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 решение Советского районного суда </w:t>
            </w:r>
            <w:r w:rsidRPr="00041EDA">
              <w:rPr>
                <w:rFonts w:ascii="Times New Roman" w:eastAsia="MS Mincho" w:hAnsi="Times New Roman" w:cs="Times New Roman"/>
                <w:sz w:val="24"/>
                <w:szCs w:val="24"/>
                <w:lang w:val="en-US"/>
              </w:rPr>
              <w:br/>
            </w:r>
            <w:r w:rsidRPr="00041EDA">
              <w:rPr>
                <w:rFonts w:ascii="Times New Roman" w:eastAsia="MS Mincho" w:hAnsi="Times New Roman" w:cs="Times New Roman"/>
                <w:sz w:val="24"/>
                <w:szCs w:val="24"/>
                <w:lang w:val="en-US"/>
              </w:rPr>
              <w:br/>
              <w:t>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Видеозапись, размещенная в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хочу.» «Хреновый педагог»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w:t>
            </w:r>
            <w:r w:rsidRPr="00041EDA">
              <w:rPr>
                <w:rFonts w:ascii="Times New Roman" w:eastAsia="MS Mincho" w:hAnsi="Times New Roman" w:cs="Times New Roman"/>
                <w:sz w:val="24"/>
                <w:szCs w:val="24"/>
                <w:lang w:val="en-US"/>
              </w:rPr>
              <w:lastRenderedPageBreak/>
              <w:t>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07.02.2019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07.02.2019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484</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Объект № 2 (комментарии к тексту «В Москву завозят фашистов и готовят их к резне!»), размещенный по сетевому адресу: http://tekstili.blogspot.ru/ (апелляционное определение Судебной коллегии по гражданским </w:t>
            </w:r>
            <w:r w:rsidRPr="00041EDA">
              <w:rPr>
                <w:rFonts w:ascii="Times New Roman" w:eastAsia="MS Mincho" w:hAnsi="Times New Roman" w:cs="Times New Roman"/>
                <w:sz w:val="24"/>
                <w:szCs w:val="24"/>
                <w:lang w:val="en-US"/>
              </w:rPr>
              <w:lastRenderedPageBreak/>
              <w:t>делам Московского городского суда от 02.11.2017);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15.02.201</w:t>
            </w:r>
            <w:r w:rsidRPr="00041EDA">
              <w:rPr>
                <w:rFonts w:ascii="Times New Roman" w:eastAsia="MS Mincho" w:hAnsi="Times New Roman" w:cs="Times New Roman"/>
                <w:sz w:val="24"/>
                <w:szCs w:val="24"/>
                <w:lang w:val="en-US"/>
              </w:rPr>
              <w:lastRenderedPageBreak/>
              <w:t>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w:t>
            </w:r>
            <w:r w:rsidRPr="00041EDA">
              <w:rPr>
                <w:rFonts w:ascii="Times New Roman" w:eastAsia="MS Mincho" w:hAnsi="Times New Roman" w:cs="Times New Roman"/>
                <w:sz w:val="24"/>
                <w:szCs w:val="24"/>
                <w:lang w:val="en-US"/>
              </w:rPr>
              <w:lastRenderedPageBreak/>
              <w:t>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w:t>
            </w:r>
            <w:r w:rsidRPr="00041EDA">
              <w:rPr>
                <w:rFonts w:ascii="Times New Roman" w:eastAsia="MS Mincho" w:hAnsi="Times New Roman" w:cs="Times New Roman"/>
                <w:sz w:val="24"/>
                <w:szCs w:val="24"/>
                <w:lang w:val="en-US"/>
              </w:rPr>
              <w:lastRenderedPageBreak/>
              <w:t>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13.03.</w:t>
            </w:r>
            <w:r w:rsidRPr="00041EDA">
              <w:rPr>
                <w:rFonts w:ascii="Times New Roman" w:eastAsia="MS Mincho" w:hAnsi="Times New Roman" w:cs="Times New Roman"/>
                <w:sz w:val="24"/>
                <w:szCs w:val="24"/>
                <w:lang w:val="en-US"/>
              </w:rPr>
              <w:lastRenderedPageBreak/>
              <w:t>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«Огненное православие». – К.: издательская группа BHV,-2004-128с. Авторы: А.Макеев, Р.Бычков, за исключением цитат из Библии (решение Волховского городского суда Ленинградской области от 08.10.2018);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13.03.2019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13.03.2019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13.03.2019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13.03.2019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485</w:t>
            </w:r>
            <w:r w:rsidRPr="00041EDA">
              <w:rPr>
                <w:rFonts w:ascii="Times New Roman" w:eastAsia="MS Mincho" w:hAnsi="Times New Roman" w:cs="Times New Roman"/>
                <w:sz w:val="24"/>
                <w:szCs w:val="24"/>
                <w:lang w:val="en-US"/>
              </w:rPr>
              <w:lastRenderedPageBreak/>
              <w:t>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Печатная продукция Червак Б. Державницький чин Миколи Сцiборського. – Киiв: Фундацiя iм. О. Ольжича, 1996. – 48 С. (Государственный чин (статус) Николая Сциборского) (решение Мещанского районного суда </w:t>
            </w:r>
            <w:r w:rsidRPr="00041EDA">
              <w:rPr>
                <w:rFonts w:ascii="Times New Roman" w:eastAsia="MS Mincho" w:hAnsi="Times New Roman" w:cs="Times New Roman"/>
                <w:sz w:val="24"/>
                <w:szCs w:val="24"/>
                <w:lang w:val="en-US"/>
              </w:rPr>
              <w:lastRenderedPageBreak/>
              <w:t>города Москвы от 24.09.2015);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13.03.201</w:t>
            </w:r>
            <w:r w:rsidRPr="00041EDA">
              <w:rPr>
                <w:rFonts w:ascii="Times New Roman" w:eastAsia="MS Mincho" w:hAnsi="Times New Roman" w:cs="Times New Roman"/>
                <w:sz w:val="24"/>
                <w:szCs w:val="24"/>
                <w:lang w:val="en-US"/>
              </w:rPr>
              <w:lastRenderedPageBreak/>
              <w:t>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Шкиль А. Вiтер iмперii. Збiрка статей з геополiтики. – Львiв: Евразiя,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13.03.2019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Поровський М. Забутий заповiт борцям за Украiну. Публiцистичнi статтi, доповiдi, выступи. – Коломия: «Вiк»,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13.03.2019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13.03.2019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www.vod-vzv.info «Молвица» www.molvica.com (решение Сыктывкарского городского суда Республики Коми от 18.12.2018);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14.03.2019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14.03.2019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14.03.2019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14.03.2019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Тел Хай!» (решение Сыктывкарского городского суда Республики Коми от 09.01.2019);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14.03.2019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14.03.2019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14.03.2019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486</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Информация, размещенная на интернет-страницах: https://vk.com/ whiterthanwhite1488, https://mychords.net/vanka-ronin/92145-vanka-ronin-tost-za-xolokost.html, http://poiskm.co/show/%D0%B2%D0%B0%D0%BD%D1%8C%D0%BA %D0%B0-</w:t>
            </w:r>
            <w:r w:rsidRPr="00041EDA">
              <w:rPr>
                <w:rFonts w:ascii="Times New Roman" w:eastAsia="MS Mincho" w:hAnsi="Times New Roman" w:cs="Times New Roman"/>
                <w:sz w:val="24"/>
                <w:szCs w:val="24"/>
                <w:lang w:val="en-US"/>
              </w:rPr>
              <w:lastRenderedPageBreak/>
              <w:t>%D1%80%D0%BE%D0%BD%D0%B8%D0%BD, https://xpleer.сom/track/b1 NWAxJOknks1NAqKaYGBw (решение Октябрьского районного суда г. Ставрополя от 31.01.2018);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02.04.201</w:t>
            </w:r>
            <w:r w:rsidRPr="00041EDA">
              <w:rPr>
                <w:rFonts w:ascii="Times New Roman" w:eastAsia="MS Mincho" w:hAnsi="Times New Roman" w:cs="Times New Roman"/>
                <w:sz w:val="24"/>
                <w:szCs w:val="24"/>
                <w:lang w:val="en-US"/>
              </w:rPr>
              <w:lastRenderedPageBreak/>
              <w:t>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http://bilokurakvne.pp.ua/publkacvi/statt/217-budte-vy-proklvatv-tupve-russkie_svini.html; https://vk.com/wall-114627577_610; http://www.liveinternet.ru/users/4705749/post34880 4755/ (решение Октябрьского районного суда г. Ставрополя от 13.03.2018);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02.04.2019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02.04.2019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02.04.2019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02.04.2019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487</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w:t>
            </w:r>
            <w:r w:rsidRPr="00041EDA">
              <w:rPr>
                <w:rFonts w:ascii="Times New Roman" w:eastAsia="MS Mincho" w:hAnsi="Times New Roman" w:cs="Times New Roman"/>
                <w:sz w:val="24"/>
                <w:szCs w:val="24"/>
                <w:lang w:val="en-US"/>
              </w:rPr>
              <w:lastRenderedPageBreak/>
              <w:t>районного суда г. Ярославля от 04.02.2019);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15.04.201</w:t>
            </w:r>
            <w:r w:rsidRPr="00041EDA">
              <w:rPr>
                <w:rFonts w:ascii="Times New Roman" w:eastAsia="MS Mincho" w:hAnsi="Times New Roman" w:cs="Times New Roman"/>
                <w:sz w:val="24"/>
                <w:szCs w:val="24"/>
                <w:lang w:val="en-US"/>
              </w:rPr>
              <w:lastRenderedPageBreak/>
              <w:t>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Печатный материал - книга Маслова Л.И. «Откровения людям нового века. Толкование откровений» Книга V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15.04.2019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Печатный материал - книга Маслова Л.И. «Откровения людям нового века. Толкование откровений» Книга VI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15.04.2019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Печатный материал - книга Маслова Л.И. «Откровения людям нового века. Толкование откровений» Книга VII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15.04.2019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Печатный материал - книга Маслова Л.И. «Откровения людям нового века. Толкование откровений» Книга VIII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15.04.2019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Печатный материал - книга Маслова Л.И. «Откровения людям нового века. Толкование откровений» Книга IX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15.04.2019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880.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Печатный материал - книга Маслова Л.И. «Откровения людям нового века. Толкование откровений» Книга X </w:t>
            </w:r>
            <w:r w:rsidRPr="00041EDA">
              <w:rPr>
                <w:rFonts w:ascii="Times New Roman" w:eastAsia="MS Mincho" w:hAnsi="Times New Roman" w:cs="Times New Roman"/>
                <w:sz w:val="24"/>
                <w:szCs w:val="24"/>
                <w:lang w:val="en-US"/>
              </w:rPr>
              <w:lastRenderedPageBreak/>
              <w:t>(2013г.),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w:t>
            </w:r>
            <w:r w:rsidRPr="00041EDA">
              <w:rPr>
                <w:rFonts w:ascii="Times New Roman" w:eastAsia="MS Mincho" w:hAnsi="Times New Roman" w:cs="Times New Roman"/>
                <w:sz w:val="24"/>
                <w:szCs w:val="24"/>
                <w:lang w:val="en-US"/>
              </w:rPr>
              <w:lastRenderedPageBreak/>
              <w:t>04.2019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Печатный материал - книга Маслова Л.И. «Откровения людям нового века. Толкование откровений» Книга XI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15.04.2019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Печатный материал - книга Маслова Л.И. «Откровения людям нового века. Толкование откровений» Книга XII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15.04.2019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(решение Веденского районного суда Чеченской Республики от 25.12.2018);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22.04.2019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22.04.2019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488</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w:t>
            </w:r>
            <w:r w:rsidRPr="00041EDA">
              <w:rPr>
                <w:rFonts w:ascii="Times New Roman" w:eastAsia="MS Mincho" w:hAnsi="Times New Roman" w:cs="Times New Roman"/>
                <w:sz w:val="24"/>
                <w:szCs w:val="24"/>
                <w:lang w:val="en-US"/>
              </w:rPr>
              <w:lastRenderedPageBreak/>
              <w:t>от 12.12.2018);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22.04.201</w:t>
            </w:r>
            <w:r w:rsidRPr="00041EDA">
              <w:rPr>
                <w:rFonts w:ascii="Times New Roman" w:eastAsia="MS Mincho" w:hAnsi="Times New Roman" w:cs="Times New Roman"/>
                <w:sz w:val="24"/>
                <w:szCs w:val="24"/>
                <w:lang w:val="en-US"/>
              </w:rPr>
              <w:lastRenderedPageBreak/>
              <w:t>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«Calvados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(решение Центрального районного суда г. Хабаровска от 28.02.2019);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08.05.2019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489</w:t>
            </w:r>
            <w:r w:rsidRPr="00041EDA">
              <w:rPr>
                <w:rFonts w:ascii="Times New Roman" w:eastAsia="MS Mincho" w:hAnsi="Times New Roman" w:cs="Times New Roman"/>
                <w:sz w:val="24"/>
                <w:szCs w:val="24"/>
                <w:lang w:val="en-US"/>
              </w:rPr>
              <w:lastRenderedPageBreak/>
              <w:t>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w:t>
            </w:r>
            <w:r w:rsidRPr="00041EDA">
              <w:rPr>
                <w:rFonts w:ascii="Times New Roman" w:eastAsia="MS Mincho" w:hAnsi="Times New Roman" w:cs="Times New Roman"/>
                <w:sz w:val="24"/>
                <w:szCs w:val="24"/>
                <w:lang w:val="en-US"/>
              </w:rPr>
              <w:lastRenderedPageBreak/>
              <w:t>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06.06.201</w:t>
            </w:r>
            <w:r w:rsidRPr="00041EDA">
              <w:rPr>
                <w:rFonts w:ascii="Times New Roman" w:eastAsia="MS Mincho" w:hAnsi="Times New Roman" w:cs="Times New Roman"/>
                <w:sz w:val="24"/>
                <w:szCs w:val="24"/>
                <w:lang w:val="en-US"/>
              </w:rPr>
              <w:lastRenderedPageBreak/>
              <w:t>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4896.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«Короли Ислама» (при сохранении на цифровой носитель имеет название «PљPsCЂPsP»Pё Р CЃP»P°PjP°»), продолжительностью 00 мин. 36 сек., (решение Центрального районного суда г. Калининграда от 22.03.2019);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4899.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 музыкальная композиция «Брунсвиг - Это RaHoWa»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RaHoWa,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w:t>
            </w:r>
            <w:r w:rsidRPr="00041EDA">
              <w:rPr>
                <w:rFonts w:ascii="Times New Roman" w:eastAsia="MS Mincho" w:hAnsi="Times New Roman" w:cs="Times New Roman"/>
                <w:sz w:val="24"/>
                <w:szCs w:val="24"/>
                <w:lang w:val="en-US"/>
              </w:rPr>
              <w:lastRenderedPageBreak/>
              <w:t>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(решение Ленинского </w:t>
            </w:r>
            <w:r w:rsidRPr="00041EDA">
              <w:rPr>
                <w:rFonts w:ascii="Times New Roman" w:eastAsia="MS Mincho" w:hAnsi="Times New Roman" w:cs="Times New Roman"/>
                <w:sz w:val="24"/>
                <w:szCs w:val="24"/>
                <w:lang w:val="en-US"/>
              </w:rPr>
              <w:lastRenderedPageBreak/>
              <w:t>районного суда г. Воронежа от 10.04.2019);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27.06.</w:t>
            </w:r>
            <w:r w:rsidRPr="00041EDA">
              <w:rPr>
                <w:rFonts w:ascii="Times New Roman" w:eastAsia="MS Mincho" w:hAnsi="Times New Roman" w:cs="Times New Roman"/>
                <w:sz w:val="24"/>
                <w:szCs w:val="24"/>
                <w:lang w:val="en-US"/>
              </w:rPr>
              <w:lastRenderedPageBreak/>
              <w:t>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(решение Ленинского районного суда г. Воронежа от 10.04.2019);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«Sieg Heil,Sieg Heil,Sieg…» (решение Ленинского районного суда г. Воронежа от 10.04.2019);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(решение Ленинского районного суда г. Воронежа от 10.04.2019);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«DASSLERx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«M818th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(решение Ленинского районного суда г. Воронежа от 10.04.2019);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«xBLADE for HATEx - Наш Выбор» продолжительностью 03 мин. 20 секунд, начинающаяся со слов: «Живые речи, продажные сны», заканчивающаяся словами: «Это наш выбор – смерть системе!» (решение Ленинского районного суда г. Воронежа от 10.04.2019);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491</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Книга «Русско-еврейский диалог», автор А. Дикий (Москва, «Витязь», 1995 г.) (решение Хорошевского районного суда города Москвы от 26.03.2019);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w:t>
            </w:r>
            <w:r w:rsidRPr="00041EDA">
              <w:rPr>
                <w:rFonts w:ascii="Times New Roman" w:eastAsia="MS Mincho" w:hAnsi="Times New Roman" w:cs="Times New Roman"/>
                <w:sz w:val="24"/>
                <w:szCs w:val="24"/>
                <w:lang w:val="en-US"/>
              </w:rPr>
              <w:lastRenderedPageBreak/>
              <w:t>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«Памятка русскому человеку», автор В. Ушкуйник, 2 экземпляра (М.: «Капь», 1993 – 64 с., М.: «Витязь», 1998 г.) (решение Хорошевского районного суда города Москвы от 26.03.2019);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«Сущность Сионизма», автор В. Степин (М.: Издательство «Витязь», 1993 г., 48 с.) (решение Хорошевского районного суда города Москвы от 26.03.2019);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«Куда завел Россию мистер Путин?» автор Ю.Е. Козенков (М., 2005 – 208 с.) (решение Хорошевского районного суда города Москвы от 26.03.2019);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«Скрытая рука», автор А.И. Череп-Спиридонович (М.: Самотека, 2006 г. – 160 с.) (решение Хорошевского районного суда города Москвы от 26.03.2019);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«Черная сотня и красная сотня», автор В. Острецов (М.: Воениздат, 1991, Военно-патриотическое литературное объединение «Отечество» - 48 с.) (решение Хорошевского районного суда города Москвы от 26.03.2019);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917.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Печатное издание «Идеология немецкого национал-социализма. Хрестоматия» (ODESSA – 448 с.) (решение </w:t>
            </w:r>
            <w:r w:rsidRPr="00041EDA">
              <w:rPr>
                <w:rFonts w:ascii="Times New Roman" w:eastAsia="MS Mincho" w:hAnsi="Times New Roman" w:cs="Times New Roman"/>
                <w:sz w:val="24"/>
                <w:szCs w:val="24"/>
                <w:lang w:val="en-US"/>
              </w:rPr>
              <w:lastRenderedPageBreak/>
              <w:t>Хорошевского районного суда города Москвы от 26.03.2019);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w:t>
            </w:r>
            <w:r w:rsidRPr="00041EDA">
              <w:rPr>
                <w:rFonts w:ascii="Times New Roman" w:eastAsia="MS Mincho" w:hAnsi="Times New Roman" w:cs="Times New Roman"/>
                <w:sz w:val="24"/>
                <w:szCs w:val="24"/>
                <w:lang w:val="en-US"/>
              </w:rPr>
              <w:lastRenderedPageBreak/>
              <w:t>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аудиозапись под названием «Белый Патруль - NS-WP» (другое название «NS-WP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(решение Железнодорожного районного суда г. Пензы от 29.04.2019);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«Fast Fuckers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27.06.2019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Выпуск электронного журнала «Очумелые ручки х82х 2015 часть 5/5», формат файла РDF,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Фрунзенского районного суда г. Владивостока от 29.04.2019);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23.07.2019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492</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Выпуск электронного журнала «Очумелые ручки х82х 2015 часть 6/82», формат файла РDF,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w:t>
            </w:r>
            <w:r w:rsidRPr="00041EDA">
              <w:rPr>
                <w:rFonts w:ascii="Times New Roman" w:eastAsia="MS Mincho" w:hAnsi="Times New Roman" w:cs="Times New Roman"/>
                <w:sz w:val="24"/>
                <w:szCs w:val="24"/>
                <w:lang w:val="en-US"/>
              </w:rPr>
              <w:lastRenderedPageBreak/>
              <w:t>словами «...Ведь сейчас там большая часть чуждого, вредного или, в лучшем случае бессмысленного мусора. Боровиков Д.А» (решение Фрунзенского районного суда г. Владивостока от 29.04.2019);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23.07.201</w:t>
            </w:r>
            <w:r w:rsidRPr="00041EDA">
              <w:rPr>
                <w:rFonts w:ascii="Times New Roman" w:eastAsia="MS Mincho" w:hAnsi="Times New Roman" w:cs="Times New Roman"/>
                <w:sz w:val="24"/>
                <w:szCs w:val="24"/>
                <w:lang w:val="en-US"/>
              </w:rPr>
              <w:lastRenderedPageBreak/>
              <w:t>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Выпуск электронного журнала «Очумелые ручки х82х 2015 часть 7/82», формат файла РDF,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(решение Фрунзенского районного суда г. Владивостока от 29.04.2019).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23.07.2019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оканчивающаяся словами: «...То есть у нас доходы бюджета не изменились. Они даже, я могу вам сказать, они даже увеличились» (решение Ленинского районного суда г. Чебоксары от 27.05.2019).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23.07.2019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01.08.2019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исполнителя «СС-18» под названием «Утром встает» продолжительностью 1 минута 56 секунд (решение Центрального районного суда г. Кемерово от 28.05.2019);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01.08.2019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492</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w:t>
            </w:r>
            <w:r w:rsidRPr="00041EDA">
              <w:rPr>
                <w:rFonts w:ascii="Times New Roman" w:eastAsia="MS Mincho" w:hAnsi="Times New Roman" w:cs="Times New Roman"/>
                <w:sz w:val="24"/>
                <w:szCs w:val="24"/>
                <w:lang w:val="en-US"/>
              </w:rPr>
              <w:lastRenderedPageBreak/>
              <w:t>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от 07.06.2019);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09.08.201</w:t>
            </w:r>
            <w:r w:rsidRPr="00041EDA">
              <w:rPr>
                <w:rFonts w:ascii="Times New Roman" w:eastAsia="MS Mincho" w:hAnsi="Times New Roman" w:cs="Times New Roman"/>
                <w:sz w:val="24"/>
                <w:szCs w:val="24"/>
                <w:lang w:val="en-US"/>
              </w:rPr>
              <w:lastRenderedPageBreak/>
              <w:t>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Музыкальная композиция аудиозапись формата MPEG Audio под названием «A.C.A.B.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рекордз…A.C.A.B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«All cops are bustards. </w:t>
            </w:r>
            <w:r w:rsidRPr="00041EDA">
              <w:rPr>
                <w:rFonts w:ascii="Times New Roman" w:eastAsia="MS Mincho" w:hAnsi="Times New Roman" w:cs="Times New Roman"/>
                <w:sz w:val="24"/>
                <w:szCs w:val="24"/>
                <w:lang w:val="en-US"/>
              </w:rPr>
              <w:lastRenderedPageBreak/>
              <w:t>Мусора, «нецензурная лексика», «нецензурная лексика». All cops are bustards. Средний палец с..кам красным. All cops are bustards. Бей ногами это мясо. All cops are bustards. All cops are bustards» (решение Куйбышевского районного суда г. Омска от 05.06.2019);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09.08.2019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«Путин публично, на собрании евреев признался в том, что он еврей», продолжительностью 02 минуты 15 секунд (решение Сыктывкарского городского суда Республики Коми от 14.01.2019);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(решение Сыктывкарского городского суда Республики Коми от 14.01.2019);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(решение Сыктывкарского городского суда Республики Коми от 14.01.2019).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w:t>
            </w:r>
            <w:r w:rsidRPr="00041EDA">
              <w:rPr>
                <w:rFonts w:ascii="Times New Roman" w:eastAsia="MS Mincho" w:hAnsi="Times New Roman" w:cs="Times New Roman"/>
                <w:sz w:val="24"/>
                <w:szCs w:val="24"/>
                <w:lang w:val="en-US"/>
              </w:rPr>
              <w:lastRenderedPageBreak/>
              <w:t>18.06.2019);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(песня) неизвестного автора, продолжительностью 4 минуты 11 секунд, содержащийся на компакт-диске CD-R,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Коми от 08.07.2019);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(аудиозапись) «Chernaja smert (черная смерть)» автора Nebrat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21.06.2019);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13.09.2019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13.09.2019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952.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Видеофайл: «Кто такие скинхеды?» продолжительностью 04 минуты 11 секунд, начинающийся со слов: </w:t>
            </w:r>
            <w:r w:rsidRPr="00041EDA">
              <w:rPr>
                <w:rFonts w:ascii="Times New Roman" w:eastAsia="MS Mincho" w:hAnsi="Times New Roman" w:cs="Times New Roman"/>
                <w:sz w:val="24"/>
                <w:szCs w:val="24"/>
                <w:lang w:val="en-US"/>
              </w:rPr>
              <w:lastRenderedPageBreak/>
              <w:t>«Скинхедов называют фашистами», заканчивающийся словами: «Они предатели» (решение Ленинского районного суда г. Воронежа от 09.07.2019);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w:t>
            </w:r>
            <w:r w:rsidRPr="00041EDA">
              <w:rPr>
                <w:rFonts w:ascii="Times New Roman" w:eastAsia="MS Mincho" w:hAnsi="Times New Roman" w:cs="Times New Roman"/>
                <w:sz w:val="24"/>
                <w:szCs w:val="24"/>
                <w:lang w:val="en-US"/>
              </w:rPr>
              <w:lastRenderedPageBreak/>
              <w:t>09.2019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«нашид Сверкающая молния (NEW-2016)»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от 22.07.2019);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27.09.2019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«Бухенвальд Флава-Варвара Семённа.mp3» продолжительностью 2 мин. 39 сек, начинающаяся словами «Бухенвальд Флава, вся … я курю на лестничной клетке …» и заканчивающаяся словами «поберегите … Варвара Семённа» (решение Ленинского районного суда г. Смоленска от 26.07.2019);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«Ультра-Штурмовик.mp3» продолжительностью 2 мин. 50 сек., начинающаяся со слов «Зиг-хайль! Тяжелые ботинки, на шее кельтский крест» и заканчивающаяся словами «Шагает гордо штурмовик! Зиг-хайль» (решение Ленинского районного суда г. Смоленска от 26.07.2019);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«Проект «282» - White Power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«SANDER – Белый порядок (Битло Худой Prod.)»,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«Проект «282» - А девочка ждет… (parody SD)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Александров, 2006 г.» (решение Центрального районного суда г. Красноярска от 18.07.2019).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Книга под названием «Иуда на ущербе» представленная в электронном виде в формате «doc»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w:t>
            </w:r>
            <w:r w:rsidRPr="00041EDA">
              <w:rPr>
                <w:rFonts w:ascii="Times New Roman" w:eastAsia="MS Mincho" w:hAnsi="Times New Roman" w:cs="Times New Roman"/>
                <w:sz w:val="24"/>
                <w:szCs w:val="24"/>
                <w:lang w:val="en-US"/>
              </w:rPr>
              <w:lastRenderedPageBreak/>
              <w:t>Приморского края от 16.07.2019 и дополнительное решение Находкинского городского суда Приморского края от 01.08.2019);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наименованием «Мухаммад аль-Люхайдан – Наисильнейшее Дуа!!!», продолжительностью 5 минут 41 секунда, начинающийся изображением надписи «THE SALYAF www/youtube.com/The SALYAF»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«Что такое ГАВВАХ», начинающаяся с демонстрации надписи на экране «ЗАЧЕМ ОНИ ЭТО ДЕЛАЮТ?» и заканчивающаяся словами: «А люди ли ОНИ? ЕВРЕИ»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496</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w:t>
            </w:r>
            <w:r w:rsidRPr="00041EDA">
              <w:rPr>
                <w:rFonts w:ascii="Times New Roman" w:eastAsia="MS Mincho" w:hAnsi="Times New Roman" w:cs="Times New Roman"/>
                <w:sz w:val="24"/>
                <w:szCs w:val="24"/>
                <w:lang w:val="en-US"/>
              </w:rPr>
              <w:lastRenderedPageBreak/>
              <w:t>Россией жиды»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25.10.201</w:t>
            </w:r>
            <w:r w:rsidRPr="00041EDA">
              <w:rPr>
                <w:rFonts w:ascii="Times New Roman" w:eastAsia="MS Mincho" w:hAnsi="Times New Roman" w:cs="Times New Roman"/>
                <w:sz w:val="24"/>
                <w:szCs w:val="24"/>
                <w:lang w:val="en-US"/>
              </w:rPr>
              <w:lastRenderedPageBreak/>
              <w:t>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w:t>
            </w:r>
            <w:r w:rsidRPr="00041EDA">
              <w:rPr>
                <w:rFonts w:ascii="Times New Roman" w:eastAsia="MS Mincho" w:hAnsi="Times New Roman" w:cs="Times New Roman"/>
                <w:sz w:val="24"/>
                <w:szCs w:val="24"/>
                <w:lang w:val="en-US"/>
              </w:rPr>
              <w:lastRenderedPageBreak/>
              <w:t>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w:t>
            </w:r>
            <w:r w:rsidRPr="00041EDA">
              <w:rPr>
                <w:rFonts w:ascii="Times New Roman" w:eastAsia="MS Mincho" w:hAnsi="Times New Roman" w:cs="Times New Roman"/>
                <w:sz w:val="24"/>
                <w:szCs w:val="24"/>
                <w:lang w:val="en-US"/>
              </w:rPr>
              <w:lastRenderedPageBreak/>
              <w:t>разницы где обделывать свои дела»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25.10.</w:t>
            </w:r>
            <w:r w:rsidRPr="00041EDA">
              <w:rPr>
                <w:rFonts w:ascii="Times New Roman" w:eastAsia="MS Mincho" w:hAnsi="Times New Roman" w:cs="Times New Roman"/>
                <w:sz w:val="24"/>
                <w:szCs w:val="24"/>
                <w:lang w:val="en-US"/>
              </w:rPr>
              <w:lastRenderedPageBreak/>
              <w:t>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(решение Ленинского районного суда г. Курска от 22.08.2019);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 аудиозапись «Oi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25.10.2019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18.11.2019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18.11.2019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18.11.2019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18.11.2019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w:t>
            </w:r>
            <w:r w:rsidRPr="00041EDA">
              <w:rPr>
                <w:rFonts w:ascii="Times New Roman" w:eastAsia="MS Mincho" w:hAnsi="Times New Roman" w:cs="Times New Roman"/>
                <w:sz w:val="24"/>
                <w:szCs w:val="24"/>
                <w:lang w:val="en-US"/>
              </w:rPr>
              <w:lastRenderedPageBreak/>
              <w:t>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w:t>
            </w:r>
            <w:r w:rsidRPr="00041EDA">
              <w:rPr>
                <w:rFonts w:ascii="Times New Roman" w:eastAsia="MS Mincho" w:hAnsi="Times New Roman" w:cs="Times New Roman"/>
                <w:sz w:val="24"/>
                <w:szCs w:val="24"/>
                <w:lang w:val="en-US"/>
              </w:rPr>
              <w:lastRenderedPageBreak/>
              <w:t>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26.11.</w:t>
            </w:r>
            <w:r w:rsidRPr="00041EDA">
              <w:rPr>
                <w:rFonts w:ascii="Times New Roman" w:eastAsia="MS Mincho" w:hAnsi="Times New Roman" w:cs="Times New Roman"/>
                <w:sz w:val="24"/>
                <w:szCs w:val="24"/>
                <w:lang w:val="en-US"/>
              </w:rPr>
              <w:lastRenderedPageBreak/>
              <w:t>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26.11.2019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26.11.2019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Размещенное в газете «Вакыт! Урал» от 16.10.2015 №19 (122) стихотворение «Ир-егет hузе»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26.11.2019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аудиозапись с текстом песни Rahowa (Рахова), исполнитель «Molot», продолжительностью около 04 минут 46 секунд, начинающейся словами «Над планетой Земля диск белого солнца встает…» и заканчивающейся словами «Расовая Священная война! RaHoWa! RaHoWa! (решение Ворошиловского районного суда г. Ростова-на-Дону от 11.09.2019);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26.11.2019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994.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 аудиозапись с текстом песни «Qur March» (Наш марш», исполнитель «Molot», </w:t>
            </w:r>
            <w:r w:rsidRPr="00041EDA">
              <w:rPr>
                <w:rFonts w:ascii="Times New Roman" w:eastAsia="MS Mincho" w:hAnsi="Times New Roman" w:cs="Times New Roman"/>
                <w:sz w:val="24"/>
                <w:szCs w:val="24"/>
                <w:lang w:val="en-US"/>
              </w:rPr>
              <w:lastRenderedPageBreak/>
              <w:t>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w:t>
            </w:r>
            <w:r w:rsidRPr="00041EDA">
              <w:rPr>
                <w:rFonts w:ascii="Times New Roman" w:eastAsia="MS Mincho" w:hAnsi="Times New Roman" w:cs="Times New Roman"/>
                <w:sz w:val="24"/>
                <w:szCs w:val="24"/>
                <w:lang w:val="en-US"/>
              </w:rPr>
              <w:lastRenderedPageBreak/>
              <w:t>11.2019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4995.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28 секунд (решение Октябрьского районного суда г. Грозного от 01.10.2019);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26.11.2019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хlара къамел дар бахьан вайн нохчийн велоят. Хlокху тlаьххарчу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arlop xlapa аш дlаэцарна сатесна м аду ваи» («Надеюсь, что вы все поймете…») (решение Наурского районного суда Чеченской Республики от 27.05.2019);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26.11.2019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Xlapa ву хъуна хьан денда» («Рамзан –– вот твои корни, вот здесь твой отец, твоя мать… ») (решение Наурского районного суда Чеченской Республики от 27.05.2019);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26.11.2019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4998.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26.11.2019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4</w:t>
            </w:r>
            <w:r w:rsidRPr="00041EDA">
              <w:rPr>
                <w:rFonts w:ascii="Times New Roman" w:eastAsia="MS Mincho" w:hAnsi="Times New Roman" w:cs="Times New Roman"/>
                <w:sz w:val="24"/>
                <w:szCs w:val="24"/>
                <w:lang w:val="en-US"/>
              </w:rPr>
              <w:lastRenderedPageBreak/>
              <w:t>999.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Текстовый документ под названием: «Терроризм», антиклерикализм, социализм, революции», изготовленный </w:t>
            </w:r>
            <w:r w:rsidRPr="00041EDA">
              <w:rPr>
                <w:rFonts w:ascii="Times New Roman" w:eastAsia="MS Mincho" w:hAnsi="Times New Roman" w:cs="Times New Roman"/>
                <w:sz w:val="24"/>
                <w:szCs w:val="24"/>
                <w:lang w:val="en-US"/>
              </w:rPr>
              <w:lastRenderedPageBreak/>
              <w:t>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26.</w:t>
            </w:r>
            <w:r w:rsidRPr="00041EDA">
              <w:rPr>
                <w:rFonts w:ascii="Times New Roman" w:eastAsia="MS Mincho" w:hAnsi="Times New Roman" w:cs="Times New Roman"/>
                <w:sz w:val="24"/>
                <w:szCs w:val="24"/>
                <w:lang w:val="en-US"/>
              </w:rPr>
              <w:lastRenderedPageBreak/>
              <w:t>11.2019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09.12.2019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09.12.2019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(решение Ленинского районного суда г. Ульяновска от 13.05.2019);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09.12.2019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аудиокомпозиции «Slavik Cherep feat NikkO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09.12.2019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автора Стомахина Б.В. под названием «Насилие как метод» (г. Киев – 2017, количество страниц – 96) (решение Бабушкинского районного суда города Москвы от 08.10.2019);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24.12.2019</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«КАЗАКИ-ВРАГИ РОССИИ», размещенная в сети Интернет (решение Советского районного суда г. Тулы от 11.11.2019);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16.01.2020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Печатные материалы - №3/36, №4/37, №5/38, №6/39, №9/42 от 2018 года газеты «Владимирская Русь», формата А3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 и апелляционное определение Cудебной коллегии по административным делам Верховного Суда Республики Башкортостан от 27.11.2019);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06.02.2020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продолжительностью от 2 мин. 31 сек. до 2 мин. 38 сек. под названием «ББПЕ» исполнителя «The Xynta»,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06.02.2020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под названием «ББПЕ» исполнителя «The Xynta»,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06.02.2020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w:t>
            </w:r>
            <w:r w:rsidRPr="00041EDA">
              <w:rPr>
                <w:rFonts w:ascii="Times New Roman" w:eastAsia="MS Mincho" w:hAnsi="Times New Roman" w:cs="Times New Roman"/>
                <w:sz w:val="24"/>
                <w:szCs w:val="24"/>
                <w:lang w:val="en-US"/>
              </w:rPr>
              <w:lastRenderedPageBreak/>
              <w:t>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w:t>
            </w:r>
            <w:r w:rsidRPr="00041EDA">
              <w:rPr>
                <w:rFonts w:ascii="Times New Roman" w:eastAsia="MS Mincho" w:hAnsi="Times New Roman" w:cs="Times New Roman"/>
                <w:sz w:val="24"/>
                <w:szCs w:val="24"/>
                <w:lang w:val="en-US"/>
              </w:rPr>
              <w:lastRenderedPageBreak/>
              <w:t>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Башкортостан от 27.11.2019);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20.02.</w:t>
            </w:r>
            <w:r w:rsidRPr="00041EDA">
              <w:rPr>
                <w:rFonts w:ascii="Times New Roman" w:eastAsia="MS Mincho" w:hAnsi="Times New Roman" w:cs="Times New Roman"/>
                <w:sz w:val="24"/>
                <w:szCs w:val="24"/>
                <w:lang w:val="en-US"/>
              </w:rPr>
              <w:lastRenderedPageBreak/>
              <w:t>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Аудиофайл «Гураба (Странники, Чуждые Саид Абу (Аби) Саад Бурятский (Аль Буряти) IslamClub.ru)»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10.03.2020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на немецком языке «А Tribute to the Waffen SS My Honor»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10.03.2020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на немецком языке «Adolf Hitler - Was wir gekämpft»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10.03.2020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w:t>
            </w:r>
            <w:r w:rsidRPr="00041EDA">
              <w:rPr>
                <w:rFonts w:ascii="Times New Roman" w:eastAsia="MS Mincho" w:hAnsi="Times New Roman" w:cs="Times New Roman"/>
                <w:sz w:val="24"/>
                <w:szCs w:val="24"/>
                <w:lang w:val="en-US"/>
              </w:rPr>
              <w:lastRenderedPageBreak/>
              <w:t>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Видеоролик под названием на немецком языке «Lĕon Degrelle - Was die weiße Rasse ihrer „Sieg” gab» (нем. «Leon Degrelle – то, что белой pace дала их «победа»»), продолжительностью 03 мин. 01 сек. (данный видеоролик </w:t>
            </w:r>
            <w:r w:rsidRPr="00041EDA">
              <w:rPr>
                <w:rFonts w:ascii="Times New Roman" w:eastAsia="MS Mincho" w:hAnsi="Times New Roman" w:cs="Times New Roman"/>
                <w:sz w:val="24"/>
                <w:szCs w:val="24"/>
                <w:lang w:val="en-US"/>
              </w:rPr>
              <w:lastRenderedPageBreak/>
              <w:t>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10.03.</w:t>
            </w:r>
            <w:r w:rsidRPr="00041EDA">
              <w:rPr>
                <w:rFonts w:ascii="Times New Roman" w:eastAsia="MS Mincho" w:hAnsi="Times New Roman" w:cs="Times New Roman"/>
                <w:sz w:val="24"/>
                <w:szCs w:val="24"/>
                <w:lang w:val="en-US"/>
              </w:rPr>
              <w:lastRenderedPageBreak/>
              <w:t>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на немецком языке под названием «Deni Mad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10.03.2020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(ISBM 52-86020-263-7 ББК 84 (2Рос) УДК 882-У Ч125) на 56 листах, авторами указаны Чижов Н. и Степанов В. (решение Октябрьского районного суда города Санкт-Петербурга от 17.09.2019);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23.03.2020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23.03.2020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23.03.2020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«Calvados – Primates»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(решение Ленинского районного суда г. Тамбова от 03.02.2020);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01.04.2020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15.04.2020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15.04.2020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15.04.2020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w:t>
            </w:r>
            <w:r w:rsidRPr="00041EDA">
              <w:rPr>
                <w:rFonts w:ascii="Times New Roman" w:eastAsia="MS Mincho" w:hAnsi="Times New Roman" w:cs="Times New Roman"/>
                <w:sz w:val="24"/>
                <w:szCs w:val="24"/>
                <w:lang w:val="en-US"/>
              </w:rPr>
              <w:lastRenderedPageBreak/>
              <w:t>022.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под названием «Слушай экзорцист - нож мой лучший друг» продолжительностью от 2 минут 21 </w:t>
            </w:r>
            <w:r w:rsidRPr="00041EDA">
              <w:rPr>
                <w:rFonts w:ascii="Times New Roman" w:eastAsia="MS Mincho" w:hAnsi="Times New Roman" w:cs="Times New Roman"/>
                <w:sz w:val="24"/>
                <w:szCs w:val="24"/>
                <w:lang w:val="en-US"/>
              </w:rPr>
              <w:lastRenderedPageBreak/>
              <w:t>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15.</w:t>
            </w:r>
            <w:r w:rsidRPr="00041EDA">
              <w:rPr>
                <w:rFonts w:ascii="Times New Roman" w:eastAsia="MS Mincho" w:hAnsi="Times New Roman" w:cs="Times New Roman"/>
                <w:sz w:val="24"/>
                <w:szCs w:val="24"/>
                <w:lang w:val="en-US"/>
              </w:rPr>
              <w:lastRenderedPageBreak/>
              <w:t>04.2020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15.04.2020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15.04.2020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15.04.2020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06.05.2020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06.05.2020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19.05.2020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19.05.2020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02.06.2020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10.06.2020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10.06.2020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10.06.2020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10.06.2020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10.06.2020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10.06.2020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w:t>
            </w:r>
            <w:r w:rsidRPr="00041EDA">
              <w:rPr>
                <w:rFonts w:ascii="Times New Roman" w:eastAsia="MS Mincho" w:hAnsi="Times New Roman" w:cs="Times New Roman"/>
                <w:sz w:val="24"/>
                <w:szCs w:val="24"/>
                <w:lang w:val="en-US"/>
              </w:rPr>
              <w:lastRenderedPageBreak/>
              <w:t>037.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«Рыночные отношения 2015», начинающаяся словами «...2015 на белом черные пятна...», </w:t>
            </w:r>
            <w:r w:rsidRPr="00041EDA">
              <w:rPr>
                <w:rFonts w:ascii="Times New Roman" w:eastAsia="MS Mincho" w:hAnsi="Times New Roman" w:cs="Times New Roman"/>
                <w:sz w:val="24"/>
                <w:szCs w:val="24"/>
                <w:lang w:val="en-US"/>
              </w:rPr>
              <w:lastRenderedPageBreak/>
              <w:t>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w:t>
            </w:r>
            <w:r w:rsidRPr="00041EDA">
              <w:rPr>
                <w:rFonts w:ascii="Times New Roman" w:eastAsia="MS Mincho" w:hAnsi="Times New Roman" w:cs="Times New Roman"/>
                <w:sz w:val="24"/>
                <w:szCs w:val="24"/>
                <w:lang w:val="en-US"/>
              </w:rPr>
              <w:lastRenderedPageBreak/>
              <w:t>06.2020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10.06.2020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23.06.2020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23.06.2020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23.06.2020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504</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w:t>
            </w:r>
            <w:r w:rsidRPr="00041EDA">
              <w:rPr>
                <w:rFonts w:ascii="Times New Roman" w:eastAsia="MS Mincho" w:hAnsi="Times New Roman" w:cs="Times New Roman"/>
                <w:sz w:val="24"/>
                <w:szCs w:val="24"/>
                <w:lang w:val="en-US"/>
              </w:rPr>
              <w:lastRenderedPageBreak/>
              <w:t>районного суда Тверской области от 12.03.2020);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14.07.202</w:t>
            </w:r>
            <w:r w:rsidRPr="00041EDA">
              <w:rPr>
                <w:rFonts w:ascii="Times New Roman" w:eastAsia="MS Mincho" w:hAnsi="Times New Roman" w:cs="Times New Roman"/>
                <w:sz w:val="24"/>
                <w:szCs w:val="24"/>
                <w:lang w:val="en-US"/>
              </w:rPr>
              <w:lastRenderedPageBreak/>
              <w:t>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14.07.2020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14.07.2020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14.07.2020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16.07.2020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16.07.2020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(решение Верховного Суда Республики Татарстан от 14.05.2020);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автора Уилльяма Марриона Бранхама издательства «VOICE OF GOD RECORDINGS» «Изложение Семи Периодов Церкви» на 324 страницах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w:t>
            </w:r>
            <w:r w:rsidRPr="00041EDA">
              <w:rPr>
                <w:rFonts w:ascii="Times New Roman" w:eastAsia="MS Mincho" w:hAnsi="Times New Roman" w:cs="Times New Roman"/>
                <w:sz w:val="24"/>
                <w:szCs w:val="24"/>
                <w:lang w:val="en-US"/>
              </w:rPr>
              <w:lastRenderedPageBreak/>
              <w:t>053.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Брошюра автора Уилльяма Марриона Бранхама издательства «VOICE OF GOD RECORDINGS» «Восстановление </w:t>
            </w:r>
            <w:r w:rsidRPr="00041EDA">
              <w:rPr>
                <w:rFonts w:ascii="Times New Roman" w:eastAsia="MS Mincho" w:hAnsi="Times New Roman" w:cs="Times New Roman"/>
                <w:sz w:val="24"/>
                <w:szCs w:val="24"/>
                <w:lang w:val="en-US"/>
              </w:rPr>
              <w:lastRenderedPageBreak/>
              <w:t>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04.</w:t>
            </w:r>
            <w:r w:rsidRPr="00041EDA">
              <w:rPr>
                <w:rFonts w:ascii="Times New Roman" w:eastAsia="MS Mincho" w:hAnsi="Times New Roman" w:cs="Times New Roman"/>
                <w:sz w:val="24"/>
                <w:szCs w:val="24"/>
                <w:lang w:val="en-US"/>
              </w:rPr>
              <w:lastRenderedPageBreak/>
              <w:t>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w:t>
            </w:r>
            <w:r w:rsidRPr="00041EDA">
              <w:rPr>
                <w:rFonts w:ascii="Times New Roman" w:eastAsia="MS Mincho" w:hAnsi="Times New Roman" w:cs="Times New Roman"/>
                <w:sz w:val="24"/>
                <w:szCs w:val="24"/>
                <w:lang w:val="en-US"/>
              </w:rPr>
              <w:lastRenderedPageBreak/>
              <w:t>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506</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w:t>
            </w:r>
            <w:r w:rsidRPr="00041EDA">
              <w:rPr>
                <w:rFonts w:ascii="Times New Roman" w:eastAsia="MS Mincho" w:hAnsi="Times New Roman" w:cs="Times New Roman"/>
                <w:sz w:val="24"/>
                <w:szCs w:val="24"/>
                <w:lang w:val="en-US"/>
              </w:rPr>
              <w:lastRenderedPageBreak/>
              <w:t>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04.08.202</w:t>
            </w:r>
            <w:r w:rsidRPr="00041EDA">
              <w:rPr>
                <w:rFonts w:ascii="Times New Roman" w:eastAsia="MS Mincho" w:hAnsi="Times New Roman" w:cs="Times New Roman"/>
                <w:sz w:val="24"/>
                <w:szCs w:val="24"/>
                <w:lang w:val="en-US"/>
              </w:rPr>
              <w:lastRenderedPageBreak/>
              <w:t>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04.08.2020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507</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10.08.202</w:t>
            </w:r>
            <w:r w:rsidRPr="00041EDA">
              <w:rPr>
                <w:rFonts w:ascii="Times New Roman" w:eastAsia="MS Mincho" w:hAnsi="Times New Roman" w:cs="Times New Roman"/>
                <w:sz w:val="24"/>
                <w:szCs w:val="24"/>
                <w:lang w:val="en-US"/>
              </w:rPr>
              <w:lastRenderedPageBreak/>
              <w:t>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w:t>
            </w:r>
            <w:r w:rsidRPr="00041EDA">
              <w:rPr>
                <w:rFonts w:ascii="Times New Roman" w:eastAsia="MS Mincho" w:hAnsi="Times New Roman" w:cs="Times New Roman"/>
                <w:sz w:val="24"/>
                <w:szCs w:val="24"/>
                <w:lang w:val="en-US"/>
              </w:rPr>
              <w:lastRenderedPageBreak/>
              <w:t>077.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Печатное издание - книга Платонова О.А. «Ритуальные убийства» (изд. «Родная страна», 2015- 256 страниц, </w:t>
            </w:r>
            <w:r w:rsidRPr="00041EDA">
              <w:rPr>
                <w:rFonts w:ascii="Times New Roman" w:eastAsia="MS Mincho" w:hAnsi="Times New Roman" w:cs="Times New Roman"/>
                <w:sz w:val="24"/>
                <w:szCs w:val="24"/>
                <w:lang w:val="en-US"/>
              </w:rPr>
              <w:lastRenderedPageBreak/>
              <w:t>ISBN 978-5-903942-48-0) (решение Таганского районного суда г. Москвы от 04.06.2020);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10.</w:t>
            </w:r>
            <w:r w:rsidRPr="00041EDA">
              <w:rPr>
                <w:rFonts w:ascii="Times New Roman" w:eastAsia="MS Mincho" w:hAnsi="Times New Roman" w:cs="Times New Roman"/>
                <w:sz w:val="24"/>
                <w:szCs w:val="24"/>
                <w:lang w:val="en-US"/>
              </w:rPr>
              <w:lastRenderedPageBreak/>
              <w:t>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 книга Платонова О.А. «Тайна беззакония» (изд. «Родная страна», 2014 - 336 страниц, ISBN 978-5-903942-29-9) (решение Таганского районного суда г. Москвы от 04.06.2020);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 книга Платонова О.А. «Иудаизм и масонство» (изд. «Кислород», 2016 - 560 страниц, ISBN 978-5-901635-49-0) (решение Таганского районного суда г. Москвы от 04.06.2020);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10.08.2020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508</w:t>
            </w:r>
            <w:r w:rsidRPr="00041EDA">
              <w:rPr>
                <w:rFonts w:ascii="Times New Roman" w:eastAsia="MS Mincho" w:hAnsi="Times New Roman" w:cs="Times New Roman"/>
                <w:sz w:val="24"/>
                <w:szCs w:val="24"/>
                <w:lang w:val="en-US"/>
              </w:rPr>
              <w:lastRenderedPageBreak/>
              <w:t>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w:t>
            </w:r>
            <w:r w:rsidRPr="00041EDA">
              <w:rPr>
                <w:rFonts w:ascii="Times New Roman" w:eastAsia="MS Mincho" w:hAnsi="Times New Roman" w:cs="Times New Roman"/>
                <w:sz w:val="24"/>
                <w:szCs w:val="24"/>
                <w:lang w:val="en-US"/>
              </w:rPr>
              <w:lastRenderedPageBreak/>
              <w:t>(решение Ленинского районного суда г. Смоленска от 19.02.2020);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20.08.202</w:t>
            </w:r>
            <w:r w:rsidRPr="00041EDA">
              <w:rPr>
                <w:rFonts w:ascii="Times New Roman" w:eastAsia="MS Mincho" w:hAnsi="Times New Roman" w:cs="Times New Roman"/>
                <w:sz w:val="24"/>
                <w:szCs w:val="24"/>
                <w:lang w:val="en-US"/>
              </w:rPr>
              <w:lastRenderedPageBreak/>
              <w:t>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«Ход мертвой королевой. О текущем момента»,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w:t>
            </w:r>
            <w:r w:rsidRPr="00041EDA">
              <w:rPr>
                <w:rFonts w:ascii="Times New Roman" w:eastAsia="MS Mincho" w:hAnsi="Times New Roman" w:cs="Times New Roman"/>
                <w:sz w:val="24"/>
                <w:szCs w:val="24"/>
                <w:lang w:val="en-US"/>
              </w:rPr>
              <w:lastRenderedPageBreak/>
              <w:t>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w:t>
            </w:r>
            <w:r w:rsidRPr="00041EDA">
              <w:rPr>
                <w:rFonts w:ascii="Times New Roman" w:eastAsia="MS Mincho" w:hAnsi="Times New Roman" w:cs="Times New Roman"/>
                <w:sz w:val="24"/>
                <w:szCs w:val="24"/>
                <w:lang w:val="en-US"/>
              </w:rPr>
              <w:lastRenderedPageBreak/>
              <w:t>городского суда Республики Коми от 22.06.2020);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28.08.2020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28.08.2020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(решение Магасского районного суда Республики Ингушетия от 02.03.2020);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02.09.2020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Электронная книга автора Петра Хомякова под названием «Программа «Норна», начинающаяся словами: «Предисловие. Уважаемые читатели. Вы держите сейчас первую часть политического манифеста Программа «НОРНА», заканчивающаяся словами «Мы настроены на результат! Мы настроены на победу!» (решение Центрального районного суда г. Красноярска от 03.07.2020);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02.09.2020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(аудиофайл, музыкальное произведение) «Апостол - Русский марш», начинающаяся словами: «Россия, вставай! Берись за оружие …» и заканчивающаяся словами: «Россия для русских козырная масть» (решение Октябрьского районного суда города Краснодара от 30.06.2020 и определение Октябрьского районного суда г. Краснодара от 12.08.2020);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02.09.2020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5096.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под названием: «Ренессанс. Фашизм не пройдет пройдет национал-социализм» (решение Куйбышевского районного суда г. Омска от 26.06.2020);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02.09.2020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под названием: «Ренессанс. Когда преступником становится государство - право быть судьей принадлежит каждому гражданину» (решение Куйбышевского районного суда г. Омска от 26.06.2020);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02.09.2020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под названием: «Ренессанс. RaHoWa будет существовать до тех пор, пока горят огни в ее прогнившем мире!» (решение Куйбышевского районного суда г. Омска от 26.06.2020);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02.09.2020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5099.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и его текст под названием: «Я чурка чурка чурка, а вовсе не медведь», начинающийся словами: «Я чурка, чурка, чурка, а вовсе не медведь…» и заканчивающийся словами: «… раз так семь!» продолжительностью от 27 секунд до 40 секунд, размещенный в сети «Интернет» (решение Фрунзенского районного суда г. Ярославля от 09.07.2020);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02.09.2020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21.09.2020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510</w:t>
            </w:r>
            <w:r w:rsidRPr="00041EDA">
              <w:rPr>
                <w:rFonts w:ascii="Times New Roman" w:eastAsia="MS Mincho" w:hAnsi="Times New Roman" w:cs="Times New Roman"/>
                <w:sz w:val="24"/>
                <w:szCs w:val="24"/>
                <w:lang w:val="en-US"/>
              </w:rPr>
              <w:lastRenderedPageBreak/>
              <w:t>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w:t>
            </w:r>
            <w:r w:rsidRPr="00041EDA">
              <w:rPr>
                <w:rFonts w:ascii="Times New Roman" w:eastAsia="MS Mincho" w:hAnsi="Times New Roman" w:cs="Times New Roman"/>
                <w:sz w:val="24"/>
                <w:szCs w:val="24"/>
                <w:lang w:val="en-US"/>
              </w:rPr>
              <w:lastRenderedPageBreak/>
              <w:t>городского суда Республики Коми от 17.07.2020);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21.09.202</w:t>
            </w:r>
            <w:r w:rsidRPr="00041EDA">
              <w:rPr>
                <w:rFonts w:ascii="Times New Roman" w:eastAsia="MS Mincho" w:hAnsi="Times New Roman" w:cs="Times New Roman"/>
                <w:sz w:val="24"/>
                <w:szCs w:val="24"/>
                <w:lang w:val="en-US"/>
              </w:rPr>
              <w:lastRenderedPageBreak/>
              <w:t>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21.09.2020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21.09.2020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5104.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21.09.2020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21.09.2020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Книга «Таухид детям. Книга 1» («Taukhid_detyam_Kniga_1.doc» Учебное пособие для первого года)», перевод с арабского языка: Дамир Хайруддин 1431 год хиджры/2010 год, за исключением сур, аятов </w:t>
            </w:r>
            <w:r w:rsidRPr="00041EDA">
              <w:rPr>
                <w:rFonts w:ascii="Times New Roman" w:eastAsia="MS Mincho" w:hAnsi="Times New Roman" w:cs="Times New Roman"/>
                <w:sz w:val="24"/>
                <w:szCs w:val="24"/>
                <w:lang w:val="en-US"/>
              </w:rPr>
              <w:br/>
            </w:r>
            <w:r w:rsidRPr="00041EDA">
              <w:rPr>
                <w:rFonts w:ascii="Times New Roman" w:eastAsia="MS Mincho" w:hAnsi="Times New Roman" w:cs="Times New Roman"/>
                <w:sz w:val="24"/>
                <w:szCs w:val="24"/>
                <w:lang w:val="en-US"/>
              </w:rPr>
              <w:br/>
              <w:t>и цитат из Корана (решение Кировского районного суда города Уфы от 08.07.2020);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08.10.2020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Коллаж из нескольких изображений с подписями «Девяностые, геноцид русских в Чечне», «Нулевые, геноцид русских в России», «ЧЕРНИЛЬНИЦЫ. ИМ ПО…Й они улучшают генофонд кавказцев» (решение Центрального районного суда г. Барнаула Алтайского края от 06.07.2020 и определение Центрального районного суда г. Барнаула от 05.08.2020);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08.10.2020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Стихотворение под названием «Что такое хорошо и что такое плохо», начинающееся со слов «Крошка сын к отцу пришел…» и заканчивающееся словами «… с головой их обличают грязные делишки!», размещенное в сети Интернет (решение Обского городского суда Новосибирской области от 06.08.2020);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08.10.2020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«Особов – Скины аплодисменты» длительностью 1 мин. 17 сек., начинающаяся со слов «Вроде вольные, но ходим путями окольными…», и заканчивающаяся словами «…скины аплодисменты», размещенная в сети Интернет (решение Центрального районного суда г. Тулы от 08.07.2020);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08.10.2020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«Электрические партизаны - Левый террор»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продолжительностью от 02 минут 44 секунд до 02 минут 45 секунд, начинающаяся словами: «Мы не ходим с флагами на митинги - не ищи на фото наших лиц...», заканчивающаяся словами: «...С лица земли сотрем позор! Смерть системе! Левый террор!» (решение Железнодорожного районного суда г. Пензы от 06.08.2020);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Аудиозапись под названием «Электрические Партизаны - Звезда и автомат»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w:t>
            </w:r>
            <w:r w:rsidRPr="00041EDA">
              <w:rPr>
                <w:rFonts w:ascii="Times New Roman" w:eastAsia="MS Mincho" w:hAnsi="Times New Roman" w:cs="Times New Roman"/>
                <w:sz w:val="24"/>
                <w:szCs w:val="24"/>
                <w:lang w:val="en-US"/>
              </w:rPr>
              <w:lastRenderedPageBreak/>
              <w:t>«Электрические Партизаны (http //vkontakte.ru/clubl2234470) - Звезда и Автомат», «Электрические Партизаны - Звезда И Автомат), продолжительностью от 03 минут 38 секунд до 03 минут 40 се¬кунд, начинающаяся словами: «Миром правит алчность, миром правит ложь...», заканчивающаяся словами: «...Красная звезда и черный автомат, звезда и авто¬мат! (решение Железнодорожного районного суда г. Пензы от 06.08.2020);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19.10.2020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(книга) «Идеальные правила о прекрасных именах Аллаха и Его атрибутах/Абу'Абдиллях Мухаммад ибн Салих аль-ʻУсеймин; пер. с араб., прим. Р.Абу Ибрахим Татарстани.- М.:Дар-уль-хадис, 2018.-272 с., за исключением сур, аятов и цитат из Корана (решение Агрызского районного суда Республики Татарстан от 17.08.2020);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(книга) «Аль-Иктисаду филь-иʻтикад = Срединность в вероубеждении/ʻАбдуль-Гани аль- Джаммаʻ или / Религиозные вероубеждения, богословие; пер. с араб., прим. Р.Абу Ибрахим Татарстани.-М.: Дарь уль-хадис, 2017- 192 с., за исключением сур, аятов и цитат из Корана (решение Агрызского районного суда Республики Татарстан от 17.08.2020);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Печатное издание (книга) «Аль-Кабаир. Книга о больших грехах и разъяснении запретных поступков/ Абу ʻ Абдиллях Мухаммад ибн Ахмад аз-Захаби; пер. с араб., прим. Р. Абу Ибрахим Татарстани. - М.: Дар уль-хадис, 2017.- 352 с., за исключением сур, аятов и цитат из Корана (решение Агрызского районного суда Республики Татарстан от 17.08.2020);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19.10.2020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«Русский корпус – СС Дирлевангер», начинающаяся и заканчивающаяся словами «Доктор богословия был не так уж прост ………. Дирлевангер, Дирлевангер, каратели – солдаты» (решение Ленинского районного суда г. Севастополя от 27.07.2020);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30.10.2020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511</w:t>
            </w:r>
            <w:r w:rsidRPr="00041EDA">
              <w:rPr>
                <w:rFonts w:ascii="Times New Roman" w:eastAsia="MS Mincho" w:hAnsi="Times New Roman" w:cs="Times New Roman"/>
                <w:sz w:val="24"/>
                <w:szCs w:val="24"/>
                <w:lang w:val="en-US"/>
              </w:rPr>
              <w:lastRenderedPageBreak/>
              <w:t>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«Банда Москвы–Патриот» общей продолжительностью 02 минуты 47 секунд, текст песенной композиции «Банда Москвы» с названием «Патриот», начинающаяся фразой «Наши предки против них всегда воевали…» и заканчивающаяся фразой «…Тех, кто встанет у нас на пути. Уничтожим с тобой (2 раза)» (решение </w:t>
            </w:r>
            <w:r w:rsidRPr="00041EDA">
              <w:rPr>
                <w:rFonts w:ascii="Times New Roman" w:eastAsia="MS Mincho" w:hAnsi="Times New Roman" w:cs="Times New Roman"/>
                <w:sz w:val="24"/>
                <w:szCs w:val="24"/>
                <w:lang w:val="en-US"/>
              </w:rPr>
              <w:lastRenderedPageBreak/>
              <w:t>Новосильского районного суда Орловской области от 26.08.2020);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30.10.202</w:t>
            </w:r>
            <w:r w:rsidRPr="00041EDA">
              <w:rPr>
                <w:rFonts w:ascii="Times New Roman" w:eastAsia="MS Mincho" w:hAnsi="Times New Roman" w:cs="Times New Roman"/>
                <w:sz w:val="24"/>
                <w:szCs w:val="24"/>
                <w:lang w:val="en-US"/>
              </w:rPr>
              <w:lastRenderedPageBreak/>
              <w:t>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стихотворение с наименованием «Христианское рабство», начинающееся словами «Христианская церковь готовит рабов» и заканчивается словами «и Правь воссияет во славу Руси», а также аудио-видеозапись длительностью 3 минуты 18 секунд, содержащая стихотворение «Христианское рабство» (решение Первомайского районного суда г. Кирова от 24.08.2020);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30.10.2020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«Павел акционирует» общей продолжительностью 16 секунд, начинающийся фразой: «Ты откуда родом?...» и заканчивающийся фразой: «…Таджикистан? Тогда привет тебе из России» (решение Мценского районного суда Орловской области от 11.09.2020);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30.10.2020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Бена Классена под названием «Вечная религия природы», начинающаяся словами «Посвящается МОЕМУ НАРОДУ», Благородной Белой Расе, наивысшему Творению в Царстве Природы…», заканчивающаяся словами «…Когда этот день настанет, наше будущее будет не только светлым и прекрасным, оно будет более динамично и увлекательно, чем человечество прошлого могло только себе представить», на 505 листах (решение Левобережного районного суда города Липецка от 20.08.2020);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30.10.2020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Печатное издание «Осетины на службе Третьего рейха. Факты массового сотрудничества осетин с фашистами в годы Великой Отечественной войны», г. Ростов - на - Дону, 2019, 230 л. (решение Ленинского районного суда г. Владикавказа Республики Северная </w:t>
            </w:r>
            <w:r w:rsidRPr="00041EDA">
              <w:rPr>
                <w:rFonts w:ascii="Times New Roman" w:eastAsia="MS Mincho" w:hAnsi="Times New Roman" w:cs="Times New Roman"/>
                <w:sz w:val="24"/>
                <w:szCs w:val="24"/>
                <w:lang w:val="en-US"/>
              </w:rPr>
              <w:br/>
            </w:r>
            <w:r w:rsidRPr="00041EDA">
              <w:rPr>
                <w:rFonts w:ascii="Times New Roman" w:eastAsia="MS Mincho" w:hAnsi="Times New Roman" w:cs="Times New Roman"/>
                <w:sz w:val="24"/>
                <w:szCs w:val="24"/>
                <w:lang w:val="en-US"/>
              </w:rPr>
              <w:br/>
              <w:t>Осетия-Алания от 19.08.2020);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19.11.2020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Видеозапись (видеоряд) под названием «Пророчество камов 16 век» продолжительностью 02 минуты 40 секунд, содержащая титры, представляющие собой стихотворный текст на русском языке, начинающийся словами «Глух и слеп был старый Кам. Еле он стоять мог.» и заканчивающийся словами «На небо сын мой посмотри. Там бог один – и он Тенгри, а также стихотворный текст аналогичного содержания под названием </w:t>
            </w:r>
            <w:r w:rsidRPr="00041EDA">
              <w:rPr>
                <w:rFonts w:ascii="Times New Roman" w:eastAsia="MS Mincho" w:hAnsi="Times New Roman" w:cs="Times New Roman"/>
                <w:sz w:val="24"/>
                <w:szCs w:val="24"/>
                <w:lang w:val="en-US"/>
              </w:rPr>
              <w:lastRenderedPageBreak/>
              <w:t>«Пророчество камов 16 век» (решение Горно-Алтайского городского суда Республики Алтай от 18.08.2020);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19.11.2020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«МОСКВУ СЖЕЧЬ НЕЛЬЗЯ ОСТАВИТЬ. Запятую поставь сам!», продолжительностью 10 минут 49 секунд, содержащая фонограмму, начинающуюся словами «Вновь всех приветствую, и сегодня коснусь вопроса, по Москве» и заканчивающуюся словами «Только так, и не иначе! До  скорых встреч!» (решение Горно-Алтайского городского суда Республики Алтай от 09.06.2020);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19.11.2020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Печатное издание Абадиева И.У. «Эздел – формула земной и вечной жизни», которое начинается со слов «Когда Аллах создал Землю, ее поверхность была очень мягкой, похожей на болотистую почву, </w:t>
            </w:r>
            <w:r w:rsidRPr="00041EDA">
              <w:rPr>
                <w:rFonts w:ascii="Times New Roman" w:eastAsia="MS Mincho" w:hAnsi="Times New Roman" w:cs="Times New Roman"/>
                <w:sz w:val="24"/>
                <w:szCs w:val="24"/>
                <w:lang w:val="en-US"/>
              </w:rPr>
              <w:br/>
            </w:r>
            <w:r w:rsidRPr="00041EDA">
              <w:rPr>
                <w:rFonts w:ascii="Times New Roman" w:eastAsia="MS Mincho" w:hAnsi="Times New Roman" w:cs="Times New Roman"/>
                <w:sz w:val="24"/>
                <w:szCs w:val="24"/>
                <w:lang w:val="en-US"/>
              </w:rPr>
              <w:br/>
              <w:t>она кипела и пузырилась, как кипящая смола…» и заканчивается словами «Святой Кунта-Хаджи говорил: «И если скажут, чтобы вы шли в церкви, идите, ибо они только строения, а мы в душе мусульмане. Если вас заставят носить кресты, носите их, так как это только железки, оставаясь в душе мусульманами. Но! … до последнего оставшегося!» (решение Заводского районного суда г. Грозного Чеченской Республики от 08.07.2020);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19.11.2020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Информационный материал - стихотворение, начинающееся со слов «Он Аллах сотворивший небеса, Он Аллах - перед Ним дрожит земля,» и заканчивающееся словами «Он Аллах перед Ним падет Москва, Вашингтон, Рим, Лондон - навсегда!», а также созданные с использованием текста данного стихотворения аудиопроизведения и иные информационные материалы, за исключением содержащихся </w:t>
            </w:r>
            <w:r w:rsidRPr="00041EDA">
              <w:rPr>
                <w:rFonts w:ascii="Times New Roman" w:eastAsia="MS Mincho" w:hAnsi="Times New Roman" w:cs="Times New Roman"/>
                <w:sz w:val="24"/>
                <w:szCs w:val="24"/>
                <w:lang w:val="en-US"/>
              </w:rPr>
              <w:br/>
            </w:r>
            <w:r w:rsidRPr="00041EDA">
              <w:rPr>
                <w:rFonts w:ascii="Times New Roman" w:eastAsia="MS Mincho" w:hAnsi="Times New Roman" w:cs="Times New Roman"/>
                <w:sz w:val="24"/>
                <w:szCs w:val="24"/>
                <w:lang w:val="en-US"/>
              </w:rPr>
              <w:br/>
              <w:t>в нем содержания и цитат из Корана (решение Самарского районного суда г. Самара от 10.09.2020 и определение Самарского районного суда г. Самара от 24.09.2020);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23.11.2020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В.В. Юдаева «AVE SATAN - LEGION», состоящая из 100 листов (200 страниц), текст которой начинается на четвертой странице словами «ЗАЧЕМ НУЖЕН САТАНИЗМ? Пункт первый. Внутренний мир.» и заканчивается на 193 странице словами «А дети все работают лет с восьми и самодостаточны.» (решение Октябрьского районного суда города Краснодара от 17.09.2020);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23.11.2020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«Пути к победе» автора Абу Хамза аль-Мухаджир в переводе Мактаба аль-Химма, на 44 страницах, за исключением сур, аятов и цитат из Корана (решение Кировского районного суда г. Иркутска от 30.09.2020);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23.11.2020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песни Александра Харчикова «Мент поганый», продолжительностью от 04 минут 45 секунд до 05 минут 00 секунд, и текст указанной песни, который начинается со слов: «Мент поганый пришел домой, а его встречает...» и заканчивается словами: «Лучше поздно, чем никогда на расправу тащи, влеки толстосума-врага-жида»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23.11.2020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Аудиовизуальный  файл «Зачем Гой, Еврейке!!! кто такой Путин для своей жены!!!», продолжительностью от 24 минуты 36 секунд до 24 минут 37 секунд, в виде изображения текста на белом фоне, сопровождаемого на протяжении всей записи речью закадрового мужского голоса, которая начинается со слов: «Здравствуйте друзья, с вами снова я... наткнулся на интересный вопрос маленькой девочки...» и заканчивается словами: «...не хорошо все это, поздравьте своих президентов во всех странах»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23.11.2020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5129.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Аудиовизуальный файл «Россия, где есть евреи во власти. Туркменистан, где нет евреев. Сравните!», продолжительностью от 40 минут 48 секунд до 40 минут 49 секунд, который начинается с заставки с надписью «Туркменистан, где нет евреев», затем следуют видеосюжеты о жизни в Туркменистане, после чего на 6 минуте 55 секунде появляется заставка с надписью «Россия, где есть евреи», затем заставка с текстом с заголовком «Катехизис еврея в СССР», которая до конца видеозаписи сопровождается речью закадрового мужского голоса, начинающейся со слов: «Приложение к главе «Избранный народ» - «Катехизис еврея в СССР» и заканчивающаяся словами: «Песнь о звере». JI. Бутяков. «Владигор». Санкт-Петербург, 1996 год», в конце появляется заставка с надписью «Ставьте лайки, подписывайтесь» (решение Сыктывкарского городского суда Республики Коми от 25.09.2020 и апелляционное определение судебной коллегии по административным </w:t>
            </w:r>
            <w:r w:rsidRPr="00041EDA">
              <w:rPr>
                <w:rFonts w:ascii="Times New Roman" w:eastAsia="MS Mincho" w:hAnsi="Times New Roman" w:cs="Times New Roman"/>
                <w:sz w:val="24"/>
                <w:szCs w:val="24"/>
                <w:lang w:val="en-US"/>
              </w:rPr>
              <w:lastRenderedPageBreak/>
              <w:t>делам Верховного Суда Республики Коми от 22.03.2021);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23.11.2020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«Владимир Попов - Программа борьбы сиона с белой расой», продолжительностью 18 минут 06 секунд, и текст указанной записи, который начинается со слов: «Борьба против славяно-ариев (людей белой расы на Земле) ведется без передышки уже много тысяч лет...» и заканчивается словами: «...им, несомненно, принадлежит заслуга в подготовке многомиллионной армии убийц»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23.11.2020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брошюра печатного издания под названием «Шаг к истине» «Эльбрус между адыгами и карачаевцами» автора М.О. Будай, 1998 – 94 страницы (решение Карачаевского городского суда Карачаево-Черкесской Республики от 30.08.2020);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16.12.2020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Книга «Нелегальная молодость. Арийская антиутопия» автора Скимена Кинга на 54 л., начинающаяся со слов: «В 2010-2015 годах территорию России захлестнула волна межнациональных конфликтов» </w:t>
            </w:r>
            <w:r w:rsidRPr="00041EDA">
              <w:rPr>
                <w:rFonts w:ascii="Times New Roman" w:eastAsia="MS Mincho" w:hAnsi="Times New Roman" w:cs="Times New Roman"/>
                <w:sz w:val="24"/>
                <w:szCs w:val="24"/>
                <w:lang w:val="en-US"/>
              </w:rPr>
              <w:br/>
            </w:r>
            <w:r w:rsidRPr="00041EDA">
              <w:rPr>
                <w:rFonts w:ascii="Times New Roman" w:eastAsia="MS Mincho" w:hAnsi="Times New Roman" w:cs="Times New Roman"/>
                <w:sz w:val="24"/>
                <w:szCs w:val="24"/>
                <w:lang w:val="en-US"/>
              </w:rPr>
              <w:br/>
              <w:t>и заканчивающаяся словами: «И стоит в оппозиции ко всему остальному устаревшему мiру. All be back» (решение Ленинского районного суда г. Владивостока Приморского края от 16.09.2020);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16.12.2020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(решение Новгородского районного суда Новгородской области от 02.07.2020);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16.12.2020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w:t>
            </w:r>
            <w:r w:rsidRPr="00041EDA">
              <w:rPr>
                <w:rFonts w:ascii="Times New Roman" w:eastAsia="MS Mincho" w:hAnsi="Times New Roman" w:cs="Times New Roman"/>
                <w:sz w:val="24"/>
                <w:szCs w:val="24"/>
                <w:lang w:val="en-US"/>
              </w:rPr>
              <w:lastRenderedPageBreak/>
              <w:t>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w:t>
            </w:r>
            <w:r w:rsidRPr="00041EDA">
              <w:rPr>
                <w:rFonts w:ascii="Times New Roman" w:eastAsia="MS Mincho" w:hAnsi="Times New Roman" w:cs="Times New Roman"/>
                <w:sz w:val="24"/>
                <w:szCs w:val="24"/>
                <w:lang w:val="en-US"/>
              </w:rPr>
              <w:lastRenderedPageBreak/>
              <w:t>одновременно сопровождающейся словами «Еще другой раз приходит и говорит...», затем продолжающейся видеозаписью с мужчиной и надписью «Духовное чадо игумена Гурия (Чезлова)» и заканчивающийся видеозаписью с изображением мужчины в религиозном облачении и словами «...Они говорили, что Пимен последний православный Патриарх. И сейчас...» (решение Новгородского районного суда Новгородской области от 02.07.2020);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16.12.</w:t>
            </w:r>
            <w:r w:rsidRPr="00041EDA">
              <w:rPr>
                <w:rFonts w:ascii="Times New Roman" w:eastAsia="MS Mincho" w:hAnsi="Times New Roman" w:cs="Times New Roman"/>
                <w:sz w:val="24"/>
                <w:szCs w:val="24"/>
                <w:lang w:val="en-US"/>
              </w:rPr>
              <w:lastRenderedPageBreak/>
              <w:t>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«О латинской ереси и содомии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 Новгородского районного суда Новгородской области от 02.07.2020);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16.12.2020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сопровождением ««Бесы въ паспортахъ»...» и заканчивающийся демонстрацией видеозаписи </w:t>
            </w:r>
            <w:r w:rsidRPr="00041EDA">
              <w:rPr>
                <w:rFonts w:ascii="Times New Roman" w:eastAsia="MS Mincho" w:hAnsi="Times New Roman" w:cs="Times New Roman"/>
                <w:sz w:val="24"/>
                <w:szCs w:val="24"/>
                <w:lang w:val="en-US"/>
              </w:rPr>
              <w:br/>
            </w:r>
            <w:r w:rsidRPr="00041EDA">
              <w:rPr>
                <w:rFonts w:ascii="Times New Roman" w:eastAsia="MS Mincho" w:hAnsi="Times New Roman" w:cs="Times New Roman"/>
                <w:sz w:val="24"/>
                <w:szCs w:val="24"/>
                <w:lang w:val="en-US"/>
              </w:rPr>
              <w:br/>
              <w:t>с женщиной в платке, сидящей за столом, произносящей слова «...Батюшка это ты сказал, а Славочка сказал Бог никого не простит из принявших печать, вообще никого» (решение Новгородского районного суда Новгородской области от 02.07.2020);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16.12.2020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16.12.2020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2-ХII-1742г)» (решение Новгородского районного суда Новгородской области от 02.07.2020);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16.12.2020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мачеха моя, за что не любишь ингуша?» и 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w:t>
            </w:r>
            <w:r w:rsidRPr="00041EDA">
              <w:rPr>
                <w:rFonts w:ascii="Times New Roman" w:eastAsia="MS Mincho" w:hAnsi="Times New Roman" w:cs="Times New Roman"/>
                <w:sz w:val="24"/>
                <w:szCs w:val="24"/>
                <w:lang w:val="en-US"/>
              </w:rPr>
              <w:br/>
            </w:r>
            <w:r w:rsidRPr="00041EDA">
              <w:rPr>
                <w:rFonts w:ascii="Times New Roman" w:eastAsia="MS Mincho" w:hAnsi="Times New Roman" w:cs="Times New Roman"/>
                <w:sz w:val="24"/>
                <w:szCs w:val="24"/>
                <w:lang w:val="en-US"/>
              </w:rPr>
              <w:br/>
              <w:t>РСО-Алания от 24.09.2020);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28.12.2020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5140.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Печатные материалы № 1/34 от января 2018 года, № 7/40 от июля 2018 года; № 8/41 от августа 2018 года, № 10/43 от октября 2018 года, № 12/45 от ноября 2018 года, № 13/46 от декабря 2018 года, </w:t>
            </w:r>
            <w:r w:rsidRPr="00041EDA">
              <w:rPr>
                <w:rFonts w:ascii="Times New Roman" w:eastAsia="MS Mincho" w:hAnsi="Times New Roman" w:cs="Times New Roman"/>
                <w:sz w:val="24"/>
                <w:szCs w:val="24"/>
                <w:lang w:val="en-US"/>
              </w:rPr>
              <w:br/>
            </w:r>
            <w:r w:rsidRPr="00041EDA">
              <w:rPr>
                <w:rFonts w:ascii="Times New Roman" w:eastAsia="MS Mincho" w:hAnsi="Times New Roman" w:cs="Times New Roman"/>
                <w:sz w:val="24"/>
                <w:szCs w:val="24"/>
                <w:lang w:val="en-US"/>
              </w:rPr>
              <w:br/>
              <w:t>№ 1/47 от января 2019 года, № 3/49 от марта 2019 года, № 6/52 от июня 2019 года, № 7/53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(решение Йошкар-Олинского городского суда Республики Марий Эл от 29.10.2020);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28.12.2020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Советского районного суда г. Брянска от 07.09.2020);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28.12.2020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(решение Советского районного суда г. Брянска от 07.09.2020);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28.12.2020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Сайт Русской Республики Русь- www.rr-rus.ru и информация, размещенная на нем (решение Мещанского районного суда г. Москвы от 04.09.2019);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28.12.2020</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благословляется» (решение Горно-Алтайского городского суда Республики Алтай от 28.10.2020);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 «» под музыку Киборг – Евпатий Коловрат. Picrolla», продолжительностью 4 минуты 50 секунд и 4 минуты 51 секунда, 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Видеоматериал под названием «скин скины, скинхеды, анти антифа, русские, русский марш, славянский союз, сс, нс, фашизм, нацизм, национализм, skinhead,...», начинающийся словами: «Нет деградации, национал-социализм...», продолжительностью 5 минут 00 секунд, размещенный в сети «Интернет» (решение Рыбинского городского суда Ярославской области от 02.11.2020);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514</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Аудиозапись и текст песни группы «Маррадёры» под названием «Маррадёры-Православный Джихад» («Православный Джихад») длительностью 2 минуты 38 секунд, начинающаяся со слов «Только ненависть» и заканчивающаяся словами «Ваши души погружаются во мрак», размещенная в информационно-</w:t>
            </w:r>
            <w:r w:rsidRPr="00041EDA">
              <w:rPr>
                <w:rFonts w:ascii="Times New Roman" w:eastAsia="MS Mincho" w:hAnsi="Times New Roman" w:cs="Times New Roman"/>
                <w:sz w:val="24"/>
                <w:szCs w:val="24"/>
                <w:lang w:val="en-US"/>
              </w:rPr>
              <w:lastRenderedPageBreak/>
              <w:t>телекоммуникационной сети «Интернет» (решение Ленинского районного суда г. Владикавказа Республики Северная Осетия-Алания от 03.11.2020);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13.01.202</w:t>
            </w:r>
            <w:r w:rsidRPr="00041EDA">
              <w:rPr>
                <w:rFonts w:ascii="Times New Roman" w:eastAsia="MS Mincho" w:hAnsi="Times New Roman" w:cs="Times New Roman"/>
                <w:sz w:val="24"/>
                <w:szCs w:val="24"/>
                <w:lang w:val="en-US"/>
              </w:rPr>
              <w:lastRenderedPageBreak/>
              <w:t>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(музыкальная композиция) «Ничего хорошего-Молотов коктейль» (Nothing Gold – Molotov), начинающаяся словами «Мне вчера приснился ночью долгожданный сон» и заканчивающаяся словами «…Я отвечаю так на вызовы системы», размещенный в социальной сети «ВКонтакте» сети Интернет (решение Калужского районного суда Калужской области от 12.10.2020);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13.01.2021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исполнителя «Злой Ой!» под названием «Убей бабу» и аудиозапись с ее исполнением, продолжительностью 01 мин. 41 сек. (решение Кировского районного суда г. Саратова от 06.11.2020);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«Ценой свободы 2», автор Кирилл Риддик, начинающаяся словами: «Из по покрова тьмы ночной…», заканчивающаяся словами: «…Признателен за вклад каждого из Вас!» (решение Московского районного суда г. Нижнего Новгорода от 25.02.2020);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силовикам: полиции, росгвардии, армии, казачеству» и заканчивающиеся словами «почта для связи: silavpravde@protonmail.com», а также фонограмма, на которой зафиксирована устная речь лица с мужским типом голоса, начинающаяся словами «Начну со слов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молниеносность народно-освободительных действий. Спасибо за внимание» (решение Горно-Алтайского городского суда Республики Алтай от 20.11.2020);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w:t>
            </w:r>
            <w:r w:rsidRPr="00041EDA">
              <w:rPr>
                <w:rFonts w:ascii="Times New Roman" w:eastAsia="MS Mincho" w:hAnsi="Times New Roman" w:cs="Times New Roman"/>
                <w:sz w:val="24"/>
                <w:szCs w:val="24"/>
                <w:lang w:val="en-US"/>
              </w:rPr>
              <w:lastRenderedPageBreak/>
              <w:t>152.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 200 вопросов по вероучению Ислама перевод с арабского 2 издание, исправленное – Москва УММА </w:t>
            </w:r>
            <w:r w:rsidRPr="00041EDA">
              <w:rPr>
                <w:rFonts w:ascii="Times New Roman" w:eastAsia="MS Mincho" w:hAnsi="Times New Roman" w:cs="Times New Roman"/>
                <w:sz w:val="24"/>
                <w:szCs w:val="24"/>
                <w:lang w:val="en-US"/>
              </w:rPr>
              <w:lastRenderedPageBreak/>
              <w:t>2006, 280 стр. часть текста параллельно на русском и арабских языках Хафиз бин Ахмад Аль Хаками, за исключением сур, аятов и цитат из Корана (решение Альметьевского городского суда Республики Татарстан от 15.06.2020 и апелляционное определение судебной коллегии по административным делам Верховного Суда Республики Татарстан от 18.12.2020);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03.</w:t>
            </w:r>
            <w:r w:rsidRPr="00041EDA">
              <w:rPr>
                <w:rFonts w:ascii="Times New Roman" w:eastAsia="MS Mincho" w:hAnsi="Times New Roman" w:cs="Times New Roman"/>
                <w:sz w:val="24"/>
                <w:szCs w:val="24"/>
                <w:lang w:val="en-US"/>
              </w:rPr>
              <w:lastRenderedPageBreak/>
              <w:t>02.2021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Милость для миров – Мухаммад (САВ) Нравственность посланника и его сподвижников /перевод с турецкого Э. Амита А. Арслана под  редакцией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 и апелляционное определение судебной коллегии по административным делам Верховного Суда Республики Татарстан от 18.12.2020);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03.02.2021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5154.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19.02.2021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«Отец Василий (Новиков)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09.03.2021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сборник статей автора Истислав под наименованием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09.03.2021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w:t>
            </w:r>
            <w:r w:rsidRPr="00041EDA">
              <w:rPr>
                <w:rFonts w:ascii="Times New Roman" w:eastAsia="MS Mincho" w:hAnsi="Times New Roman" w:cs="Times New Roman"/>
                <w:sz w:val="24"/>
                <w:szCs w:val="24"/>
                <w:lang w:val="en-US"/>
              </w:rPr>
              <w:lastRenderedPageBreak/>
              <w:t>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w:t>
            </w:r>
            <w:r w:rsidRPr="00041EDA">
              <w:rPr>
                <w:rFonts w:ascii="Times New Roman" w:eastAsia="MS Mincho" w:hAnsi="Times New Roman" w:cs="Times New Roman"/>
                <w:sz w:val="24"/>
                <w:szCs w:val="24"/>
                <w:lang w:val="en-US"/>
              </w:rPr>
              <w:lastRenderedPageBreak/>
              <w:t>Сказанное отнюдь не означает, 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(решение Кызылского городского суда Республики Тыва от 10.11.2020);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09.03.</w:t>
            </w:r>
            <w:r w:rsidRPr="00041EDA">
              <w:rPr>
                <w:rFonts w:ascii="Times New Roman" w:eastAsia="MS Mincho" w:hAnsi="Times New Roman" w:cs="Times New Roman"/>
                <w:sz w:val="24"/>
                <w:szCs w:val="24"/>
                <w:lang w:val="en-US"/>
              </w:rPr>
              <w:lastRenderedPageBreak/>
              <w:t>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 и денег власть…», заканчивающаяся словами: «…Революция сейчас, революция сейчас, Революция в нас!» (решение Железнодорожного районного суда г. Пензы от 24.12.2020);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09.03.2021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Музыкальное произведение группы «Цирюльня им. Котовского» под названием «Родимый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(решение Советского районного суда г. Астрахани от 26.10.2020);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23.03.2021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2 на 608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01.04.2021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01.04.2021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w:t>
            </w:r>
            <w:r w:rsidRPr="00041EDA">
              <w:rPr>
                <w:rFonts w:ascii="Times New Roman" w:eastAsia="MS Mincho" w:hAnsi="Times New Roman" w:cs="Times New Roman"/>
                <w:sz w:val="24"/>
                <w:szCs w:val="24"/>
                <w:lang w:val="en-US"/>
              </w:rPr>
              <w:lastRenderedPageBreak/>
              <w:t>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w:t>
            </w:r>
            <w:r w:rsidRPr="00041EDA">
              <w:rPr>
                <w:rFonts w:ascii="Times New Roman" w:eastAsia="MS Mincho" w:hAnsi="Times New Roman" w:cs="Times New Roman"/>
                <w:sz w:val="24"/>
                <w:szCs w:val="24"/>
                <w:lang w:val="en-US"/>
              </w:rPr>
              <w:lastRenderedPageBreak/>
              <w:t>с арабского Э. Кулиев, - Москва,: Эксмо: Умма, 2014 - том 1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01.04.</w:t>
            </w:r>
            <w:r w:rsidRPr="00041EDA">
              <w:rPr>
                <w:rFonts w:ascii="Times New Roman" w:eastAsia="MS Mincho" w:hAnsi="Times New Roman" w:cs="Times New Roman"/>
                <w:sz w:val="24"/>
                <w:szCs w:val="24"/>
                <w:lang w:val="en-US"/>
              </w:rPr>
              <w:lastRenderedPageBreak/>
              <w:t>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песни праворадикальной группы «Яровит»: «Символ моей веры» (решение Лихославльского районного суда Тверской области от 30.12.2020);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12.04.2021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песни праворадикальной группы «Яровит»: «282» (решение Лихославльского районного суда Тверской области от 30.12.2020);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12.04.2021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песни праворадикальной группы «Яровит»: «Мы здесь» (решение Лихославльского районного суда Тверской области от 30.12.2020);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12.04.2021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песни праворадикальной группы «Яровит»: «Эхо войны (снег идет)» (решение Лихославльского районного суда Тверской области от 30.12.2020);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12.04.2021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516</w:t>
            </w:r>
            <w:r w:rsidRPr="00041EDA">
              <w:rPr>
                <w:rFonts w:ascii="Times New Roman" w:eastAsia="MS Mincho" w:hAnsi="Times New Roman" w:cs="Times New Roman"/>
                <w:sz w:val="24"/>
                <w:szCs w:val="24"/>
                <w:lang w:val="en-US"/>
              </w:rPr>
              <w:lastRenderedPageBreak/>
              <w:t>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Аудиозапись песни праворадикальной группы «Яровит»: «Этот день придет» (решение Лихославльского районного суда Тверской области от 30.12.2020);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12.04.202</w:t>
            </w:r>
            <w:r w:rsidRPr="00041EDA">
              <w:rPr>
                <w:rFonts w:ascii="Times New Roman" w:eastAsia="MS Mincho" w:hAnsi="Times New Roman" w:cs="Times New Roman"/>
                <w:sz w:val="24"/>
                <w:szCs w:val="24"/>
                <w:lang w:val="en-US"/>
              </w:rPr>
              <w:lastRenderedPageBreak/>
              <w:t>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песни праворадикальной группы «Яровит»: «Голос белой Европы» (решение Лихославльского районного суда Тверской области от 30.12.2020);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12.04.2021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5169.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под названием «Мы 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цитат из Корана (решение Центрального районного суда г. Воронежа от 03.02.2021);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12.04.2021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5170.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 исключением 13 выдержек из Корана и его содержания) (решение Дзержинского районного суда города Санкт-Петербурга от 23.12.2020);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12.04.2021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5171.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в виде видеоролика с наименованиями «Библейский Фашизм на территории Руси-СССР, КПСС, КГБ 1917-1993 в России 04.01.2019»,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Экстремистская секта Хабад, КПРФ и Еврейская Революция 1917-1993 в России, что общего» продолжительностью около 50 минут 08 секунд, который начинается со слов мужчины «Я хочу пожелать всей саратовской общине, чтобы вот эта синагога… и заканчивается словами «Вокруг нас ведется большой иудейский спектакль и в этом спектакле, как я уже говорил,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12.04.2021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w:t>
            </w:r>
            <w:r w:rsidRPr="00041EDA">
              <w:rPr>
                <w:rFonts w:ascii="Times New Roman" w:eastAsia="MS Mincho" w:hAnsi="Times New Roman" w:cs="Times New Roman"/>
                <w:sz w:val="24"/>
                <w:szCs w:val="24"/>
                <w:lang w:val="en-US"/>
              </w:rPr>
              <w:lastRenderedPageBreak/>
              <w:t>72.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Видеофайл «Pocherk - 1488 km/h» продолжительностью 2 мин. 44 сек., начинающийся словами «Его прическу уже не исправить…» и заканчивающийся словами «…Будь сильным, Спаси Русь…», размещенный в сети </w:t>
            </w:r>
            <w:r w:rsidRPr="00041EDA">
              <w:rPr>
                <w:rFonts w:ascii="Times New Roman" w:eastAsia="MS Mincho" w:hAnsi="Times New Roman" w:cs="Times New Roman"/>
                <w:sz w:val="24"/>
                <w:szCs w:val="24"/>
                <w:lang w:val="en-US"/>
              </w:rPr>
              <w:lastRenderedPageBreak/>
              <w:t>Интернет (решение Центрального районного суда г. Хабаровска от 21.05.2020);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12.04.</w:t>
            </w:r>
            <w:r w:rsidRPr="00041EDA">
              <w:rPr>
                <w:rFonts w:ascii="Times New Roman" w:eastAsia="MS Mincho" w:hAnsi="Times New Roman" w:cs="Times New Roman"/>
                <w:sz w:val="24"/>
                <w:szCs w:val="24"/>
                <w:lang w:val="en-US"/>
              </w:rPr>
              <w:lastRenderedPageBreak/>
              <w:t>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5173.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«Pocherk» - 1/4/8/8»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12.04.2021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5174.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пройдем как предки в старь, чтоб победить и умереть» (решение Железнодорожного районного суда г. Екатеринбурга от 25.09.2019);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12.04.2021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5175.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Стомахина Б.В. «Азбука свободы» объемом 100 страниц, начинающаяся словами «Это книга о свободе…», заканчивающаяся словами «…но боялись (у него же) спросить», имеющая реквизиты Киев-2019, К.:ДИА, 2019.-100с. (решение Центрального районного суда г. Барнаула Алтайского края от 17.02.2021);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12.04.2021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5176.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«Леонид Корнилов Князь Святослав», начинающаяся словами «/Когда рассвет плеснул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22.04.2021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5177.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песни «Моджахеды ft. Миха Градус» исполнителя Леня МЦ &amp; Wold MC,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Советского районного суда г. Улан-Удэ от 09.03.2021);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20.05.2021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5178.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«К чему призывает проповедники вокруг» длительностью 25 минут 03 секунды, начинающаяся со слов: «Теперь братья смотрите дальше. Давайте посмотрим к чему призывают сегодня 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 от 23.03.2021);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20.05.2021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5179.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(«Calvados»),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20.05.2021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5180.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Владикавказа от 17.02.2021);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20.05.2021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5181.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20.05.2021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5182.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«Сайфулла-Муджахи», длительностью 4 мин. 19 сек., начинающаяся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20.05.2021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5183.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видеозапись «VID_20190903_205943»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районного суда Чувашской Республики от 30.03.2021);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09.06.2021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5184.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с названием FACER – «Мое правосудие», продолжительностью 2 минуты 57 секунд, начинающаяся словами «Монтировкой в затылок..» и заканчивающаяся словами «...вот Вам мое правосудие, с..и» (решение Ленинского районного суда г. Перми от 25.03.2021);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09.06.2021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5185.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под названием «Жизнь ворам, смерть мусорам» неизвестного исполнителя, продолжительностью 2 минуты 19 секунд, начинающийся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25.06.2021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5186.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25.06.2021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5187.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аудиозапись и текст песни под названием «Твой нож 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25.06.2021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w:t>
            </w:r>
            <w:r w:rsidRPr="00041EDA">
              <w:rPr>
                <w:rFonts w:ascii="Times New Roman" w:eastAsia="MS Mincho" w:hAnsi="Times New Roman" w:cs="Times New Roman"/>
                <w:sz w:val="24"/>
                <w:szCs w:val="24"/>
                <w:lang w:val="en-US"/>
              </w:rPr>
              <w:lastRenderedPageBreak/>
              <w:t>88.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под названием «Гипоталамус - Знамя победы» (другое название - «Гипоталамус - Поднимем знамя победы»), продолжительностью от 03 минут 17 секунд до 03 минут 45 секунд, начинающаяся словами: </w:t>
            </w:r>
            <w:r w:rsidRPr="00041EDA">
              <w:rPr>
                <w:rFonts w:ascii="Times New Roman" w:eastAsia="MS Mincho" w:hAnsi="Times New Roman" w:cs="Times New Roman"/>
                <w:sz w:val="24"/>
                <w:szCs w:val="24"/>
                <w:lang w:val="en-US"/>
              </w:rPr>
              <w:lastRenderedPageBreak/>
              <w:t>«Леденящее солнце, нордический дух…», заканчивающаяся словами: «…В борьбе за великую белую расу поможет огненный Один!» (решение Железнодорожного районного суда г. Пензы от 08.06.2021);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17.08.</w:t>
            </w:r>
            <w:r w:rsidRPr="00041EDA">
              <w:rPr>
                <w:rFonts w:ascii="Times New Roman" w:eastAsia="MS Mincho" w:hAnsi="Times New Roman" w:cs="Times New Roman"/>
                <w:sz w:val="24"/>
                <w:szCs w:val="24"/>
                <w:lang w:val="en-US"/>
              </w:rPr>
              <w:lastRenderedPageBreak/>
              <w:t>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5189.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 в Архангельске», заканчивающегося словами: «Вечная память Герою!» (решение Центрального районного суда города Воронежа от 10.06.2021);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17.08.2021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5190.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под названием «The Senseless Insane - Рожден Чтоб Убивать» продолжительностью 2 минуты 35 секунд, начинающийся словами «Я повторяю сдохнешь.., заканчивающееся словами «Я ненавижу всех людей, их детей, дочерей» (решение Центрального районного суда г. Красноярска от 14.09.2020 и определение Центрального районного суда г. Красноярска от 21.05.2021);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17.08.2021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5191.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«Виселица-Убивать» продолжительностью 03 минуты 19 секунд, начинающийся со слов: «Ну что, позорная свинья», заканчивающийся словами: «Убивать, так убивать» (решение Центрального районного суда г. Воронежа от 10.06.2021);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17.08.2021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5192.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«Террор-Бунт» продолжительностью 02 минуты 26 секунд, начинающийся со слов: «Мне надоели кроткие глаза», заканчивающийся словами: «Да будет, будет бунт, революция» (решение Центрального районного суда г. Воронежа от 10.06.2021);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17.08.2021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5193.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Аудиоматериал «Бригадир-Вооружайся» продолжительностью 04 минуты 41 секунду, начинающийся со слов: «Убийцы в погонах стреляют в людей», заканчивающийся словами: «Другого выбора у нас нет» (решение Центрального районного суда г. Воронежа от 10.06.2021);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17.08.2021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5194.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5195.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Мышкинского районного суда Ярославской области от 11.06.2021);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5196.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«Lil Extra – Мы моджахеды войско Аллаха (metal)», начинающаяся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5197.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исполнителя «АСАТ 88» с названием «Деды воевали» продолжительностью 4 минуты 00 секунд, которая начинается словами «Взрываются вокзалы и автобусы, да гибнут дети. Но ведь намного важнее экстремисты в Интернете», заканчивается словами «Да, националист,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5198.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исполнителя «Околорэп feat.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информационно-коммуникационной сети «Интернет» (решение Октябрьского районного суда Амурской области от 29.06.2021);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51</w:t>
            </w:r>
            <w:r w:rsidRPr="00041EDA">
              <w:rPr>
                <w:rFonts w:ascii="Times New Roman" w:eastAsia="MS Mincho" w:hAnsi="Times New Roman" w:cs="Times New Roman"/>
                <w:sz w:val="24"/>
                <w:szCs w:val="24"/>
                <w:lang w:val="en-US"/>
              </w:rPr>
              <w:lastRenderedPageBreak/>
              <w:t>99.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w:t>
            </w:r>
            <w:r w:rsidRPr="00041EDA">
              <w:rPr>
                <w:rFonts w:ascii="Times New Roman" w:eastAsia="MS Mincho" w:hAnsi="Times New Roman" w:cs="Times New Roman"/>
                <w:sz w:val="24"/>
                <w:szCs w:val="24"/>
                <w:lang w:val="en-US"/>
              </w:rPr>
              <w:lastRenderedPageBreak/>
              <w:t>имеющая припев: «А.У.Е. Жизнь Ворам, Воровским Сердцам Долгой Жизни. Уважение Отцам! Я молодой пацан, пусть много не познал, буду всегда ценить Вас Отрицалов!» (решение Абаканского городского суда Республики Хакасия от 28.06.2021);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08.09.</w:t>
            </w:r>
            <w:r w:rsidRPr="00041EDA">
              <w:rPr>
                <w:rFonts w:ascii="Times New Roman" w:eastAsia="MS Mincho" w:hAnsi="Times New Roman" w:cs="Times New Roman"/>
                <w:sz w:val="24"/>
                <w:szCs w:val="24"/>
                <w:lang w:val="en-US"/>
              </w:rPr>
              <w:lastRenderedPageBreak/>
              <w:t>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5200.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наколю, украду, оторву звезду!» (решение Абаканского городского суда Республики Хакасия от 28.06.2021);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5201.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 аудиозапись песни под названием: «SH Rera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5202.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5203.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Вахитовского районного суда города Казани от 29.06.2021);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520</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08.09.202</w:t>
            </w:r>
            <w:r w:rsidRPr="00041EDA">
              <w:rPr>
                <w:rFonts w:ascii="Times New Roman" w:eastAsia="MS Mincho" w:hAnsi="Times New Roman" w:cs="Times New Roman"/>
                <w:sz w:val="24"/>
                <w:szCs w:val="24"/>
                <w:lang w:val="en-US"/>
              </w:rPr>
              <w:lastRenderedPageBreak/>
              <w:t>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5205.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22.09.2021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5206.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«Выход взять оружие» (другие названия – «Священная война», «Выход взять оружие (взяться за голову)», «YouTube  -&amp;#x202a;Выход-взять оружие.wmv&amp;#x202c;&amp;rlm;»)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(решение Железнодорожного районного суда г. Пензы от 15.07.2021);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22.09.2021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5207.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(решение Бологовского городского суда Тверской области от 16.06.2021);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22.09.2021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5208.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28.09.2021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w:t>
            </w:r>
            <w:r w:rsidRPr="00041EDA">
              <w:rPr>
                <w:rFonts w:ascii="Times New Roman" w:eastAsia="MS Mincho" w:hAnsi="Times New Roman" w:cs="Times New Roman"/>
                <w:sz w:val="24"/>
                <w:szCs w:val="24"/>
                <w:lang w:val="en-US"/>
              </w:rPr>
              <w:lastRenderedPageBreak/>
              <w:t>209.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группы «Сейтар» под названием «White power» (решение Якутского городского суда Республики </w:t>
            </w:r>
            <w:r w:rsidRPr="00041EDA">
              <w:rPr>
                <w:rFonts w:ascii="Times New Roman" w:eastAsia="MS Mincho" w:hAnsi="Times New Roman" w:cs="Times New Roman"/>
                <w:sz w:val="24"/>
                <w:szCs w:val="24"/>
                <w:lang w:val="en-US"/>
              </w:rPr>
              <w:lastRenderedPageBreak/>
              <w:t>Саха (Якутия) от 23.07.2021);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06.</w:t>
            </w:r>
            <w:r w:rsidRPr="00041EDA">
              <w:rPr>
                <w:rFonts w:ascii="Times New Roman" w:eastAsia="MS Mincho" w:hAnsi="Times New Roman" w:cs="Times New Roman"/>
                <w:sz w:val="24"/>
                <w:szCs w:val="24"/>
                <w:lang w:val="en-US"/>
              </w:rPr>
              <w:lastRenderedPageBreak/>
              <w:t>10.2021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5210.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 песни группы «Сейтар» под названием «White power» (решение Якутского городского суда Республики Саха (Якутия) от 23.07.2021);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06.10.2021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5211.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о 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vk.com/arhsssr» (решение Сыктывкарского городского суда Республики Коми от 02.08.2021);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06.10.2021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5212.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Приморского края от 16.08.2021);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06.10.2021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5213.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Песня группы «Сибирский кулак» под названием «Нигер», начинающаяся со слов «Опять я вижу на улицах их рожи», заканчивающаяся словами «Нигер! Это гадко!» (решение Центрального районного суда г. Барнаула от 29.07.2021);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06.10.2021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5214.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06.10.2021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5215.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словами «...Выгонять из России…» (решение Октябрьского районного суда г. Белгорода от 09.07.2021).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15.10.2021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5216.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Брошюра «Der Untermensch/Недочеловек»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(решение Ленинского районного суда г. Владивостока от 16.08.2021);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28.10.2021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5217.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5218.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с названием «Тайное и явное. Цели деяния сионистов», представляющая собой черно-белый фильм, 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паутины червей?», после чего следуют титры (решение Сыктывкарского городского суда от 05.07.2021);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5219.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резать русню!» (решение Сыктывкарского городского суда от 05.07.2021);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5220.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«Крада – Белый Штурм» длительностью 2 мин. 47 сек., начинающаяся со слов: «Четче шаг! Врата небес открыты…», размещенная в сети «Интернет» (решение Центрального районного суда г. Тулы от 31.08.2021);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районного суда г. Нижнего Новгорода от 29.04.2021 и определение Советского районного суда г. Нижнего Новгорода от 10.09.2021);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08.11.2021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них содержания и цитат из Корана» (решение Самарского районного суда г. Самары от 18.08.2021);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5223.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песни под названиями: «Тимур», «Тимур мы помним тебя…» праворадикальной группы «RGD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5224.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аудиозапись группы «НЕтолерантный» под названием «Убей их всех» (решение Ленинского районного суда г. Тамбова от 27.09.2021);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5225.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секунду (решение Дзержинского районного суда г. Волгограда от 23.09.2021);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5226.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(решение Абаканского городского суда Республики Хакасия от 06.09.2021);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5227.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«Holdaar –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Рязани от 20.08.2021);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5228.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522</w:t>
            </w:r>
            <w:r w:rsidRPr="00041EDA">
              <w:rPr>
                <w:rFonts w:ascii="Times New Roman" w:eastAsia="MS Mincho" w:hAnsi="Times New Roman" w:cs="Times New Roman"/>
                <w:sz w:val="24"/>
                <w:szCs w:val="24"/>
                <w:lang w:val="en-US"/>
              </w:rPr>
              <w:lastRenderedPageBreak/>
              <w:t>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Аудиозапись «Dagaz – Песня о казаках 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w:t>
            </w:r>
            <w:r w:rsidRPr="00041EDA">
              <w:rPr>
                <w:rFonts w:ascii="Times New Roman" w:eastAsia="MS Mincho" w:hAnsi="Times New Roman" w:cs="Times New Roman"/>
                <w:sz w:val="24"/>
                <w:szCs w:val="24"/>
                <w:lang w:val="en-US"/>
              </w:rPr>
              <w:lastRenderedPageBreak/>
              <w:t>суда г. Рязани от 20.08.2021);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23.11.202</w:t>
            </w:r>
            <w:r w:rsidRPr="00041EDA">
              <w:rPr>
                <w:rFonts w:ascii="Times New Roman" w:eastAsia="MS Mincho" w:hAnsi="Times New Roman" w:cs="Times New Roman"/>
                <w:sz w:val="24"/>
                <w:szCs w:val="24"/>
                <w:lang w:val="en-US"/>
              </w:rPr>
              <w:lastRenderedPageBreak/>
              <w:t>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5230.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Советского районного суда г. Рязани от 20.08.2021);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23.11.2021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5231.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(решение Центрального районного суда г. Хабаровска от 23.09.2021);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5232.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аудиофайл «(А)Jolly(V)Roger(E)-С.Л.О.Н.», начинающийся со слов «Все в углу теперь ты, мразь, … и заканчивающийся словами « … чик и ты уже на небесах», длительностью 2 минуты 58 секунд (решение Козловского районного суда Чувашской Республики от 15.10.2021);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5233.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(решение Центрального районного суда г. Красноярска от 27.07.2021);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5234.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словами «В ср..у, в п..ду и за щёку», размещенный в открытом доступе в сети «Интернет» (решение Центрального районного суда г. Красноярска от 27.07.2021);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5235.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(решение Центрального районного суда г. Красноярска от 27.07.2021);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5236.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(решение Центрального районного суда г. Красноярска от 27.07.2021);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5237.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(решение Центрального районного суда г. Красноярска от 27.07.2021);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5238.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исполнителя Ансамбль Христа Спасителя и Мать Сыра Земля под названием: «Шовинизм», продолжительностью 2 минуты 09 секунд, начинающийся словами «Это то, для чего ты рожден (матерью)…» и заканчивающийся словами Шовинизм! Мракобесие! Черная сотня!», размещенный в открытом доступе в сети «Интернет» (решение Центрального районного суда г. Красноярска от 27.07.2021);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5239.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(решение Центрального районного суда г. Красноярска от 27.07.2021);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524</w:t>
            </w:r>
            <w:r w:rsidRPr="00041EDA">
              <w:rPr>
                <w:rFonts w:ascii="Times New Roman" w:eastAsia="MS Mincho" w:hAnsi="Times New Roman" w:cs="Times New Roman"/>
                <w:sz w:val="24"/>
                <w:szCs w:val="24"/>
                <w:lang w:val="en-US"/>
              </w:rPr>
              <w:lastRenderedPageBreak/>
              <w:t>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 xml:space="preserve">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лица!», размещенный в </w:t>
            </w:r>
            <w:r w:rsidRPr="00041EDA">
              <w:rPr>
                <w:rFonts w:ascii="Times New Roman" w:eastAsia="MS Mincho" w:hAnsi="Times New Roman" w:cs="Times New Roman"/>
                <w:sz w:val="24"/>
                <w:szCs w:val="24"/>
                <w:lang w:val="en-US"/>
              </w:rPr>
              <w:lastRenderedPageBreak/>
              <w:t>открытом доступе в сети «Интернет» (решение Центрального районного суда г. Красноярска от 27.07.2021);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06.12.202</w:t>
            </w:r>
            <w:r w:rsidRPr="00041EDA">
              <w:rPr>
                <w:rFonts w:ascii="Times New Roman" w:eastAsia="MS Mincho" w:hAnsi="Times New Roman" w:cs="Times New Roman"/>
                <w:sz w:val="24"/>
                <w:szCs w:val="24"/>
                <w:lang w:val="en-US"/>
              </w:rPr>
              <w:lastRenderedPageBreak/>
              <w:t>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5241.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(решение Центрального районного суда г. Красноярска от 27.07.2021);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5242.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(решение Центрального районного суда г. Красноярска от 27.07.2021);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5243.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(решение Центрального районного суда г. Красноярска от 27.07.2021);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5244.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районного суда г. Севастополя от 20.09.2021);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06.12.2021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5245.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Видеозапись под названием «Battlefield 3 –Убей американца» продолжительностью 04 минуты 02 секунды, 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начинающимся словами «Эта песня посвящается Джорджу </w:t>
            </w:r>
            <w:r w:rsidRPr="00041EDA">
              <w:rPr>
                <w:rFonts w:ascii="Times New Roman" w:eastAsia="MS Mincho" w:hAnsi="Times New Roman" w:cs="Times New Roman"/>
                <w:sz w:val="24"/>
                <w:szCs w:val="24"/>
                <w:lang w:val="en-US"/>
              </w:rPr>
              <w:lastRenderedPageBreak/>
              <w:t>Бушу младшему…» и заканчивающимся словами «…грязные танцы» (решение Горно-Алтайского городского суда Республики Алтай от 19.10.2021);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06.12.2021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5246.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Книга автора Алексея Ледяева «Новый мировой порядок/New Word Order», авторского издательства ISBN 9984-9380-5-0, 2002 года издания на 44 листах (решение Центрального районного суда г. Кемерово от 02.08.2021);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5247.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городского суда Республики Адыгея от 19.08.2021);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5248.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 уж та-ам, не сладко там, там, там, там» (решение Октябрьского районного суда города Ставрополя Ставропольского края от 14.10.2021);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5249.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Информационный материал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Присоединяйтесь к нам! Спасибо за внимание», находящийся в сети Интернет в свободном доступе </w:t>
            </w:r>
            <w:r w:rsidRPr="00041EDA">
              <w:rPr>
                <w:rFonts w:ascii="Times New Roman" w:eastAsia="MS Mincho" w:hAnsi="Times New Roman" w:cs="Times New Roman"/>
                <w:sz w:val="24"/>
                <w:szCs w:val="24"/>
                <w:lang w:val="en-US"/>
              </w:rPr>
              <w:lastRenderedPageBreak/>
              <w:t>(решение Багаевского районного суда Ростовской области от 07.09.2021);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27.12.2021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5250.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районного суда Ростовской области от 07.09.2021);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5251.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 в завершении «… Все в твоих руках. Стань частью силы!», находящийся в сети Интернет в свободном доступе (решение Багаевского районного суда Ростовской области от 07.09.2021);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5252.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Электронная книга «Озарение» (изд.декабрь 2019 г., авторы «Абу Мансур Руси», «Абу Ахмад Дагестани») (решение Таганского районного суда г. Москвы от 29.06.2021);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5253.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Видеозапись под названием «Чистота крови», длительностью 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27.12.2021</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525</w:t>
            </w:r>
            <w:r w:rsidRPr="00041EDA">
              <w:rPr>
                <w:rFonts w:ascii="Times New Roman" w:eastAsia="MS Mincho" w:hAnsi="Times New Roman" w:cs="Times New Roman"/>
                <w:sz w:val="24"/>
                <w:szCs w:val="24"/>
                <w:lang w:val="en-US"/>
              </w:rPr>
              <w:lastRenderedPageBreak/>
              <w:t>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12.01.202</w:t>
            </w:r>
            <w:r w:rsidRPr="00041EDA">
              <w:rPr>
                <w:rFonts w:ascii="Times New Roman" w:eastAsia="MS Mincho" w:hAnsi="Times New Roman" w:cs="Times New Roman"/>
                <w:sz w:val="24"/>
                <w:szCs w:val="24"/>
                <w:lang w:val="en-US"/>
              </w:rPr>
              <w:lastRenderedPageBreak/>
              <w:t>2</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5255.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под названием «Честный Жизнь ворам» (другие названия «Жизнь ворам, а не мусорам», «SELETSKIY PRODACTION Честный – Жизнь ворам», «Честный ЖИЗНЬ ВОРАМ, А НЕ МУСОРАМ») продолжительностью 02 минуты 06 секунд (решение Ленинского районного суда г. Ульяновска от 22.10.2021);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12.01.2022</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5256.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Приложение «JW Library»,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(решение Октябрьского районного суда Санкт-Петербурга от 31.03.2021 и апелляционное определение судебной коллегии по административным делам Санкт-Петербургского городского суда от 27.09.2021);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12.01.2022</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5257.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(решение Клинского городского суда Московской области от 11.11.2021);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08.02.2022</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5258.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(решение Дзержинского районного суда г. Волгограда от 17.11.2021);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08.02.2022</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5259.</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заканчивающейся словами: «… Давайте научимся жить без нее, жить без нее, жить без нее, жить без нее, жить без нее» (решение Железнодорожного районного суда г. </w:t>
            </w:r>
            <w:r w:rsidRPr="00041EDA">
              <w:rPr>
                <w:rFonts w:ascii="Times New Roman" w:eastAsia="MS Mincho" w:hAnsi="Times New Roman" w:cs="Times New Roman"/>
                <w:sz w:val="24"/>
                <w:szCs w:val="24"/>
                <w:lang w:val="en-US"/>
              </w:rPr>
              <w:lastRenderedPageBreak/>
              <w:t>Пензы от 25.11.2021);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08.02.2022</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5260.</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02.03.2022</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5261.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02.03.2022</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5262.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аудиозапись под названием «Наказанный хач» (продолжительность 3 мин. 45 сек.) группы «Смерч» (решение Илишевского районного суда Республики Башкортостан от 01.12.2021);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02.03.2022</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5263.</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Музыкальная композиция под названием «Бэзил – Мочи», начинающаяся словами «Беда не Россия….», заканчивающаяся словами «…Мочи!», продолжительностью 1 минута 42 секунды (решение Дзержинского районного суда гор. Волгограда от 27.12.2021);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02.03.2022</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5264.</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 xml:space="preserve">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одеяние состоящего из двух цветов - белого и синего, схожее с хитоном, который развел свои руки по сторонам обратив </w:t>
            </w:r>
            <w:r w:rsidRPr="00041EDA">
              <w:rPr>
                <w:rFonts w:ascii="Times New Roman" w:eastAsia="MS Mincho" w:hAnsi="Times New Roman" w:cs="Times New Roman"/>
                <w:sz w:val="24"/>
                <w:szCs w:val="24"/>
                <w:lang w:val="en-US"/>
              </w:rPr>
              <w:lastRenderedPageBreak/>
              <w:t>ладони к небу, переходящее в изображение крупным планом лица того же мужчины на фоне, состоящего их серого и оранжевого цветов, изображающих небо (решение Новгородского районного суда Новгородской области от 29.12.2021);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02.03.2022</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lastRenderedPageBreak/>
              <w:t>5265.</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продолжительностью 06 минут 13 секунд, размещенный в сети «Интернет» (решение Братского городского суда Иркутской области от 10.12.2021);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02.03.2022</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5266.</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Видеоролик под наименованием «Судья Грэмм (1 серия)», продолжительностью 6 минут (решение Набережночелнинского городского суда Республики Татарстан от 28.12.2021);</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02.03.2022</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5267.</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Текстовый материал с заголовком «Из книги Берл Лазара «Еврейская Россия»,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городского суда Республики Коми от 17.01.2022 и от 02.02.2022);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29.03.2022</w:t>
            </w:r>
          </w:p>
        </w:tc>
      </w:tr>
      <w:tr w:rsidR="00041EDA" w:rsidRPr="00041EDA" w:rsidTr="00A6158B">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5268.</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Аудиозапись «SturmRise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Ой!» (решение Советского районного суда г. Орла от 14.01.2022);</w:t>
            </w:r>
          </w:p>
        </w:tc>
        <w:tc>
          <w:tcPr>
            <w:tcW w:w="2880" w:type="dxa"/>
          </w:tcPr>
          <w:p w:rsidR="00041EDA" w:rsidRPr="00041EDA" w:rsidRDefault="00041EDA" w:rsidP="00041EDA">
            <w:pPr>
              <w:spacing w:before="240"/>
              <w:rPr>
                <w:rFonts w:ascii="Times New Roman" w:eastAsia="MS Mincho" w:hAnsi="Times New Roman" w:cs="Times New Roman"/>
                <w:sz w:val="24"/>
                <w:szCs w:val="24"/>
                <w:lang w:val="en-US"/>
              </w:rPr>
            </w:pPr>
            <w:r w:rsidRPr="00041EDA">
              <w:rPr>
                <w:rFonts w:ascii="Times New Roman" w:eastAsia="MS Mincho" w:hAnsi="Times New Roman" w:cs="Times New Roman"/>
                <w:sz w:val="24"/>
                <w:szCs w:val="24"/>
                <w:lang w:val="en-US"/>
              </w:rPr>
              <w:t>29.03.2022</w:t>
            </w:r>
          </w:p>
        </w:tc>
      </w:tr>
    </w:tbl>
    <w:p w:rsidR="00041EDA" w:rsidRPr="00041EDA" w:rsidRDefault="00041EDA" w:rsidP="00041EDA">
      <w:pPr>
        <w:spacing w:before="240"/>
        <w:rPr>
          <w:rFonts w:ascii="Times New Roman" w:eastAsia="MS Mincho" w:hAnsi="Times New Roman" w:cs="Times New Roman"/>
          <w:sz w:val="24"/>
          <w:szCs w:val="24"/>
          <w:lang w:val="en-US"/>
        </w:rPr>
      </w:pPr>
    </w:p>
    <w:p w:rsidR="00DE230E" w:rsidRPr="00041EDA" w:rsidRDefault="00DE230E">
      <w:pPr>
        <w:rPr>
          <w:rFonts w:ascii="Times New Roman" w:hAnsi="Times New Roman" w:cs="Times New Roman"/>
          <w:sz w:val="24"/>
          <w:szCs w:val="24"/>
        </w:rPr>
      </w:pPr>
    </w:p>
    <w:sectPr w:rsidR="00DE230E" w:rsidRPr="00041EDA" w:rsidSect="00034616">
      <w:pgSz w:w="15840" w:h="12240" w:orient="landscape"/>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C46"/>
    <w:rsid w:val="00041EDA"/>
    <w:rsid w:val="00C21C46"/>
    <w:rsid w:val="00DE23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1"/>
    <w:uiPriority w:val="9"/>
    <w:qFormat/>
    <w:rsid w:val="00041E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041EDA"/>
    <w:pPr>
      <w:keepNext/>
      <w:keepLines/>
      <w:spacing w:before="200" w:after="0"/>
      <w:outlineLvl w:val="1"/>
    </w:pPr>
    <w:rPr>
      <w:rFonts w:ascii="Calibri" w:eastAsia="MS Gothic" w:hAnsi="Calibri" w:cs="Times New Roman"/>
      <w:b/>
      <w:bCs/>
      <w:color w:val="4F81BD"/>
      <w:sz w:val="26"/>
      <w:szCs w:val="26"/>
    </w:rPr>
  </w:style>
  <w:style w:type="paragraph" w:styleId="31">
    <w:name w:val="heading 3"/>
    <w:basedOn w:val="a1"/>
    <w:next w:val="a1"/>
    <w:link w:val="32"/>
    <w:uiPriority w:val="9"/>
    <w:semiHidden/>
    <w:unhideWhenUsed/>
    <w:qFormat/>
    <w:rsid w:val="00041EDA"/>
    <w:pPr>
      <w:keepNext/>
      <w:keepLines/>
      <w:spacing w:before="200" w:after="0"/>
      <w:outlineLvl w:val="2"/>
    </w:pPr>
    <w:rPr>
      <w:rFonts w:ascii="Calibri" w:eastAsia="MS Gothic" w:hAnsi="Calibri" w:cs="Times New Roman"/>
      <w:b/>
      <w:bCs/>
      <w:color w:val="4F81BD"/>
    </w:rPr>
  </w:style>
  <w:style w:type="paragraph" w:styleId="4">
    <w:name w:val="heading 4"/>
    <w:basedOn w:val="a1"/>
    <w:next w:val="a1"/>
    <w:link w:val="40"/>
    <w:uiPriority w:val="9"/>
    <w:semiHidden/>
    <w:unhideWhenUsed/>
    <w:qFormat/>
    <w:rsid w:val="00041EDA"/>
    <w:pPr>
      <w:keepNext/>
      <w:keepLines/>
      <w:spacing w:before="200" w:after="0"/>
      <w:outlineLvl w:val="3"/>
    </w:pPr>
    <w:rPr>
      <w:rFonts w:ascii="Calibri" w:eastAsia="MS Gothic" w:hAnsi="Calibri" w:cs="Times New Roman"/>
      <w:b/>
      <w:bCs/>
      <w:i/>
      <w:iCs/>
      <w:color w:val="4F81BD"/>
    </w:rPr>
  </w:style>
  <w:style w:type="paragraph" w:styleId="5">
    <w:name w:val="heading 5"/>
    <w:basedOn w:val="a1"/>
    <w:next w:val="a1"/>
    <w:link w:val="50"/>
    <w:uiPriority w:val="9"/>
    <w:semiHidden/>
    <w:unhideWhenUsed/>
    <w:qFormat/>
    <w:rsid w:val="00041EDA"/>
    <w:pPr>
      <w:keepNext/>
      <w:keepLines/>
      <w:spacing w:before="200" w:after="0"/>
      <w:outlineLvl w:val="4"/>
    </w:pPr>
    <w:rPr>
      <w:rFonts w:ascii="Calibri" w:eastAsia="MS Gothic" w:hAnsi="Calibri" w:cs="Times New Roman"/>
      <w:color w:val="243F60"/>
    </w:rPr>
  </w:style>
  <w:style w:type="paragraph" w:styleId="6">
    <w:name w:val="heading 6"/>
    <w:basedOn w:val="a1"/>
    <w:next w:val="a1"/>
    <w:link w:val="60"/>
    <w:uiPriority w:val="9"/>
    <w:semiHidden/>
    <w:unhideWhenUsed/>
    <w:qFormat/>
    <w:rsid w:val="00041EDA"/>
    <w:pPr>
      <w:keepNext/>
      <w:keepLines/>
      <w:spacing w:before="200" w:after="0"/>
      <w:outlineLvl w:val="5"/>
    </w:pPr>
    <w:rPr>
      <w:rFonts w:ascii="Calibri" w:eastAsia="MS Gothic" w:hAnsi="Calibri" w:cs="Times New Roman"/>
      <w:i/>
      <w:iCs/>
      <w:color w:val="243F60"/>
    </w:rPr>
  </w:style>
  <w:style w:type="paragraph" w:styleId="7">
    <w:name w:val="heading 7"/>
    <w:basedOn w:val="a1"/>
    <w:next w:val="a1"/>
    <w:link w:val="70"/>
    <w:uiPriority w:val="9"/>
    <w:semiHidden/>
    <w:unhideWhenUsed/>
    <w:qFormat/>
    <w:rsid w:val="00041EDA"/>
    <w:pPr>
      <w:keepNext/>
      <w:keepLines/>
      <w:spacing w:before="200" w:after="0"/>
      <w:outlineLvl w:val="6"/>
    </w:pPr>
    <w:rPr>
      <w:rFonts w:ascii="Calibri" w:eastAsia="MS Gothic" w:hAnsi="Calibri" w:cs="Times New Roman"/>
      <w:i/>
      <w:iCs/>
      <w:color w:val="404040"/>
    </w:rPr>
  </w:style>
  <w:style w:type="paragraph" w:styleId="8">
    <w:name w:val="heading 8"/>
    <w:basedOn w:val="a1"/>
    <w:next w:val="a1"/>
    <w:link w:val="80"/>
    <w:uiPriority w:val="9"/>
    <w:semiHidden/>
    <w:unhideWhenUsed/>
    <w:qFormat/>
    <w:rsid w:val="00041EDA"/>
    <w:pPr>
      <w:keepNext/>
      <w:keepLines/>
      <w:spacing w:before="200" w:after="0"/>
      <w:outlineLvl w:val="7"/>
    </w:pPr>
    <w:rPr>
      <w:rFonts w:ascii="Calibri" w:eastAsia="MS Gothic" w:hAnsi="Calibri" w:cs="Times New Roman"/>
      <w:color w:val="4F81BD"/>
      <w:sz w:val="20"/>
      <w:szCs w:val="20"/>
    </w:rPr>
  </w:style>
  <w:style w:type="paragraph" w:styleId="9">
    <w:name w:val="heading 9"/>
    <w:basedOn w:val="a1"/>
    <w:next w:val="a1"/>
    <w:link w:val="90"/>
    <w:uiPriority w:val="9"/>
    <w:semiHidden/>
    <w:unhideWhenUsed/>
    <w:qFormat/>
    <w:rsid w:val="00041EDA"/>
    <w:pPr>
      <w:keepNext/>
      <w:keepLines/>
      <w:spacing w:before="200" w:after="0"/>
      <w:outlineLvl w:val="8"/>
    </w:pPr>
    <w:rPr>
      <w:rFonts w:ascii="Calibri" w:eastAsia="MS Gothic" w:hAnsi="Calibri"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0">
    <w:name w:val="Заголовок 11"/>
    <w:basedOn w:val="a1"/>
    <w:next w:val="a1"/>
    <w:link w:val="10"/>
    <w:uiPriority w:val="9"/>
    <w:qFormat/>
    <w:rsid w:val="00041EDA"/>
    <w:pPr>
      <w:keepNext/>
      <w:keepLines/>
      <w:spacing w:before="480" w:after="0"/>
      <w:outlineLvl w:val="0"/>
    </w:pPr>
    <w:rPr>
      <w:rFonts w:ascii="Calibri" w:eastAsia="MS Gothic" w:hAnsi="Calibri" w:cs="Times New Roman"/>
      <w:b/>
      <w:bCs/>
      <w:color w:val="365F91"/>
      <w:sz w:val="28"/>
      <w:szCs w:val="28"/>
    </w:rPr>
  </w:style>
  <w:style w:type="paragraph" w:customStyle="1" w:styleId="210">
    <w:name w:val="Заголовок 21"/>
    <w:basedOn w:val="a1"/>
    <w:next w:val="a1"/>
    <w:uiPriority w:val="9"/>
    <w:unhideWhenUsed/>
    <w:qFormat/>
    <w:rsid w:val="00041EDA"/>
    <w:pPr>
      <w:keepNext/>
      <w:keepLines/>
      <w:spacing w:before="200" w:after="0"/>
      <w:outlineLvl w:val="1"/>
    </w:pPr>
    <w:rPr>
      <w:rFonts w:ascii="Calibri" w:eastAsia="MS Gothic" w:hAnsi="Calibri" w:cs="Times New Roman"/>
      <w:b/>
      <w:bCs/>
      <w:color w:val="4F81BD"/>
      <w:sz w:val="26"/>
      <w:szCs w:val="26"/>
      <w:lang w:val="en-US"/>
    </w:rPr>
  </w:style>
  <w:style w:type="paragraph" w:customStyle="1" w:styleId="310">
    <w:name w:val="Заголовок 31"/>
    <w:basedOn w:val="a1"/>
    <w:next w:val="a1"/>
    <w:uiPriority w:val="9"/>
    <w:unhideWhenUsed/>
    <w:qFormat/>
    <w:rsid w:val="00041EDA"/>
    <w:pPr>
      <w:keepNext/>
      <w:keepLines/>
      <w:spacing w:before="200" w:after="0"/>
      <w:outlineLvl w:val="2"/>
    </w:pPr>
    <w:rPr>
      <w:rFonts w:ascii="Calibri" w:eastAsia="MS Gothic" w:hAnsi="Calibri" w:cs="Times New Roman"/>
      <w:b/>
      <w:bCs/>
      <w:color w:val="4F81BD"/>
      <w:lang w:val="en-US"/>
    </w:rPr>
  </w:style>
  <w:style w:type="paragraph" w:customStyle="1" w:styleId="41">
    <w:name w:val="Заголовок 41"/>
    <w:basedOn w:val="a1"/>
    <w:next w:val="a1"/>
    <w:uiPriority w:val="9"/>
    <w:semiHidden/>
    <w:unhideWhenUsed/>
    <w:qFormat/>
    <w:rsid w:val="00041EDA"/>
    <w:pPr>
      <w:keepNext/>
      <w:keepLines/>
      <w:spacing w:before="200" w:after="0"/>
      <w:outlineLvl w:val="3"/>
    </w:pPr>
    <w:rPr>
      <w:rFonts w:ascii="Calibri" w:eastAsia="MS Gothic" w:hAnsi="Calibri" w:cs="Times New Roman"/>
      <w:b/>
      <w:bCs/>
      <w:i/>
      <w:iCs/>
      <w:color w:val="4F81BD"/>
      <w:lang w:val="en-US"/>
    </w:rPr>
  </w:style>
  <w:style w:type="paragraph" w:customStyle="1" w:styleId="51">
    <w:name w:val="Заголовок 51"/>
    <w:basedOn w:val="a1"/>
    <w:next w:val="a1"/>
    <w:uiPriority w:val="9"/>
    <w:semiHidden/>
    <w:unhideWhenUsed/>
    <w:qFormat/>
    <w:rsid w:val="00041EDA"/>
    <w:pPr>
      <w:keepNext/>
      <w:keepLines/>
      <w:spacing w:before="200" w:after="0"/>
      <w:outlineLvl w:val="4"/>
    </w:pPr>
    <w:rPr>
      <w:rFonts w:ascii="Calibri" w:eastAsia="MS Gothic" w:hAnsi="Calibri" w:cs="Times New Roman"/>
      <w:color w:val="243F60"/>
      <w:lang w:val="en-US"/>
    </w:rPr>
  </w:style>
  <w:style w:type="paragraph" w:customStyle="1" w:styleId="61">
    <w:name w:val="Заголовок 61"/>
    <w:basedOn w:val="a1"/>
    <w:next w:val="a1"/>
    <w:uiPriority w:val="9"/>
    <w:semiHidden/>
    <w:unhideWhenUsed/>
    <w:qFormat/>
    <w:rsid w:val="00041EDA"/>
    <w:pPr>
      <w:keepNext/>
      <w:keepLines/>
      <w:spacing w:before="200" w:after="0"/>
      <w:outlineLvl w:val="5"/>
    </w:pPr>
    <w:rPr>
      <w:rFonts w:ascii="Calibri" w:eastAsia="MS Gothic" w:hAnsi="Calibri" w:cs="Times New Roman"/>
      <w:i/>
      <w:iCs/>
      <w:color w:val="243F60"/>
      <w:lang w:val="en-US"/>
    </w:rPr>
  </w:style>
  <w:style w:type="paragraph" w:customStyle="1" w:styleId="71">
    <w:name w:val="Заголовок 71"/>
    <w:basedOn w:val="a1"/>
    <w:next w:val="a1"/>
    <w:uiPriority w:val="9"/>
    <w:semiHidden/>
    <w:unhideWhenUsed/>
    <w:qFormat/>
    <w:rsid w:val="00041EDA"/>
    <w:pPr>
      <w:keepNext/>
      <w:keepLines/>
      <w:spacing w:before="200" w:after="0"/>
      <w:outlineLvl w:val="6"/>
    </w:pPr>
    <w:rPr>
      <w:rFonts w:ascii="Calibri" w:eastAsia="MS Gothic" w:hAnsi="Calibri" w:cs="Times New Roman"/>
      <w:i/>
      <w:iCs/>
      <w:color w:val="404040"/>
      <w:lang w:val="en-US"/>
    </w:rPr>
  </w:style>
  <w:style w:type="paragraph" w:customStyle="1" w:styleId="81">
    <w:name w:val="Заголовок 81"/>
    <w:basedOn w:val="a1"/>
    <w:next w:val="a1"/>
    <w:uiPriority w:val="9"/>
    <w:semiHidden/>
    <w:unhideWhenUsed/>
    <w:qFormat/>
    <w:rsid w:val="00041EDA"/>
    <w:pPr>
      <w:keepNext/>
      <w:keepLines/>
      <w:spacing w:before="200" w:after="0"/>
      <w:outlineLvl w:val="7"/>
    </w:pPr>
    <w:rPr>
      <w:rFonts w:ascii="Calibri" w:eastAsia="MS Gothic" w:hAnsi="Calibri" w:cs="Times New Roman"/>
      <w:color w:val="4F81BD"/>
      <w:sz w:val="20"/>
      <w:szCs w:val="20"/>
      <w:lang w:val="en-US"/>
    </w:rPr>
  </w:style>
  <w:style w:type="paragraph" w:customStyle="1" w:styleId="91">
    <w:name w:val="Заголовок 91"/>
    <w:basedOn w:val="a1"/>
    <w:next w:val="a1"/>
    <w:uiPriority w:val="9"/>
    <w:semiHidden/>
    <w:unhideWhenUsed/>
    <w:qFormat/>
    <w:rsid w:val="00041EDA"/>
    <w:pPr>
      <w:keepNext/>
      <w:keepLines/>
      <w:spacing w:before="200" w:after="0"/>
      <w:outlineLvl w:val="8"/>
    </w:pPr>
    <w:rPr>
      <w:rFonts w:ascii="Calibri" w:eastAsia="MS Gothic" w:hAnsi="Calibri" w:cs="Times New Roman"/>
      <w:i/>
      <w:iCs/>
      <w:color w:val="404040"/>
      <w:sz w:val="20"/>
      <w:szCs w:val="20"/>
      <w:lang w:val="en-US"/>
    </w:rPr>
  </w:style>
  <w:style w:type="numbering" w:customStyle="1" w:styleId="12">
    <w:name w:val="Нет списка1"/>
    <w:next w:val="a4"/>
    <w:uiPriority w:val="99"/>
    <w:semiHidden/>
    <w:unhideWhenUsed/>
    <w:rsid w:val="00041EDA"/>
  </w:style>
  <w:style w:type="paragraph" w:styleId="a5">
    <w:name w:val="header"/>
    <w:basedOn w:val="a1"/>
    <w:link w:val="a6"/>
    <w:uiPriority w:val="99"/>
    <w:unhideWhenUsed/>
    <w:rsid w:val="00041EDA"/>
    <w:pPr>
      <w:tabs>
        <w:tab w:val="center" w:pos="4680"/>
        <w:tab w:val="right" w:pos="9360"/>
      </w:tabs>
      <w:spacing w:before="240" w:after="0" w:line="240" w:lineRule="auto"/>
    </w:pPr>
    <w:rPr>
      <w:rFonts w:eastAsia="MS Mincho"/>
      <w:lang w:val="en-US"/>
    </w:rPr>
  </w:style>
  <w:style w:type="character" w:customStyle="1" w:styleId="a6">
    <w:name w:val="Верхний колонтитул Знак"/>
    <w:basedOn w:val="a2"/>
    <w:link w:val="a5"/>
    <w:uiPriority w:val="99"/>
    <w:rsid w:val="00041EDA"/>
    <w:rPr>
      <w:rFonts w:eastAsia="MS Mincho"/>
      <w:lang w:val="en-US"/>
    </w:rPr>
  </w:style>
  <w:style w:type="paragraph" w:styleId="a7">
    <w:name w:val="footer"/>
    <w:basedOn w:val="a1"/>
    <w:link w:val="a8"/>
    <w:uiPriority w:val="99"/>
    <w:unhideWhenUsed/>
    <w:rsid w:val="00041EDA"/>
    <w:pPr>
      <w:tabs>
        <w:tab w:val="center" w:pos="4680"/>
        <w:tab w:val="right" w:pos="9360"/>
      </w:tabs>
      <w:spacing w:before="240" w:after="0" w:line="240" w:lineRule="auto"/>
    </w:pPr>
    <w:rPr>
      <w:rFonts w:eastAsia="MS Mincho"/>
      <w:lang w:val="en-US"/>
    </w:rPr>
  </w:style>
  <w:style w:type="character" w:customStyle="1" w:styleId="a8">
    <w:name w:val="Нижний колонтитул Знак"/>
    <w:basedOn w:val="a2"/>
    <w:link w:val="a7"/>
    <w:uiPriority w:val="99"/>
    <w:rsid w:val="00041EDA"/>
    <w:rPr>
      <w:rFonts w:eastAsia="MS Mincho"/>
      <w:lang w:val="en-US"/>
    </w:rPr>
  </w:style>
  <w:style w:type="paragraph" w:styleId="a9">
    <w:name w:val="No Spacing"/>
    <w:uiPriority w:val="1"/>
    <w:qFormat/>
    <w:rsid w:val="00041EDA"/>
    <w:pPr>
      <w:spacing w:after="0" w:line="240" w:lineRule="auto"/>
    </w:pPr>
    <w:rPr>
      <w:rFonts w:eastAsia="MS Mincho"/>
      <w:lang w:val="en-US"/>
    </w:rPr>
  </w:style>
  <w:style w:type="character" w:customStyle="1" w:styleId="10">
    <w:name w:val="Заголовок 1 Знак"/>
    <w:basedOn w:val="a2"/>
    <w:link w:val="110"/>
    <w:uiPriority w:val="9"/>
    <w:rsid w:val="00041EDA"/>
    <w:rPr>
      <w:rFonts w:ascii="Calibri" w:eastAsia="MS Gothic" w:hAnsi="Calibri" w:cs="Times New Roman"/>
      <w:b/>
      <w:bCs/>
      <w:color w:val="365F91"/>
      <w:sz w:val="28"/>
      <w:szCs w:val="28"/>
    </w:rPr>
  </w:style>
  <w:style w:type="character" w:customStyle="1" w:styleId="22">
    <w:name w:val="Заголовок 2 Знак"/>
    <w:basedOn w:val="a2"/>
    <w:link w:val="21"/>
    <w:uiPriority w:val="9"/>
    <w:rsid w:val="00041EDA"/>
    <w:rPr>
      <w:rFonts w:ascii="Calibri" w:eastAsia="MS Gothic" w:hAnsi="Calibri" w:cs="Times New Roman"/>
      <w:b/>
      <w:bCs/>
      <w:color w:val="4F81BD"/>
      <w:sz w:val="26"/>
      <w:szCs w:val="26"/>
    </w:rPr>
  </w:style>
  <w:style w:type="character" w:customStyle="1" w:styleId="32">
    <w:name w:val="Заголовок 3 Знак"/>
    <w:basedOn w:val="a2"/>
    <w:link w:val="31"/>
    <w:uiPriority w:val="9"/>
    <w:rsid w:val="00041EDA"/>
    <w:rPr>
      <w:rFonts w:ascii="Calibri" w:eastAsia="MS Gothic" w:hAnsi="Calibri" w:cs="Times New Roman"/>
      <w:b/>
      <w:bCs/>
      <w:color w:val="4F81BD"/>
    </w:rPr>
  </w:style>
  <w:style w:type="paragraph" w:customStyle="1" w:styleId="13">
    <w:name w:val="Название1"/>
    <w:basedOn w:val="a1"/>
    <w:next w:val="a1"/>
    <w:uiPriority w:val="10"/>
    <w:qFormat/>
    <w:rsid w:val="00041EDA"/>
    <w:pPr>
      <w:pBdr>
        <w:bottom w:val="single" w:sz="8" w:space="4" w:color="4F81BD"/>
      </w:pBdr>
      <w:spacing w:before="240" w:after="300" w:line="240" w:lineRule="auto"/>
      <w:contextualSpacing/>
    </w:pPr>
    <w:rPr>
      <w:rFonts w:ascii="Calibri" w:eastAsia="MS Gothic" w:hAnsi="Calibri" w:cs="Times New Roman"/>
      <w:color w:val="17365D"/>
      <w:spacing w:val="5"/>
      <w:kern w:val="28"/>
      <w:sz w:val="52"/>
      <w:szCs w:val="52"/>
      <w:lang w:val="en-US"/>
    </w:rPr>
  </w:style>
  <w:style w:type="character" w:customStyle="1" w:styleId="aa">
    <w:name w:val="Название Знак"/>
    <w:basedOn w:val="a2"/>
    <w:link w:val="ab"/>
    <w:uiPriority w:val="10"/>
    <w:rsid w:val="00041EDA"/>
    <w:rPr>
      <w:rFonts w:ascii="Calibri" w:eastAsia="MS Gothic" w:hAnsi="Calibri" w:cs="Times New Roman"/>
      <w:color w:val="17365D"/>
      <w:spacing w:val="5"/>
      <w:kern w:val="28"/>
      <w:sz w:val="52"/>
      <w:szCs w:val="52"/>
    </w:rPr>
  </w:style>
  <w:style w:type="paragraph" w:customStyle="1" w:styleId="14">
    <w:name w:val="Подзаголовок1"/>
    <w:basedOn w:val="a1"/>
    <w:next w:val="a1"/>
    <w:uiPriority w:val="11"/>
    <w:qFormat/>
    <w:rsid w:val="00041EDA"/>
    <w:pPr>
      <w:numPr>
        <w:ilvl w:val="1"/>
      </w:numPr>
      <w:spacing w:before="240"/>
    </w:pPr>
    <w:rPr>
      <w:rFonts w:ascii="Calibri" w:eastAsia="MS Gothic" w:hAnsi="Calibri" w:cs="Times New Roman"/>
      <w:i/>
      <w:iCs/>
      <w:color w:val="4F81BD"/>
      <w:spacing w:val="15"/>
      <w:sz w:val="24"/>
      <w:szCs w:val="24"/>
      <w:lang w:val="en-US"/>
    </w:rPr>
  </w:style>
  <w:style w:type="character" w:customStyle="1" w:styleId="ac">
    <w:name w:val="Подзаголовок Знак"/>
    <w:basedOn w:val="a2"/>
    <w:link w:val="ad"/>
    <w:uiPriority w:val="11"/>
    <w:rsid w:val="00041EDA"/>
    <w:rPr>
      <w:rFonts w:ascii="Calibri" w:eastAsia="MS Gothic" w:hAnsi="Calibri" w:cs="Times New Roman"/>
      <w:i/>
      <w:iCs/>
      <w:color w:val="4F81BD"/>
      <w:spacing w:val="15"/>
      <w:sz w:val="24"/>
      <w:szCs w:val="24"/>
    </w:rPr>
  </w:style>
  <w:style w:type="paragraph" w:styleId="ae">
    <w:name w:val="List Paragraph"/>
    <w:basedOn w:val="a1"/>
    <w:uiPriority w:val="34"/>
    <w:qFormat/>
    <w:rsid w:val="00041EDA"/>
    <w:pPr>
      <w:spacing w:before="240"/>
      <w:ind w:left="720"/>
      <w:contextualSpacing/>
    </w:pPr>
    <w:rPr>
      <w:rFonts w:eastAsia="MS Mincho"/>
      <w:lang w:val="en-US"/>
    </w:rPr>
  </w:style>
  <w:style w:type="paragraph" w:styleId="af">
    <w:name w:val="Body Text"/>
    <w:basedOn w:val="a1"/>
    <w:link w:val="af0"/>
    <w:uiPriority w:val="99"/>
    <w:unhideWhenUsed/>
    <w:rsid w:val="00041EDA"/>
    <w:pPr>
      <w:spacing w:before="240" w:after="120"/>
    </w:pPr>
    <w:rPr>
      <w:rFonts w:eastAsia="MS Mincho"/>
      <w:lang w:val="en-US"/>
    </w:rPr>
  </w:style>
  <w:style w:type="character" w:customStyle="1" w:styleId="af0">
    <w:name w:val="Основной текст Знак"/>
    <w:basedOn w:val="a2"/>
    <w:link w:val="af"/>
    <w:uiPriority w:val="99"/>
    <w:rsid w:val="00041EDA"/>
    <w:rPr>
      <w:rFonts w:eastAsia="MS Mincho"/>
      <w:lang w:val="en-US"/>
    </w:rPr>
  </w:style>
  <w:style w:type="paragraph" w:styleId="23">
    <w:name w:val="Body Text 2"/>
    <w:basedOn w:val="a1"/>
    <w:link w:val="24"/>
    <w:uiPriority w:val="99"/>
    <w:unhideWhenUsed/>
    <w:rsid w:val="00041EDA"/>
    <w:pPr>
      <w:spacing w:before="240" w:after="120" w:line="480" w:lineRule="auto"/>
    </w:pPr>
    <w:rPr>
      <w:rFonts w:eastAsia="MS Mincho"/>
      <w:lang w:val="en-US"/>
    </w:rPr>
  </w:style>
  <w:style w:type="character" w:customStyle="1" w:styleId="24">
    <w:name w:val="Основной текст 2 Знак"/>
    <w:basedOn w:val="a2"/>
    <w:link w:val="23"/>
    <w:uiPriority w:val="99"/>
    <w:rsid w:val="00041EDA"/>
    <w:rPr>
      <w:rFonts w:eastAsia="MS Mincho"/>
      <w:lang w:val="en-US"/>
    </w:rPr>
  </w:style>
  <w:style w:type="paragraph" w:styleId="33">
    <w:name w:val="Body Text 3"/>
    <w:basedOn w:val="a1"/>
    <w:link w:val="34"/>
    <w:uiPriority w:val="99"/>
    <w:unhideWhenUsed/>
    <w:rsid w:val="00041EDA"/>
    <w:pPr>
      <w:spacing w:before="240" w:after="120"/>
    </w:pPr>
    <w:rPr>
      <w:rFonts w:eastAsia="MS Mincho"/>
      <w:sz w:val="16"/>
      <w:szCs w:val="16"/>
      <w:lang w:val="en-US"/>
    </w:rPr>
  </w:style>
  <w:style w:type="character" w:customStyle="1" w:styleId="34">
    <w:name w:val="Основной текст 3 Знак"/>
    <w:basedOn w:val="a2"/>
    <w:link w:val="33"/>
    <w:uiPriority w:val="99"/>
    <w:rsid w:val="00041EDA"/>
    <w:rPr>
      <w:rFonts w:eastAsia="MS Mincho"/>
      <w:sz w:val="16"/>
      <w:szCs w:val="16"/>
      <w:lang w:val="en-US"/>
    </w:rPr>
  </w:style>
  <w:style w:type="paragraph" w:styleId="af1">
    <w:name w:val="List"/>
    <w:basedOn w:val="a1"/>
    <w:uiPriority w:val="99"/>
    <w:unhideWhenUsed/>
    <w:rsid w:val="00041EDA"/>
    <w:pPr>
      <w:spacing w:before="240"/>
      <w:ind w:left="360" w:hanging="360"/>
      <w:contextualSpacing/>
    </w:pPr>
    <w:rPr>
      <w:rFonts w:eastAsia="MS Mincho"/>
      <w:lang w:val="en-US"/>
    </w:rPr>
  </w:style>
  <w:style w:type="paragraph" w:styleId="25">
    <w:name w:val="List 2"/>
    <w:basedOn w:val="a1"/>
    <w:uiPriority w:val="99"/>
    <w:unhideWhenUsed/>
    <w:rsid w:val="00041EDA"/>
    <w:pPr>
      <w:spacing w:before="240"/>
      <w:ind w:left="720" w:hanging="360"/>
      <w:contextualSpacing/>
    </w:pPr>
    <w:rPr>
      <w:rFonts w:eastAsia="MS Mincho"/>
      <w:lang w:val="en-US"/>
    </w:rPr>
  </w:style>
  <w:style w:type="paragraph" w:styleId="35">
    <w:name w:val="List 3"/>
    <w:basedOn w:val="a1"/>
    <w:uiPriority w:val="99"/>
    <w:unhideWhenUsed/>
    <w:rsid w:val="00041EDA"/>
    <w:pPr>
      <w:spacing w:before="240"/>
      <w:ind w:left="1080" w:hanging="360"/>
      <w:contextualSpacing/>
    </w:pPr>
    <w:rPr>
      <w:rFonts w:eastAsia="MS Mincho"/>
      <w:lang w:val="en-US"/>
    </w:rPr>
  </w:style>
  <w:style w:type="paragraph" w:styleId="a0">
    <w:name w:val="List Bullet"/>
    <w:basedOn w:val="a1"/>
    <w:uiPriority w:val="99"/>
    <w:unhideWhenUsed/>
    <w:rsid w:val="00041EDA"/>
    <w:pPr>
      <w:numPr>
        <w:numId w:val="1"/>
      </w:numPr>
      <w:spacing w:before="240"/>
      <w:contextualSpacing/>
    </w:pPr>
    <w:rPr>
      <w:rFonts w:eastAsia="MS Mincho"/>
      <w:lang w:val="en-US"/>
    </w:rPr>
  </w:style>
  <w:style w:type="paragraph" w:styleId="20">
    <w:name w:val="List Bullet 2"/>
    <w:basedOn w:val="a1"/>
    <w:uiPriority w:val="99"/>
    <w:unhideWhenUsed/>
    <w:rsid w:val="00041EDA"/>
    <w:pPr>
      <w:numPr>
        <w:numId w:val="2"/>
      </w:numPr>
      <w:spacing w:before="240"/>
      <w:contextualSpacing/>
    </w:pPr>
    <w:rPr>
      <w:rFonts w:eastAsia="MS Mincho"/>
      <w:lang w:val="en-US"/>
    </w:rPr>
  </w:style>
  <w:style w:type="paragraph" w:styleId="30">
    <w:name w:val="List Bullet 3"/>
    <w:basedOn w:val="a1"/>
    <w:uiPriority w:val="99"/>
    <w:unhideWhenUsed/>
    <w:rsid w:val="00041EDA"/>
    <w:pPr>
      <w:numPr>
        <w:numId w:val="3"/>
      </w:numPr>
      <w:spacing w:before="240"/>
      <w:contextualSpacing/>
    </w:pPr>
    <w:rPr>
      <w:rFonts w:eastAsia="MS Mincho"/>
      <w:lang w:val="en-US"/>
    </w:rPr>
  </w:style>
  <w:style w:type="paragraph" w:styleId="a">
    <w:name w:val="List Number"/>
    <w:basedOn w:val="a1"/>
    <w:uiPriority w:val="99"/>
    <w:unhideWhenUsed/>
    <w:rsid w:val="00041EDA"/>
    <w:pPr>
      <w:numPr>
        <w:numId w:val="5"/>
      </w:numPr>
      <w:spacing w:before="240"/>
      <w:contextualSpacing/>
    </w:pPr>
    <w:rPr>
      <w:rFonts w:eastAsia="MS Mincho"/>
      <w:lang w:val="en-US"/>
    </w:rPr>
  </w:style>
  <w:style w:type="paragraph" w:styleId="2">
    <w:name w:val="List Number 2"/>
    <w:basedOn w:val="a1"/>
    <w:uiPriority w:val="99"/>
    <w:unhideWhenUsed/>
    <w:rsid w:val="00041EDA"/>
    <w:pPr>
      <w:numPr>
        <w:numId w:val="6"/>
      </w:numPr>
      <w:spacing w:before="240"/>
      <w:contextualSpacing/>
    </w:pPr>
    <w:rPr>
      <w:rFonts w:eastAsia="MS Mincho"/>
      <w:lang w:val="en-US"/>
    </w:rPr>
  </w:style>
  <w:style w:type="paragraph" w:styleId="3">
    <w:name w:val="List Number 3"/>
    <w:basedOn w:val="a1"/>
    <w:uiPriority w:val="99"/>
    <w:unhideWhenUsed/>
    <w:rsid w:val="00041EDA"/>
    <w:pPr>
      <w:numPr>
        <w:numId w:val="7"/>
      </w:numPr>
      <w:spacing w:before="240"/>
      <w:contextualSpacing/>
    </w:pPr>
    <w:rPr>
      <w:rFonts w:eastAsia="MS Mincho"/>
      <w:lang w:val="en-US"/>
    </w:rPr>
  </w:style>
  <w:style w:type="paragraph" w:styleId="af2">
    <w:name w:val="List Continue"/>
    <w:basedOn w:val="a1"/>
    <w:uiPriority w:val="99"/>
    <w:unhideWhenUsed/>
    <w:rsid w:val="00041EDA"/>
    <w:pPr>
      <w:spacing w:before="240" w:after="120"/>
      <w:ind w:left="360"/>
      <w:contextualSpacing/>
    </w:pPr>
    <w:rPr>
      <w:rFonts w:eastAsia="MS Mincho"/>
      <w:lang w:val="en-US"/>
    </w:rPr>
  </w:style>
  <w:style w:type="paragraph" w:styleId="26">
    <w:name w:val="List Continue 2"/>
    <w:basedOn w:val="a1"/>
    <w:uiPriority w:val="99"/>
    <w:unhideWhenUsed/>
    <w:rsid w:val="00041EDA"/>
    <w:pPr>
      <w:spacing w:before="240" w:after="120"/>
      <w:ind w:left="720"/>
      <w:contextualSpacing/>
    </w:pPr>
    <w:rPr>
      <w:rFonts w:eastAsia="MS Mincho"/>
      <w:lang w:val="en-US"/>
    </w:rPr>
  </w:style>
  <w:style w:type="paragraph" w:styleId="36">
    <w:name w:val="List Continue 3"/>
    <w:basedOn w:val="a1"/>
    <w:uiPriority w:val="99"/>
    <w:unhideWhenUsed/>
    <w:rsid w:val="00041EDA"/>
    <w:pPr>
      <w:spacing w:before="240" w:after="120"/>
      <w:ind w:left="1080"/>
      <w:contextualSpacing/>
    </w:pPr>
    <w:rPr>
      <w:rFonts w:eastAsia="MS Mincho"/>
      <w:lang w:val="en-US"/>
    </w:rPr>
  </w:style>
  <w:style w:type="paragraph" w:styleId="af3">
    <w:name w:val="macro"/>
    <w:link w:val="af4"/>
    <w:uiPriority w:val="99"/>
    <w:unhideWhenUsed/>
    <w:rsid w:val="00041EDA"/>
    <w:pPr>
      <w:tabs>
        <w:tab w:val="left" w:pos="576"/>
        <w:tab w:val="left" w:pos="1152"/>
        <w:tab w:val="left" w:pos="1728"/>
        <w:tab w:val="left" w:pos="2304"/>
        <w:tab w:val="left" w:pos="2880"/>
        <w:tab w:val="left" w:pos="3456"/>
        <w:tab w:val="left" w:pos="4032"/>
      </w:tabs>
    </w:pPr>
    <w:rPr>
      <w:rFonts w:ascii="Courier" w:eastAsia="MS Mincho" w:hAnsi="Courier"/>
      <w:sz w:val="20"/>
      <w:szCs w:val="20"/>
      <w:lang w:val="en-US"/>
    </w:rPr>
  </w:style>
  <w:style w:type="character" w:customStyle="1" w:styleId="af4">
    <w:name w:val="Текст макроса Знак"/>
    <w:basedOn w:val="a2"/>
    <w:link w:val="af3"/>
    <w:uiPriority w:val="99"/>
    <w:rsid w:val="00041EDA"/>
    <w:rPr>
      <w:rFonts w:ascii="Courier" w:eastAsia="MS Mincho" w:hAnsi="Courier"/>
      <w:sz w:val="20"/>
      <w:szCs w:val="20"/>
      <w:lang w:val="en-US"/>
    </w:rPr>
  </w:style>
  <w:style w:type="paragraph" w:customStyle="1" w:styleId="211">
    <w:name w:val="Цитата 21"/>
    <w:basedOn w:val="a1"/>
    <w:next w:val="a1"/>
    <w:uiPriority w:val="29"/>
    <w:qFormat/>
    <w:rsid w:val="00041EDA"/>
    <w:pPr>
      <w:spacing w:before="240"/>
    </w:pPr>
    <w:rPr>
      <w:rFonts w:eastAsia="MS Mincho"/>
      <w:i/>
      <w:iCs/>
      <w:color w:val="000000"/>
      <w:lang w:val="en-US"/>
    </w:rPr>
  </w:style>
  <w:style w:type="character" w:customStyle="1" w:styleId="27">
    <w:name w:val="Цитата 2 Знак"/>
    <w:basedOn w:val="a2"/>
    <w:link w:val="28"/>
    <w:uiPriority w:val="29"/>
    <w:rsid w:val="00041EDA"/>
    <w:rPr>
      <w:i/>
      <w:iCs/>
      <w:color w:val="000000"/>
    </w:rPr>
  </w:style>
  <w:style w:type="character" w:customStyle="1" w:styleId="40">
    <w:name w:val="Заголовок 4 Знак"/>
    <w:basedOn w:val="a2"/>
    <w:link w:val="4"/>
    <w:uiPriority w:val="9"/>
    <w:semiHidden/>
    <w:rsid w:val="00041EDA"/>
    <w:rPr>
      <w:rFonts w:ascii="Calibri" w:eastAsia="MS Gothic" w:hAnsi="Calibri" w:cs="Times New Roman"/>
      <w:b/>
      <w:bCs/>
      <w:i/>
      <w:iCs/>
      <w:color w:val="4F81BD"/>
    </w:rPr>
  </w:style>
  <w:style w:type="character" w:customStyle="1" w:styleId="50">
    <w:name w:val="Заголовок 5 Знак"/>
    <w:basedOn w:val="a2"/>
    <w:link w:val="5"/>
    <w:uiPriority w:val="9"/>
    <w:semiHidden/>
    <w:rsid w:val="00041EDA"/>
    <w:rPr>
      <w:rFonts w:ascii="Calibri" w:eastAsia="MS Gothic" w:hAnsi="Calibri" w:cs="Times New Roman"/>
      <w:color w:val="243F60"/>
    </w:rPr>
  </w:style>
  <w:style w:type="character" w:customStyle="1" w:styleId="60">
    <w:name w:val="Заголовок 6 Знак"/>
    <w:basedOn w:val="a2"/>
    <w:link w:val="6"/>
    <w:uiPriority w:val="9"/>
    <w:semiHidden/>
    <w:rsid w:val="00041EDA"/>
    <w:rPr>
      <w:rFonts w:ascii="Calibri" w:eastAsia="MS Gothic" w:hAnsi="Calibri" w:cs="Times New Roman"/>
      <w:i/>
      <w:iCs/>
      <w:color w:val="243F60"/>
    </w:rPr>
  </w:style>
  <w:style w:type="character" w:customStyle="1" w:styleId="70">
    <w:name w:val="Заголовок 7 Знак"/>
    <w:basedOn w:val="a2"/>
    <w:link w:val="7"/>
    <w:uiPriority w:val="9"/>
    <w:semiHidden/>
    <w:rsid w:val="00041EDA"/>
    <w:rPr>
      <w:rFonts w:ascii="Calibri" w:eastAsia="MS Gothic" w:hAnsi="Calibri" w:cs="Times New Roman"/>
      <w:i/>
      <w:iCs/>
      <w:color w:val="404040"/>
    </w:rPr>
  </w:style>
  <w:style w:type="character" w:customStyle="1" w:styleId="80">
    <w:name w:val="Заголовок 8 Знак"/>
    <w:basedOn w:val="a2"/>
    <w:link w:val="8"/>
    <w:uiPriority w:val="9"/>
    <w:semiHidden/>
    <w:rsid w:val="00041EDA"/>
    <w:rPr>
      <w:rFonts w:ascii="Calibri" w:eastAsia="MS Gothic" w:hAnsi="Calibri" w:cs="Times New Roman"/>
      <w:color w:val="4F81BD"/>
      <w:sz w:val="20"/>
      <w:szCs w:val="20"/>
    </w:rPr>
  </w:style>
  <w:style w:type="character" w:customStyle="1" w:styleId="90">
    <w:name w:val="Заголовок 9 Знак"/>
    <w:basedOn w:val="a2"/>
    <w:link w:val="9"/>
    <w:uiPriority w:val="9"/>
    <w:semiHidden/>
    <w:rsid w:val="00041EDA"/>
    <w:rPr>
      <w:rFonts w:ascii="Calibri" w:eastAsia="MS Gothic" w:hAnsi="Calibri" w:cs="Times New Roman"/>
      <w:i/>
      <w:iCs/>
      <w:color w:val="404040"/>
      <w:sz w:val="20"/>
      <w:szCs w:val="20"/>
    </w:rPr>
  </w:style>
  <w:style w:type="paragraph" w:customStyle="1" w:styleId="15">
    <w:name w:val="Название объекта1"/>
    <w:basedOn w:val="a1"/>
    <w:next w:val="a1"/>
    <w:uiPriority w:val="35"/>
    <w:semiHidden/>
    <w:unhideWhenUsed/>
    <w:qFormat/>
    <w:rsid w:val="00041EDA"/>
    <w:pPr>
      <w:spacing w:before="240" w:line="240" w:lineRule="auto"/>
    </w:pPr>
    <w:rPr>
      <w:rFonts w:eastAsia="MS Mincho"/>
      <w:b/>
      <w:bCs/>
      <w:color w:val="4F81BD"/>
      <w:sz w:val="18"/>
      <w:szCs w:val="18"/>
      <w:lang w:val="en-US"/>
    </w:rPr>
  </w:style>
  <w:style w:type="character" w:styleId="af5">
    <w:name w:val="Strong"/>
    <w:basedOn w:val="a2"/>
    <w:uiPriority w:val="22"/>
    <w:qFormat/>
    <w:rsid w:val="00041EDA"/>
    <w:rPr>
      <w:b/>
      <w:bCs/>
    </w:rPr>
  </w:style>
  <w:style w:type="character" w:styleId="af6">
    <w:name w:val="Emphasis"/>
    <w:basedOn w:val="a2"/>
    <w:uiPriority w:val="20"/>
    <w:qFormat/>
    <w:rsid w:val="00041EDA"/>
    <w:rPr>
      <w:i/>
      <w:iCs/>
    </w:rPr>
  </w:style>
  <w:style w:type="paragraph" w:customStyle="1" w:styleId="16">
    <w:name w:val="Выделенная цитата1"/>
    <w:basedOn w:val="a1"/>
    <w:next w:val="a1"/>
    <w:uiPriority w:val="30"/>
    <w:qFormat/>
    <w:rsid w:val="00041EDA"/>
    <w:pPr>
      <w:pBdr>
        <w:bottom w:val="single" w:sz="4" w:space="4" w:color="4F81BD"/>
      </w:pBdr>
      <w:spacing w:before="200" w:after="280"/>
      <w:ind w:left="936" w:right="936"/>
    </w:pPr>
    <w:rPr>
      <w:rFonts w:eastAsia="MS Mincho"/>
      <w:b/>
      <w:bCs/>
      <w:i/>
      <w:iCs/>
      <w:color w:val="4F81BD"/>
      <w:lang w:val="en-US"/>
    </w:rPr>
  </w:style>
  <w:style w:type="character" w:customStyle="1" w:styleId="af7">
    <w:name w:val="Выделенная цитата Знак"/>
    <w:basedOn w:val="a2"/>
    <w:link w:val="af8"/>
    <w:uiPriority w:val="30"/>
    <w:rsid w:val="00041EDA"/>
    <w:rPr>
      <w:b/>
      <w:bCs/>
      <w:i/>
      <w:iCs/>
      <w:color w:val="4F81BD"/>
    </w:rPr>
  </w:style>
  <w:style w:type="character" w:customStyle="1" w:styleId="17">
    <w:name w:val="Слабое выделение1"/>
    <w:basedOn w:val="a2"/>
    <w:uiPriority w:val="19"/>
    <w:qFormat/>
    <w:rsid w:val="00041EDA"/>
    <w:rPr>
      <w:i/>
      <w:iCs/>
      <w:color w:val="808080"/>
    </w:rPr>
  </w:style>
  <w:style w:type="character" w:customStyle="1" w:styleId="18">
    <w:name w:val="Сильное выделение1"/>
    <w:basedOn w:val="a2"/>
    <w:uiPriority w:val="21"/>
    <w:qFormat/>
    <w:rsid w:val="00041EDA"/>
    <w:rPr>
      <w:b/>
      <w:bCs/>
      <w:i/>
      <w:iCs/>
      <w:color w:val="4F81BD"/>
    </w:rPr>
  </w:style>
  <w:style w:type="character" w:customStyle="1" w:styleId="19">
    <w:name w:val="Слабая ссылка1"/>
    <w:basedOn w:val="a2"/>
    <w:uiPriority w:val="31"/>
    <w:qFormat/>
    <w:rsid w:val="00041EDA"/>
    <w:rPr>
      <w:smallCaps/>
      <w:color w:val="C0504D"/>
      <w:u w:val="single"/>
    </w:rPr>
  </w:style>
  <w:style w:type="character" w:customStyle="1" w:styleId="1a">
    <w:name w:val="Сильная ссылка1"/>
    <w:basedOn w:val="a2"/>
    <w:uiPriority w:val="32"/>
    <w:qFormat/>
    <w:rsid w:val="00041EDA"/>
    <w:rPr>
      <w:b/>
      <w:bCs/>
      <w:smallCaps/>
      <w:color w:val="C0504D"/>
      <w:spacing w:val="5"/>
      <w:u w:val="single"/>
    </w:rPr>
  </w:style>
  <w:style w:type="character" w:styleId="af9">
    <w:name w:val="Book Title"/>
    <w:basedOn w:val="a2"/>
    <w:uiPriority w:val="33"/>
    <w:qFormat/>
    <w:rsid w:val="00041EDA"/>
    <w:rPr>
      <w:b/>
      <w:bCs/>
      <w:smallCaps/>
      <w:spacing w:val="5"/>
    </w:rPr>
  </w:style>
  <w:style w:type="character" w:customStyle="1" w:styleId="11">
    <w:name w:val="Заголовок 1 Знак1"/>
    <w:basedOn w:val="a2"/>
    <w:link w:val="1"/>
    <w:uiPriority w:val="9"/>
    <w:rsid w:val="00041EDA"/>
    <w:rPr>
      <w:rFonts w:asciiTheme="majorHAnsi" w:eastAsiaTheme="majorEastAsia" w:hAnsiTheme="majorHAnsi" w:cstheme="majorBidi"/>
      <w:b/>
      <w:bCs/>
      <w:color w:val="365F91" w:themeColor="accent1" w:themeShade="BF"/>
      <w:sz w:val="28"/>
      <w:szCs w:val="28"/>
    </w:rPr>
  </w:style>
  <w:style w:type="paragraph" w:styleId="afa">
    <w:name w:val="TOC Heading"/>
    <w:basedOn w:val="1"/>
    <w:next w:val="a1"/>
    <w:uiPriority w:val="39"/>
    <w:semiHidden/>
    <w:unhideWhenUsed/>
    <w:qFormat/>
    <w:rsid w:val="00041EDA"/>
    <w:pPr>
      <w:outlineLvl w:val="9"/>
    </w:pPr>
    <w:rPr>
      <w:lang w:val="en-US"/>
    </w:rPr>
  </w:style>
  <w:style w:type="table" w:styleId="afb">
    <w:name w:val="Table Grid"/>
    <w:basedOn w:val="a3"/>
    <w:uiPriority w:val="59"/>
    <w:rsid w:val="00041EDA"/>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ветлая заливка1"/>
    <w:basedOn w:val="a3"/>
    <w:next w:val="afc"/>
    <w:uiPriority w:val="60"/>
    <w:rsid w:val="00041EDA"/>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next w:val="-1"/>
    <w:uiPriority w:val="60"/>
    <w:rsid w:val="00041EDA"/>
    <w:pPr>
      <w:spacing w:after="0" w:line="240" w:lineRule="auto"/>
    </w:pPr>
    <w:rPr>
      <w:rFonts w:eastAsia="MS Mincho"/>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3"/>
    <w:next w:val="-2"/>
    <w:uiPriority w:val="60"/>
    <w:rsid w:val="00041EDA"/>
    <w:pPr>
      <w:spacing w:after="0" w:line="240" w:lineRule="auto"/>
    </w:pPr>
    <w:rPr>
      <w:rFonts w:eastAsia="MS Mincho"/>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3"/>
    <w:next w:val="-3"/>
    <w:uiPriority w:val="60"/>
    <w:rsid w:val="00041EDA"/>
    <w:pPr>
      <w:spacing w:after="0" w:line="240" w:lineRule="auto"/>
    </w:pPr>
    <w:rPr>
      <w:rFonts w:eastAsia="MS Mincho"/>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3"/>
    <w:next w:val="-4"/>
    <w:uiPriority w:val="60"/>
    <w:rsid w:val="00041EDA"/>
    <w:pPr>
      <w:spacing w:after="0" w:line="240" w:lineRule="auto"/>
    </w:pPr>
    <w:rPr>
      <w:rFonts w:eastAsia="MS Mincho"/>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3"/>
    <w:next w:val="-5"/>
    <w:uiPriority w:val="60"/>
    <w:rsid w:val="00041EDA"/>
    <w:pPr>
      <w:spacing w:after="0" w:line="240" w:lineRule="auto"/>
    </w:pPr>
    <w:rPr>
      <w:rFonts w:eastAsia="MS Mincho"/>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3"/>
    <w:next w:val="-6"/>
    <w:uiPriority w:val="60"/>
    <w:rsid w:val="00041EDA"/>
    <w:pPr>
      <w:spacing w:after="0" w:line="240" w:lineRule="auto"/>
    </w:pPr>
    <w:rPr>
      <w:rFonts w:eastAsia="MS Mincho"/>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c">
    <w:name w:val="Светлый список1"/>
    <w:basedOn w:val="a3"/>
    <w:next w:val="afd"/>
    <w:uiPriority w:val="61"/>
    <w:rsid w:val="00041EDA"/>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next w:val="-10"/>
    <w:uiPriority w:val="61"/>
    <w:rsid w:val="00041EDA"/>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3"/>
    <w:next w:val="-20"/>
    <w:uiPriority w:val="61"/>
    <w:rsid w:val="00041EDA"/>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3"/>
    <w:next w:val="-30"/>
    <w:uiPriority w:val="61"/>
    <w:rsid w:val="00041EDA"/>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3"/>
    <w:next w:val="-40"/>
    <w:uiPriority w:val="61"/>
    <w:rsid w:val="00041EDA"/>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3"/>
    <w:next w:val="-50"/>
    <w:uiPriority w:val="61"/>
    <w:rsid w:val="00041EDA"/>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3"/>
    <w:next w:val="-60"/>
    <w:uiPriority w:val="61"/>
    <w:rsid w:val="00041EDA"/>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d">
    <w:name w:val="Светлая сетка1"/>
    <w:basedOn w:val="a3"/>
    <w:next w:val="afe"/>
    <w:uiPriority w:val="62"/>
    <w:rsid w:val="00041EDA"/>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next w:val="-12"/>
    <w:uiPriority w:val="62"/>
    <w:rsid w:val="00041EDA"/>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3"/>
    <w:next w:val="-22"/>
    <w:uiPriority w:val="62"/>
    <w:rsid w:val="00041EDA"/>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3"/>
    <w:next w:val="-32"/>
    <w:uiPriority w:val="62"/>
    <w:rsid w:val="00041EDA"/>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3"/>
    <w:next w:val="-42"/>
    <w:uiPriority w:val="62"/>
    <w:rsid w:val="00041EDA"/>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3"/>
    <w:next w:val="-52"/>
    <w:uiPriority w:val="62"/>
    <w:rsid w:val="00041EDA"/>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3"/>
    <w:next w:val="-62"/>
    <w:uiPriority w:val="62"/>
    <w:rsid w:val="00041EDA"/>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1">
    <w:name w:val="Средняя заливка 11"/>
    <w:basedOn w:val="a3"/>
    <w:next w:val="1e"/>
    <w:uiPriority w:val="63"/>
    <w:rsid w:val="00041EDA"/>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3"/>
    <w:next w:val="1-1"/>
    <w:uiPriority w:val="63"/>
    <w:rsid w:val="00041EDA"/>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3"/>
    <w:next w:val="1-2"/>
    <w:uiPriority w:val="63"/>
    <w:rsid w:val="00041EDA"/>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3"/>
    <w:next w:val="1-3"/>
    <w:uiPriority w:val="63"/>
    <w:rsid w:val="00041EDA"/>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3"/>
    <w:next w:val="1-4"/>
    <w:uiPriority w:val="63"/>
    <w:rsid w:val="00041EDA"/>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3"/>
    <w:next w:val="1-5"/>
    <w:uiPriority w:val="63"/>
    <w:rsid w:val="00041EDA"/>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3"/>
    <w:next w:val="1-6"/>
    <w:uiPriority w:val="63"/>
    <w:rsid w:val="00041EDA"/>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2">
    <w:name w:val="Средняя заливка 21"/>
    <w:basedOn w:val="a3"/>
    <w:next w:val="29"/>
    <w:uiPriority w:val="64"/>
    <w:rsid w:val="00041ED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next w:val="2-1"/>
    <w:uiPriority w:val="64"/>
    <w:rsid w:val="00041ED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3"/>
    <w:next w:val="2-2"/>
    <w:uiPriority w:val="64"/>
    <w:rsid w:val="00041ED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3"/>
    <w:next w:val="2-3"/>
    <w:uiPriority w:val="64"/>
    <w:rsid w:val="00041ED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3"/>
    <w:next w:val="2-4"/>
    <w:uiPriority w:val="64"/>
    <w:rsid w:val="00041ED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3"/>
    <w:next w:val="2-5"/>
    <w:uiPriority w:val="64"/>
    <w:rsid w:val="00041ED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3"/>
    <w:next w:val="2-6"/>
    <w:uiPriority w:val="64"/>
    <w:rsid w:val="00041ED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Средний список 11"/>
    <w:basedOn w:val="a3"/>
    <w:next w:val="1f"/>
    <w:uiPriority w:val="65"/>
    <w:rsid w:val="00041EDA"/>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3"/>
    <w:next w:val="1-10"/>
    <w:uiPriority w:val="65"/>
    <w:rsid w:val="00041EDA"/>
    <w:pPr>
      <w:spacing w:after="0" w:line="240" w:lineRule="auto"/>
    </w:pPr>
    <w:rPr>
      <w:rFonts w:eastAsia="MS Mincho"/>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3"/>
    <w:next w:val="1-20"/>
    <w:uiPriority w:val="65"/>
    <w:rsid w:val="00041EDA"/>
    <w:pPr>
      <w:spacing w:after="0" w:line="240" w:lineRule="auto"/>
    </w:pPr>
    <w:rPr>
      <w:rFonts w:eastAsia="MS Mincho"/>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3"/>
    <w:next w:val="1-30"/>
    <w:uiPriority w:val="65"/>
    <w:rsid w:val="00041EDA"/>
    <w:pPr>
      <w:spacing w:after="0" w:line="240" w:lineRule="auto"/>
    </w:pPr>
    <w:rPr>
      <w:rFonts w:eastAsia="MS Mincho"/>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3"/>
    <w:next w:val="1-40"/>
    <w:uiPriority w:val="65"/>
    <w:rsid w:val="00041EDA"/>
    <w:pPr>
      <w:spacing w:after="0" w:line="240" w:lineRule="auto"/>
    </w:pPr>
    <w:rPr>
      <w:rFonts w:eastAsia="MS Mincho"/>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3"/>
    <w:next w:val="1-50"/>
    <w:uiPriority w:val="65"/>
    <w:rsid w:val="00041EDA"/>
    <w:pPr>
      <w:spacing w:after="0" w:line="240" w:lineRule="auto"/>
    </w:pPr>
    <w:rPr>
      <w:rFonts w:eastAsia="MS Mincho"/>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3"/>
    <w:next w:val="1-60"/>
    <w:uiPriority w:val="65"/>
    <w:rsid w:val="00041EDA"/>
    <w:pPr>
      <w:spacing w:after="0" w:line="240" w:lineRule="auto"/>
    </w:pPr>
    <w:rPr>
      <w:rFonts w:eastAsia="MS Mincho"/>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3">
    <w:name w:val="Средний список 21"/>
    <w:basedOn w:val="a3"/>
    <w:next w:val="2a"/>
    <w:uiPriority w:val="66"/>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3"/>
    <w:next w:val="2-10"/>
    <w:uiPriority w:val="66"/>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3"/>
    <w:next w:val="2-20"/>
    <w:uiPriority w:val="66"/>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3"/>
    <w:next w:val="2-30"/>
    <w:uiPriority w:val="66"/>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3"/>
    <w:next w:val="2-40"/>
    <w:uiPriority w:val="66"/>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3"/>
    <w:next w:val="2-50"/>
    <w:uiPriority w:val="66"/>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3"/>
    <w:next w:val="2-60"/>
    <w:uiPriority w:val="66"/>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3">
    <w:name w:val="Средняя сетка 11"/>
    <w:basedOn w:val="a3"/>
    <w:next w:val="1f0"/>
    <w:uiPriority w:val="67"/>
    <w:rsid w:val="00041EDA"/>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3"/>
    <w:next w:val="1-12"/>
    <w:uiPriority w:val="67"/>
    <w:rsid w:val="00041EDA"/>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3"/>
    <w:next w:val="1-22"/>
    <w:uiPriority w:val="67"/>
    <w:rsid w:val="00041EDA"/>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3"/>
    <w:next w:val="1-32"/>
    <w:uiPriority w:val="67"/>
    <w:rsid w:val="00041EDA"/>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3"/>
    <w:next w:val="1-42"/>
    <w:uiPriority w:val="67"/>
    <w:rsid w:val="00041EDA"/>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3"/>
    <w:next w:val="1-52"/>
    <w:uiPriority w:val="67"/>
    <w:rsid w:val="00041EDA"/>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3"/>
    <w:next w:val="1-62"/>
    <w:uiPriority w:val="67"/>
    <w:rsid w:val="00041EDA"/>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4">
    <w:name w:val="Средняя сетка 21"/>
    <w:basedOn w:val="a3"/>
    <w:next w:val="2b"/>
    <w:uiPriority w:val="68"/>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3"/>
    <w:next w:val="2-12"/>
    <w:uiPriority w:val="68"/>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3"/>
    <w:next w:val="2-22"/>
    <w:uiPriority w:val="68"/>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3"/>
    <w:next w:val="2-32"/>
    <w:uiPriority w:val="68"/>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3"/>
    <w:next w:val="2-42"/>
    <w:uiPriority w:val="68"/>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3"/>
    <w:next w:val="2-52"/>
    <w:uiPriority w:val="68"/>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3"/>
    <w:next w:val="2-62"/>
    <w:uiPriority w:val="68"/>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
    <w:name w:val="Средняя сетка 31"/>
    <w:basedOn w:val="a3"/>
    <w:next w:val="37"/>
    <w:uiPriority w:val="69"/>
    <w:rsid w:val="00041ED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3"/>
    <w:next w:val="3-1"/>
    <w:uiPriority w:val="69"/>
    <w:rsid w:val="00041ED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3"/>
    <w:next w:val="3-2"/>
    <w:uiPriority w:val="69"/>
    <w:rsid w:val="00041ED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3"/>
    <w:next w:val="3-3"/>
    <w:uiPriority w:val="69"/>
    <w:rsid w:val="00041ED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3"/>
    <w:next w:val="3-4"/>
    <w:uiPriority w:val="69"/>
    <w:rsid w:val="00041ED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3"/>
    <w:next w:val="3-5"/>
    <w:uiPriority w:val="69"/>
    <w:rsid w:val="00041ED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3"/>
    <w:next w:val="3-6"/>
    <w:uiPriority w:val="69"/>
    <w:rsid w:val="00041ED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1">
    <w:name w:val="Темный список1"/>
    <w:basedOn w:val="a3"/>
    <w:next w:val="aff"/>
    <w:uiPriority w:val="70"/>
    <w:rsid w:val="00041EDA"/>
    <w:pPr>
      <w:spacing w:after="0" w:line="240" w:lineRule="auto"/>
    </w:pPr>
    <w:rPr>
      <w:rFonts w:eastAsia="MS Mincho"/>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3"/>
    <w:next w:val="-13"/>
    <w:uiPriority w:val="70"/>
    <w:rsid w:val="00041EDA"/>
    <w:pPr>
      <w:spacing w:after="0" w:line="240" w:lineRule="auto"/>
    </w:pPr>
    <w:rPr>
      <w:rFonts w:eastAsia="MS Mincho"/>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3"/>
    <w:next w:val="-23"/>
    <w:uiPriority w:val="70"/>
    <w:rsid w:val="00041EDA"/>
    <w:pPr>
      <w:spacing w:after="0" w:line="240" w:lineRule="auto"/>
    </w:pPr>
    <w:rPr>
      <w:rFonts w:eastAsia="MS Mincho"/>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3"/>
    <w:next w:val="-33"/>
    <w:uiPriority w:val="70"/>
    <w:rsid w:val="00041EDA"/>
    <w:pPr>
      <w:spacing w:after="0" w:line="240" w:lineRule="auto"/>
    </w:pPr>
    <w:rPr>
      <w:rFonts w:eastAsia="MS Mincho"/>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3"/>
    <w:next w:val="-43"/>
    <w:uiPriority w:val="70"/>
    <w:rsid w:val="00041EDA"/>
    <w:pPr>
      <w:spacing w:after="0" w:line="240" w:lineRule="auto"/>
    </w:pPr>
    <w:rPr>
      <w:rFonts w:eastAsia="MS Mincho"/>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3"/>
    <w:next w:val="-53"/>
    <w:uiPriority w:val="70"/>
    <w:rsid w:val="00041EDA"/>
    <w:pPr>
      <w:spacing w:after="0" w:line="240" w:lineRule="auto"/>
    </w:pPr>
    <w:rPr>
      <w:rFonts w:eastAsia="MS Mincho"/>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3"/>
    <w:next w:val="-63"/>
    <w:uiPriority w:val="70"/>
    <w:rsid w:val="00041EDA"/>
    <w:pPr>
      <w:spacing w:after="0" w:line="240" w:lineRule="auto"/>
    </w:pPr>
    <w:rPr>
      <w:rFonts w:eastAsia="MS Mincho"/>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2">
    <w:name w:val="Цветная заливка1"/>
    <w:basedOn w:val="a3"/>
    <w:next w:val="aff0"/>
    <w:uiPriority w:val="71"/>
    <w:rsid w:val="00041EDA"/>
    <w:pPr>
      <w:spacing w:after="0" w:line="240" w:lineRule="auto"/>
    </w:pPr>
    <w:rPr>
      <w:rFonts w:eastAsia="MS Mincho"/>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3"/>
    <w:next w:val="-14"/>
    <w:uiPriority w:val="71"/>
    <w:rsid w:val="00041EDA"/>
    <w:pPr>
      <w:spacing w:after="0" w:line="240" w:lineRule="auto"/>
    </w:pPr>
    <w:rPr>
      <w:rFonts w:eastAsia="MS Mincho"/>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3"/>
    <w:next w:val="-24"/>
    <w:uiPriority w:val="71"/>
    <w:rsid w:val="00041EDA"/>
    <w:pPr>
      <w:spacing w:after="0" w:line="240" w:lineRule="auto"/>
    </w:pPr>
    <w:rPr>
      <w:rFonts w:eastAsia="MS Mincho"/>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3"/>
    <w:next w:val="-34"/>
    <w:uiPriority w:val="71"/>
    <w:rsid w:val="00041EDA"/>
    <w:pPr>
      <w:spacing w:after="0" w:line="240" w:lineRule="auto"/>
    </w:pPr>
    <w:rPr>
      <w:rFonts w:eastAsia="MS Mincho"/>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3"/>
    <w:next w:val="-44"/>
    <w:uiPriority w:val="71"/>
    <w:rsid w:val="00041EDA"/>
    <w:pPr>
      <w:spacing w:after="0" w:line="240" w:lineRule="auto"/>
    </w:pPr>
    <w:rPr>
      <w:rFonts w:eastAsia="MS Mincho"/>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3"/>
    <w:next w:val="-54"/>
    <w:uiPriority w:val="71"/>
    <w:rsid w:val="00041EDA"/>
    <w:pPr>
      <w:spacing w:after="0" w:line="240" w:lineRule="auto"/>
    </w:pPr>
    <w:rPr>
      <w:rFonts w:eastAsia="MS Mincho"/>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3"/>
    <w:next w:val="-64"/>
    <w:uiPriority w:val="71"/>
    <w:rsid w:val="00041EDA"/>
    <w:pPr>
      <w:spacing w:after="0" w:line="240" w:lineRule="auto"/>
    </w:pPr>
    <w:rPr>
      <w:rFonts w:eastAsia="MS Mincho"/>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3">
    <w:name w:val="Цветной список1"/>
    <w:basedOn w:val="a3"/>
    <w:next w:val="aff1"/>
    <w:uiPriority w:val="72"/>
    <w:rsid w:val="00041EDA"/>
    <w:pPr>
      <w:spacing w:after="0" w:line="240" w:lineRule="auto"/>
    </w:pPr>
    <w:rPr>
      <w:rFonts w:eastAsia="MS Mincho"/>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3"/>
    <w:next w:val="-15"/>
    <w:uiPriority w:val="72"/>
    <w:rsid w:val="00041EDA"/>
    <w:pPr>
      <w:spacing w:after="0" w:line="240" w:lineRule="auto"/>
    </w:pPr>
    <w:rPr>
      <w:rFonts w:eastAsia="MS Mincho"/>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3"/>
    <w:next w:val="-25"/>
    <w:uiPriority w:val="72"/>
    <w:rsid w:val="00041EDA"/>
    <w:pPr>
      <w:spacing w:after="0" w:line="240" w:lineRule="auto"/>
    </w:pPr>
    <w:rPr>
      <w:rFonts w:eastAsia="MS Mincho"/>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3"/>
    <w:next w:val="-35"/>
    <w:uiPriority w:val="72"/>
    <w:rsid w:val="00041EDA"/>
    <w:pPr>
      <w:spacing w:after="0" w:line="240" w:lineRule="auto"/>
    </w:pPr>
    <w:rPr>
      <w:rFonts w:eastAsia="MS Mincho"/>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3"/>
    <w:next w:val="-45"/>
    <w:uiPriority w:val="72"/>
    <w:rsid w:val="00041EDA"/>
    <w:pPr>
      <w:spacing w:after="0" w:line="240" w:lineRule="auto"/>
    </w:pPr>
    <w:rPr>
      <w:rFonts w:eastAsia="MS Mincho"/>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3"/>
    <w:next w:val="-55"/>
    <w:uiPriority w:val="72"/>
    <w:rsid w:val="00041EDA"/>
    <w:pPr>
      <w:spacing w:after="0" w:line="240" w:lineRule="auto"/>
    </w:pPr>
    <w:rPr>
      <w:rFonts w:eastAsia="MS Mincho"/>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3"/>
    <w:next w:val="-65"/>
    <w:uiPriority w:val="72"/>
    <w:rsid w:val="00041EDA"/>
    <w:pPr>
      <w:spacing w:after="0" w:line="240" w:lineRule="auto"/>
    </w:pPr>
    <w:rPr>
      <w:rFonts w:eastAsia="MS Mincho"/>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4">
    <w:name w:val="Цветная сетка1"/>
    <w:basedOn w:val="a3"/>
    <w:next w:val="aff2"/>
    <w:uiPriority w:val="73"/>
    <w:rsid w:val="00041ED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3"/>
    <w:next w:val="-16"/>
    <w:uiPriority w:val="73"/>
    <w:rsid w:val="00041ED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3"/>
    <w:next w:val="-26"/>
    <w:uiPriority w:val="73"/>
    <w:rsid w:val="00041ED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3"/>
    <w:next w:val="-36"/>
    <w:uiPriority w:val="73"/>
    <w:rsid w:val="00041ED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3"/>
    <w:next w:val="-46"/>
    <w:uiPriority w:val="73"/>
    <w:rsid w:val="00041ED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3"/>
    <w:next w:val="-56"/>
    <w:uiPriority w:val="73"/>
    <w:rsid w:val="00041ED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3"/>
    <w:next w:val="-66"/>
    <w:uiPriority w:val="73"/>
    <w:rsid w:val="00041ED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15">
    <w:name w:val="Заголовок 2 Знак1"/>
    <w:basedOn w:val="a2"/>
    <w:link w:val="21"/>
    <w:uiPriority w:val="9"/>
    <w:semiHidden/>
    <w:rsid w:val="00041EDA"/>
    <w:rPr>
      <w:rFonts w:asciiTheme="majorHAnsi" w:eastAsiaTheme="majorEastAsia" w:hAnsiTheme="majorHAnsi" w:cstheme="majorBidi"/>
      <w:b/>
      <w:bCs/>
      <w:color w:val="4F81BD" w:themeColor="accent1"/>
      <w:sz w:val="26"/>
      <w:szCs w:val="26"/>
    </w:rPr>
  </w:style>
  <w:style w:type="character" w:customStyle="1" w:styleId="312">
    <w:name w:val="Заголовок 3 Знак1"/>
    <w:basedOn w:val="a2"/>
    <w:link w:val="31"/>
    <w:uiPriority w:val="9"/>
    <w:semiHidden/>
    <w:rsid w:val="00041EDA"/>
    <w:rPr>
      <w:rFonts w:asciiTheme="majorHAnsi" w:eastAsiaTheme="majorEastAsia" w:hAnsiTheme="majorHAnsi" w:cstheme="majorBidi"/>
      <w:b/>
      <w:bCs/>
      <w:color w:val="4F81BD" w:themeColor="accent1"/>
    </w:rPr>
  </w:style>
  <w:style w:type="paragraph" w:styleId="ab">
    <w:name w:val="Title"/>
    <w:basedOn w:val="a1"/>
    <w:next w:val="a1"/>
    <w:link w:val="aa"/>
    <w:uiPriority w:val="10"/>
    <w:qFormat/>
    <w:rsid w:val="00041EDA"/>
    <w:pPr>
      <w:pBdr>
        <w:bottom w:val="single" w:sz="8" w:space="4" w:color="4F81BD" w:themeColor="accent1"/>
      </w:pBdr>
      <w:spacing w:after="300" w:line="240" w:lineRule="auto"/>
      <w:contextualSpacing/>
    </w:pPr>
    <w:rPr>
      <w:rFonts w:ascii="Calibri" w:eastAsia="MS Gothic" w:hAnsi="Calibri" w:cs="Times New Roman"/>
      <w:color w:val="17365D"/>
      <w:spacing w:val="5"/>
      <w:kern w:val="28"/>
      <w:sz w:val="52"/>
      <w:szCs w:val="52"/>
    </w:rPr>
  </w:style>
  <w:style w:type="character" w:customStyle="1" w:styleId="1f5">
    <w:name w:val="Название Знак1"/>
    <w:basedOn w:val="a2"/>
    <w:link w:val="ab"/>
    <w:uiPriority w:val="10"/>
    <w:rsid w:val="00041EDA"/>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1"/>
    <w:next w:val="a1"/>
    <w:link w:val="ac"/>
    <w:uiPriority w:val="11"/>
    <w:qFormat/>
    <w:rsid w:val="00041EDA"/>
    <w:pPr>
      <w:numPr>
        <w:ilvl w:val="1"/>
      </w:numPr>
    </w:pPr>
    <w:rPr>
      <w:rFonts w:ascii="Calibri" w:eastAsia="MS Gothic" w:hAnsi="Calibri" w:cs="Times New Roman"/>
      <w:i/>
      <w:iCs/>
      <w:color w:val="4F81BD"/>
      <w:spacing w:val="15"/>
      <w:sz w:val="24"/>
      <w:szCs w:val="24"/>
    </w:rPr>
  </w:style>
  <w:style w:type="character" w:customStyle="1" w:styleId="1f6">
    <w:name w:val="Подзаголовок Знак1"/>
    <w:basedOn w:val="a2"/>
    <w:link w:val="ad"/>
    <w:uiPriority w:val="11"/>
    <w:rsid w:val="00041EDA"/>
    <w:rPr>
      <w:rFonts w:asciiTheme="majorHAnsi" w:eastAsiaTheme="majorEastAsia" w:hAnsiTheme="majorHAnsi" w:cstheme="majorBidi"/>
      <w:i/>
      <w:iCs/>
      <w:color w:val="4F81BD" w:themeColor="accent1"/>
      <w:spacing w:val="15"/>
      <w:sz w:val="24"/>
      <w:szCs w:val="24"/>
    </w:rPr>
  </w:style>
  <w:style w:type="paragraph" w:styleId="28">
    <w:name w:val="Quote"/>
    <w:basedOn w:val="a1"/>
    <w:next w:val="a1"/>
    <w:link w:val="27"/>
    <w:uiPriority w:val="29"/>
    <w:qFormat/>
    <w:rsid w:val="00041EDA"/>
    <w:rPr>
      <w:i/>
      <w:iCs/>
      <w:color w:val="000000"/>
    </w:rPr>
  </w:style>
  <w:style w:type="character" w:customStyle="1" w:styleId="216">
    <w:name w:val="Цитата 2 Знак1"/>
    <w:basedOn w:val="a2"/>
    <w:link w:val="28"/>
    <w:uiPriority w:val="29"/>
    <w:rsid w:val="00041EDA"/>
    <w:rPr>
      <w:i/>
      <w:iCs/>
      <w:color w:val="000000" w:themeColor="text1"/>
    </w:rPr>
  </w:style>
  <w:style w:type="character" w:customStyle="1" w:styleId="410">
    <w:name w:val="Заголовок 4 Знак1"/>
    <w:basedOn w:val="a2"/>
    <w:link w:val="4"/>
    <w:uiPriority w:val="9"/>
    <w:semiHidden/>
    <w:rsid w:val="00041EDA"/>
    <w:rPr>
      <w:rFonts w:asciiTheme="majorHAnsi" w:eastAsiaTheme="majorEastAsia" w:hAnsiTheme="majorHAnsi" w:cstheme="majorBidi"/>
      <w:b/>
      <w:bCs/>
      <w:i/>
      <w:iCs/>
      <w:color w:val="4F81BD" w:themeColor="accent1"/>
    </w:rPr>
  </w:style>
  <w:style w:type="character" w:customStyle="1" w:styleId="510">
    <w:name w:val="Заголовок 5 Знак1"/>
    <w:basedOn w:val="a2"/>
    <w:link w:val="5"/>
    <w:uiPriority w:val="9"/>
    <w:semiHidden/>
    <w:rsid w:val="00041EDA"/>
    <w:rPr>
      <w:rFonts w:asciiTheme="majorHAnsi" w:eastAsiaTheme="majorEastAsia" w:hAnsiTheme="majorHAnsi" w:cstheme="majorBidi"/>
      <w:color w:val="243F60" w:themeColor="accent1" w:themeShade="7F"/>
    </w:rPr>
  </w:style>
  <w:style w:type="character" w:customStyle="1" w:styleId="610">
    <w:name w:val="Заголовок 6 Знак1"/>
    <w:basedOn w:val="a2"/>
    <w:link w:val="6"/>
    <w:uiPriority w:val="9"/>
    <w:semiHidden/>
    <w:rsid w:val="00041EDA"/>
    <w:rPr>
      <w:rFonts w:asciiTheme="majorHAnsi" w:eastAsiaTheme="majorEastAsia" w:hAnsiTheme="majorHAnsi" w:cstheme="majorBidi"/>
      <w:i/>
      <w:iCs/>
      <w:color w:val="243F60" w:themeColor="accent1" w:themeShade="7F"/>
    </w:rPr>
  </w:style>
  <w:style w:type="character" w:customStyle="1" w:styleId="710">
    <w:name w:val="Заголовок 7 Знак1"/>
    <w:basedOn w:val="a2"/>
    <w:link w:val="7"/>
    <w:uiPriority w:val="9"/>
    <w:semiHidden/>
    <w:rsid w:val="00041EDA"/>
    <w:rPr>
      <w:rFonts w:asciiTheme="majorHAnsi" w:eastAsiaTheme="majorEastAsia" w:hAnsiTheme="majorHAnsi" w:cstheme="majorBidi"/>
      <w:i/>
      <w:iCs/>
      <w:color w:val="404040" w:themeColor="text1" w:themeTint="BF"/>
    </w:rPr>
  </w:style>
  <w:style w:type="character" w:customStyle="1" w:styleId="810">
    <w:name w:val="Заголовок 8 Знак1"/>
    <w:basedOn w:val="a2"/>
    <w:link w:val="8"/>
    <w:uiPriority w:val="9"/>
    <w:semiHidden/>
    <w:rsid w:val="00041EDA"/>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2"/>
    <w:link w:val="9"/>
    <w:uiPriority w:val="9"/>
    <w:semiHidden/>
    <w:rsid w:val="00041EDA"/>
    <w:rPr>
      <w:rFonts w:asciiTheme="majorHAnsi" w:eastAsiaTheme="majorEastAsia" w:hAnsiTheme="majorHAnsi" w:cstheme="majorBidi"/>
      <w:i/>
      <w:iCs/>
      <w:color w:val="404040" w:themeColor="text1" w:themeTint="BF"/>
      <w:sz w:val="20"/>
      <w:szCs w:val="20"/>
    </w:rPr>
  </w:style>
  <w:style w:type="paragraph" w:styleId="af8">
    <w:name w:val="Intense Quote"/>
    <w:basedOn w:val="a1"/>
    <w:next w:val="a1"/>
    <w:link w:val="af7"/>
    <w:uiPriority w:val="30"/>
    <w:qFormat/>
    <w:rsid w:val="00041EDA"/>
    <w:pPr>
      <w:pBdr>
        <w:bottom w:val="single" w:sz="4" w:space="4" w:color="4F81BD" w:themeColor="accent1"/>
      </w:pBdr>
      <w:spacing w:before="200" w:after="280"/>
      <w:ind w:left="936" w:right="936"/>
    </w:pPr>
    <w:rPr>
      <w:b/>
      <w:bCs/>
      <w:i/>
      <w:iCs/>
      <w:color w:val="4F81BD"/>
    </w:rPr>
  </w:style>
  <w:style w:type="character" w:customStyle="1" w:styleId="1f7">
    <w:name w:val="Выделенная цитата Знак1"/>
    <w:basedOn w:val="a2"/>
    <w:link w:val="af8"/>
    <w:uiPriority w:val="30"/>
    <w:rsid w:val="00041EDA"/>
    <w:rPr>
      <w:b/>
      <w:bCs/>
      <w:i/>
      <w:iCs/>
      <w:color w:val="4F81BD" w:themeColor="accent1"/>
    </w:rPr>
  </w:style>
  <w:style w:type="character" w:styleId="aff3">
    <w:name w:val="Subtle Emphasis"/>
    <w:basedOn w:val="a2"/>
    <w:uiPriority w:val="19"/>
    <w:qFormat/>
    <w:rsid w:val="00041EDA"/>
    <w:rPr>
      <w:i/>
      <w:iCs/>
      <w:color w:val="808080" w:themeColor="text1" w:themeTint="7F"/>
    </w:rPr>
  </w:style>
  <w:style w:type="character" w:styleId="aff4">
    <w:name w:val="Intense Emphasis"/>
    <w:basedOn w:val="a2"/>
    <w:uiPriority w:val="21"/>
    <w:qFormat/>
    <w:rsid w:val="00041EDA"/>
    <w:rPr>
      <w:b/>
      <w:bCs/>
      <w:i/>
      <w:iCs/>
      <w:color w:val="4F81BD" w:themeColor="accent1"/>
    </w:rPr>
  </w:style>
  <w:style w:type="character" w:styleId="aff5">
    <w:name w:val="Subtle Reference"/>
    <w:basedOn w:val="a2"/>
    <w:uiPriority w:val="31"/>
    <w:qFormat/>
    <w:rsid w:val="00041EDA"/>
    <w:rPr>
      <w:smallCaps/>
      <w:color w:val="C0504D" w:themeColor="accent2"/>
      <w:u w:val="single"/>
    </w:rPr>
  </w:style>
  <w:style w:type="character" w:styleId="aff6">
    <w:name w:val="Intense Reference"/>
    <w:basedOn w:val="a2"/>
    <w:uiPriority w:val="32"/>
    <w:qFormat/>
    <w:rsid w:val="00041EDA"/>
    <w:rPr>
      <w:b/>
      <w:bCs/>
      <w:smallCaps/>
      <w:color w:val="C0504D" w:themeColor="accent2"/>
      <w:spacing w:val="5"/>
      <w:u w:val="single"/>
    </w:rPr>
  </w:style>
  <w:style w:type="table" w:styleId="afc">
    <w:name w:val="Light Shading"/>
    <w:basedOn w:val="a3"/>
    <w:uiPriority w:val="60"/>
    <w:rsid w:val="00041E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041ED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041ED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041ED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041EDA"/>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041ED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041EDA"/>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d">
    <w:name w:val="Light List"/>
    <w:basedOn w:val="a3"/>
    <w:uiPriority w:val="61"/>
    <w:rsid w:val="00041ED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041ED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041ED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041ED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041ED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041ED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041ED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e">
    <w:name w:val="Light Grid"/>
    <w:basedOn w:val="a3"/>
    <w:uiPriority w:val="62"/>
    <w:rsid w:val="00041ED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3"/>
    <w:uiPriority w:val="62"/>
    <w:rsid w:val="00041ED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
    <w:name w:val="Light Grid Accent 2"/>
    <w:basedOn w:val="a3"/>
    <w:uiPriority w:val="62"/>
    <w:rsid w:val="00041ED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2">
    <w:name w:val="Light Grid Accent 3"/>
    <w:basedOn w:val="a3"/>
    <w:uiPriority w:val="62"/>
    <w:rsid w:val="00041ED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2">
    <w:name w:val="Light Grid Accent 4"/>
    <w:basedOn w:val="a3"/>
    <w:uiPriority w:val="62"/>
    <w:rsid w:val="00041ED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2">
    <w:name w:val="Light Grid Accent 5"/>
    <w:basedOn w:val="a3"/>
    <w:uiPriority w:val="62"/>
    <w:rsid w:val="00041ED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2">
    <w:name w:val="Light Grid Accent 6"/>
    <w:basedOn w:val="a3"/>
    <w:uiPriority w:val="62"/>
    <w:rsid w:val="00041ED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e">
    <w:name w:val="Medium Shading 1"/>
    <w:basedOn w:val="a3"/>
    <w:uiPriority w:val="63"/>
    <w:rsid w:val="00041ED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041ED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041ED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041ED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041ED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041ED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041ED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041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041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041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041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041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041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041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
    <w:name w:val="Medium List 1"/>
    <w:basedOn w:val="a3"/>
    <w:uiPriority w:val="65"/>
    <w:rsid w:val="00041ED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041EDA"/>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041EDA"/>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041EDA"/>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041EDA"/>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041EDA"/>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041EDA"/>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0">
    <w:name w:val="Medium Grid 1"/>
    <w:basedOn w:val="a3"/>
    <w:uiPriority w:val="67"/>
    <w:rsid w:val="00041ED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rsid w:val="00041ED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3"/>
    <w:uiPriority w:val="67"/>
    <w:rsid w:val="00041ED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3"/>
    <w:uiPriority w:val="67"/>
    <w:rsid w:val="00041ED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3"/>
    <w:uiPriority w:val="67"/>
    <w:rsid w:val="00041ED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2">
    <w:name w:val="Medium Grid 1 Accent 5"/>
    <w:basedOn w:val="a3"/>
    <w:uiPriority w:val="67"/>
    <w:rsid w:val="00041ED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2">
    <w:name w:val="Medium Grid 1 Accent 6"/>
    <w:basedOn w:val="a3"/>
    <w:uiPriority w:val="67"/>
    <w:rsid w:val="00041ED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3"/>
    <w:uiPriority w:val="68"/>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3"/>
    <w:uiPriority w:val="68"/>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3"/>
    <w:uiPriority w:val="68"/>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3"/>
    <w:uiPriority w:val="68"/>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3"/>
    <w:uiPriority w:val="68"/>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041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041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041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041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041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041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041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
    <w:name w:val="Dark List"/>
    <w:basedOn w:val="a3"/>
    <w:uiPriority w:val="70"/>
    <w:rsid w:val="00041ED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rsid w:val="00041EDA"/>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3">
    <w:name w:val="Dark List Accent 2"/>
    <w:basedOn w:val="a3"/>
    <w:uiPriority w:val="70"/>
    <w:rsid w:val="00041EDA"/>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3">
    <w:name w:val="Dark List Accent 3"/>
    <w:basedOn w:val="a3"/>
    <w:uiPriority w:val="70"/>
    <w:rsid w:val="00041EDA"/>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3"/>
    <w:uiPriority w:val="70"/>
    <w:rsid w:val="00041EDA"/>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3"/>
    <w:uiPriority w:val="70"/>
    <w:rsid w:val="00041EDA"/>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3"/>
    <w:uiPriority w:val="70"/>
    <w:rsid w:val="00041EDA"/>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0">
    <w:name w:val="Colorful Shading"/>
    <w:basedOn w:val="a3"/>
    <w:uiPriority w:val="71"/>
    <w:rsid w:val="00041EDA"/>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rsid w:val="00041EDA"/>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rsid w:val="00041EDA"/>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3"/>
    <w:uiPriority w:val="71"/>
    <w:rsid w:val="00041EDA"/>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3"/>
    <w:uiPriority w:val="71"/>
    <w:rsid w:val="00041EDA"/>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3"/>
    <w:uiPriority w:val="71"/>
    <w:rsid w:val="00041EDA"/>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3"/>
    <w:uiPriority w:val="71"/>
    <w:rsid w:val="00041EDA"/>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1">
    <w:name w:val="Colorful List"/>
    <w:basedOn w:val="a3"/>
    <w:uiPriority w:val="72"/>
    <w:rsid w:val="00041ED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3"/>
    <w:uiPriority w:val="72"/>
    <w:rsid w:val="00041EDA"/>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3"/>
    <w:uiPriority w:val="72"/>
    <w:rsid w:val="00041EDA"/>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5">
    <w:name w:val="Colorful List Accent 3"/>
    <w:basedOn w:val="a3"/>
    <w:uiPriority w:val="72"/>
    <w:rsid w:val="00041EDA"/>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3"/>
    <w:uiPriority w:val="72"/>
    <w:rsid w:val="00041EDA"/>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5">
    <w:name w:val="Colorful List Accent 5"/>
    <w:basedOn w:val="a3"/>
    <w:uiPriority w:val="72"/>
    <w:rsid w:val="00041EDA"/>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5">
    <w:name w:val="Colorful List Accent 6"/>
    <w:basedOn w:val="a3"/>
    <w:uiPriority w:val="72"/>
    <w:rsid w:val="00041EDA"/>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2">
    <w:name w:val="Colorful Grid"/>
    <w:basedOn w:val="a3"/>
    <w:uiPriority w:val="73"/>
    <w:rsid w:val="00041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3"/>
    <w:uiPriority w:val="73"/>
    <w:rsid w:val="00041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3"/>
    <w:uiPriority w:val="73"/>
    <w:rsid w:val="00041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3"/>
    <w:uiPriority w:val="73"/>
    <w:rsid w:val="00041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6">
    <w:name w:val="Colorful Grid Accent 4"/>
    <w:basedOn w:val="a3"/>
    <w:uiPriority w:val="73"/>
    <w:rsid w:val="00041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3"/>
    <w:uiPriority w:val="73"/>
    <w:rsid w:val="00041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3"/>
    <w:uiPriority w:val="73"/>
    <w:rsid w:val="00041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1"/>
    <w:uiPriority w:val="9"/>
    <w:qFormat/>
    <w:rsid w:val="00041E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041EDA"/>
    <w:pPr>
      <w:keepNext/>
      <w:keepLines/>
      <w:spacing w:before="200" w:after="0"/>
      <w:outlineLvl w:val="1"/>
    </w:pPr>
    <w:rPr>
      <w:rFonts w:ascii="Calibri" w:eastAsia="MS Gothic" w:hAnsi="Calibri" w:cs="Times New Roman"/>
      <w:b/>
      <w:bCs/>
      <w:color w:val="4F81BD"/>
      <w:sz w:val="26"/>
      <w:szCs w:val="26"/>
    </w:rPr>
  </w:style>
  <w:style w:type="paragraph" w:styleId="31">
    <w:name w:val="heading 3"/>
    <w:basedOn w:val="a1"/>
    <w:next w:val="a1"/>
    <w:link w:val="32"/>
    <w:uiPriority w:val="9"/>
    <w:semiHidden/>
    <w:unhideWhenUsed/>
    <w:qFormat/>
    <w:rsid w:val="00041EDA"/>
    <w:pPr>
      <w:keepNext/>
      <w:keepLines/>
      <w:spacing w:before="200" w:after="0"/>
      <w:outlineLvl w:val="2"/>
    </w:pPr>
    <w:rPr>
      <w:rFonts w:ascii="Calibri" w:eastAsia="MS Gothic" w:hAnsi="Calibri" w:cs="Times New Roman"/>
      <w:b/>
      <w:bCs/>
      <w:color w:val="4F81BD"/>
    </w:rPr>
  </w:style>
  <w:style w:type="paragraph" w:styleId="4">
    <w:name w:val="heading 4"/>
    <w:basedOn w:val="a1"/>
    <w:next w:val="a1"/>
    <w:link w:val="40"/>
    <w:uiPriority w:val="9"/>
    <w:semiHidden/>
    <w:unhideWhenUsed/>
    <w:qFormat/>
    <w:rsid w:val="00041EDA"/>
    <w:pPr>
      <w:keepNext/>
      <w:keepLines/>
      <w:spacing w:before="200" w:after="0"/>
      <w:outlineLvl w:val="3"/>
    </w:pPr>
    <w:rPr>
      <w:rFonts w:ascii="Calibri" w:eastAsia="MS Gothic" w:hAnsi="Calibri" w:cs="Times New Roman"/>
      <w:b/>
      <w:bCs/>
      <w:i/>
      <w:iCs/>
      <w:color w:val="4F81BD"/>
    </w:rPr>
  </w:style>
  <w:style w:type="paragraph" w:styleId="5">
    <w:name w:val="heading 5"/>
    <w:basedOn w:val="a1"/>
    <w:next w:val="a1"/>
    <w:link w:val="50"/>
    <w:uiPriority w:val="9"/>
    <w:semiHidden/>
    <w:unhideWhenUsed/>
    <w:qFormat/>
    <w:rsid w:val="00041EDA"/>
    <w:pPr>
      <w:keepNext/>
      <w:keepLines/>
      <w:spacing w:before="200" w:after="0"/>
      <w:outlineLvl w:val="4"/>
    </w:pPr>
    <w:rPr>
      <w:rFonts w:ascii="Calibri" w:eastAsia="MS Gothic" w:hAnsi="Calibri" w:cs="Times New Roman"/>
      <w:color w:val="243F60"/>
    </w:rPr>
  </w:style>
  <w:style w:type="paragraph" w:styleId="6">
    <w:name w:val="heading 6"/>
    <w:basedOn w:val="a1"/>
    <w:next w:val="a1"/>
    <w:link w:val="60"/>
    <w:uiPriority w:val="9"/>
    <w:semiHidden/>
    <w:unhideWhenUsed/>
    <w:qFormat/>
    <w:rsid w:val="00041EDA"/>
    <w:pPr>
      <w:keepNext/>
      <w:keepLines/>
      <w:spacing w:before="200" w:after="0"/>
      <w:outlineLvl w:val="5"/>
    </w:pPr>
    <w:rPr>
      <w:rFonts w:ascii="Calibri" w:eastAsia="MS Gothic" w:hAnsi="Calibri" w:cs="Times New Roman"/>
      <w:i/>
      <w:iCs/>
      <w:color w:val="243F60"/>
    </w:rPr>
  </w:style>
  <w:style w:type="paragraph" w:styleId="7">
    <w:name w:val="heading 7"/>
    <w:basedOn w:val="a1"/>
    <w:next w:val="a1"/>
    <w:link w:val="70"/>
    <w:uiPriority w:val="9"/>
    <w:semiHidden/>
    <w:unhideWhenUsed/>
    <w:qFormat/>
    <w:rsid w:val="00041EDA"/>
    <w:pPr>
      <w:keepNext/>
      <w:keepLines/>
      <w:spacing w:before="200" w:after="0"/>
      <w:outlineLvl w:val="6"/>
    </w:pPr>
    <w:rPr>
      <w:rFonts w:ascii="Calibri" w:eastAsia="MS Gothic" w:hAnsi="Calibri" w:cs="Times New Roman"/>
      <w:i/>
      <w:iCs/>
      <w:color w:val="404040"/>
    </w:rPr>
  </w:style>
  <w:style w:type="paragraph" w:styleId="8">
    <w:name w:val="heading 8"/>
    <w:basedOn w:val="a1"/>
    <w:next w:val="a1"/>
    <w:link w:val="80"/>
    <w:uiPriority w:val="9"/>
    <w:semiHidden/>
    <w:unhideWhenUsed/>
    <w:qFormat/>
    <w:rsid w:val="00041EDA"/>
    <w:pPr>
      <w:keepNext/>
      <w:keepLines/>
      <w:spacing w:before="200" w:after="0"/>
      <w:outlineLvl w:val="7"/>
    </w:pPr>
    <w:rPr>
      <w:rFonts w:ascii="Calibri" w:eastAsia="MS Gothic" w:hAnsi="Calibri" w:cs="Times New Roman"/>
      <w:color w:val="4F81BD"/>
      <w:sz w:val="20"/>
      <w:szCs w:val="20"/>
    </w:rPr>
  </w:style>
  <w:style w:type="paragraph" w:styleId="9">
    <w:name w:val="heading 9"/>
    <w:basedOn w:val="a1"/>
    <w:next w:val="a1"/>
    <w:link w:val="90"/>
    <w:uiPriority w:val="9"/>
    <w:semiHidden/>
    <w:unhideWhenUsed/>
    <w:qFormat/>
    <w:rsid w:val="00041EDA"/>
    <w:pPr>
      <w:keepNext/>
      <w:keepLines/>
      <w:spacing w:before="200" w:after="0"/>
      <w:outlineLvl w:val="8"/>
    </w:pPr>
    <w:rPr>
      <w:rFonts w:ascii="Calibri" w:eastAsia="MS Gothic" w:hAnsi="Calibri"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0">
    <w:name w:val="Заголовок 11"/>
    <w:basedOn w:val="a1"/>
    <w:next w:val="a1"/>
    <w:link w:val="10"/>
    <w:uiPriority w:val="9"/>
    <w:qFormat/>
    <w:rsid w:val="00041EDA"/>
    <w:pPr>
      <w:keepNext/>
      <w:keepLines/>
      <w:spacing w:before="480" w:after="0"/>
      <w:outlineLvl w:val="0"/>
    </w:pPr>
    <w:rPr>
      <w:rFonts w:ascii="Calibri" w:eastAsia="MS Gothic" w:hAnsi="Calibri" w:cs="Times New Roman"/>
      <w:b/>
      <w:bCs/>
      <w:color w:val="365F91"/>
      <w:sz w:val="28"/>
      <w:szCs w:val="28"/>
    </w:rPr>
  </w:style>
  <w:style w:type="paragraph" w:customStyle="1" w:styleId="210">
    <w:name w:val="Заголовок 21"/>
    <w:basedOn w:val="a1"/>
    <w:next w:val="a1"/>
    <w:uiPriority w:val="9"/>
    <w:unhideWhenUsed/>
    <w:qFormat/>
    <w:rsid w:val="00041EDA"/>
    <w:pPr>
      <w:keepNext/>
      <w:keepLines/>
      <w:spacing w:before="200" w:after="0"/>
      <w:outlineLvl w:val="1"/>
    </w:pPr>
    <w:rPr>
      <w:rFonts w:ascii="Calibri" w:eastAsia="MS Gothic" w:hAnsi="Calibri" w:cs="Times New Roman"/>
      <w:b/>
      <w:bCs/>
      <w:color w:val="4F81BD"/>
      <w:sz w:val="26"/>
      <w:szCs w:val="26"/>
      <w:lang w:val="en-US"/>
    </w:rPr>
  </w:style>
  <w:style w:type="paragraph" w:customStyle="1" w:styleId="310">
    <w:name w:val="Заголовок 31"/>
    <w:basedOn w:val="a1"/>
    <w:next w:val="a1"/>
    <w:uiPriority w:val="9"/>
    <w:unhideWhenUsed/>
    <w:qFormat/>
    <w:rsid w:val="00041EDA"/>
    <w:pPr>
      <w:keepNext/>
      <w:keepLines/>
      <w:spacing w:before="200" w:after="0"/>
      <w:outlineLvl w:val="2"/>
    </w:pPr>
    <w:rPr>
      <w:rFonts w:ascii="Calibri" w:eastAsia="MS Gothic" w:hAnsi="Calibri" w:cs="Times New Roman"/>
      <w:b/>
      <w:bCs/>
      <w:color w:val="4F81BD"/>
      <w:lang w:val="en-US"/>
    </w:rPr>
  </w:style>
  <w:style w:type="paragraph" w:customStyle="1" w:styleId="41">
    <w:name w:val="Заголовок 41"/>
    <w:basedOn w:val="a1"/>
    <w:next w:val="a1"/>
    <w:uiPriority w:val="9"/>
    <w:semiHidden/>
    <w:unhideWhenUsed/>
    <w:qFormat/>
    <w:rsid w:val="00041EDA"/>
    <w:pPr>
      <w:keepNext/>
      <w:keepLines/>
      <w:spacing w:before="200" w:after="0"/>
      <w:outlineLvl w:val="3"/>
    </w:pPr>
    <w:rPr>
      <w:rFonts w:ascii="Calibri" w:eastAsia="MS Gothic" w:hAnsi="Calibri" w:cs="Times New Roman"/>
      <w:b/>
      <w:bCs/>
      <w:i/>
      <w:iCs/>
      <w:color w:val="4F81BD"/>
      <w:lang w:val="en-US"/>
    </w:rPr>
  </w:style>
  <w:style w:type="paragraph" w:customStyle="1" w:styleId="51">
    <w:name w:val="Заголовок 51"/>
    <w:basedOn w:val="a1"/>
    <w:next w:val="a1"/>
    <w:uiPriority w:val="9"/>
    <w:semiHidden/>
    <w:unhideWhenUsed/>
    <w:qFormat/>
    <w:rsid w:val="00041EDA"/>
    <w:pPr>
      <w:keepNext/>
      <w:keepLines/>
      <w:spacing w:before="200" w:after="0"/>
      <w:outlineLvl w:val="4"/>
    </w:pPr>
    <w:rPr>
      <w:rFonts w:ascii="Calibri" w:eastAsia="MS Gothic" w:hAnsi="Calibri" w:cs="Times New Roman"/>
      <w:color w:val="243F60"/>
      <w:lang w:val="en-US"/>
    </w:rPr>
  </w:style>
  <w:style w:type="paragraph" w:customStyle="1" w:styleId="61">
    <w:name w:val="Заголовок 61"/>
    <w:basedOn w:val="a1"/>
    <w:next w:val="a1"/>
    <w:uiPriority w:val="9"/>
    <w:semiHidden/>
    <w:unhideWhenUsed/>
    <w:qFormat/>
    <w:rsid w:val="00041EDA"/>
    <w:pPr>
      <w:keepNext/>
      <w:keepLines/>
      <w:spacing w:before="200" w:after="0"/>
      <w:outlineLvl w:val="5"/>
    </w:pPr>
    <w:rPr>
      <w:rFonts w:ascii="Calibri" w:eastAsia="MS Gothic" w:hAnsi="Calibri" w:cs="Times New Roman"/>
      <w:i/>
      <w:iCs/>
      <w:color w:val="243F60"/>
      <w:lang w:val="en-US"/>
    </w:rPr>
  </w:style>
  <w:style w:type="paragraph" w:customStyle="1" w:styleId="71">
    <w:name w:val="Заголовок 71"/>
    <w:basedOn w:val="a1"/>
    <w:next w:val="a1"/>
    <w:uiPriority w:val="9"/>
    <w:semiHidden/>
    <w:unhideWhenUsed/>
    <w:qFormat/>
    <w:rsid w:val="00041EDA"/>
    <w:pPr>
      <w:keepNext/>
      <w:keepLines/>
      <w:spacing w:before="200" w:after="0"/>
      <w:outlineLvl w:val="6"/>
    </w:pPr>
    <w:rPr>
      <w:rFonts w:ascii="Calibri" w:eastAsia="MS Gothic" w:hAnsi="Calibri" w:cs="Times New Roman"/>
      <w:i/>
      <w:iCs/>
      <w:color w:val="404040"/>
      <w:lang w:val="en-US"/>
    </w:rPr>
  </w:style>
  <w:style w:type="paragraph" w:customStyle="1" w:styleId="81">
    <w:name w:val="Заголовок 81"/>
    <w:basedOn w:val="a1"/>
    <w:next w:val="a1"/>
    <w:uiPriority w:val="9"/>
    <w:semiHidden/>
    <w:unhideWhenUsed/>
    <w:qFormat/>
    <w:rsid w:val="00041EDA"/>
    <w:pPr>
      <w:keepNext/>
      <w:keepLines/>
      <w:spacing w:before="200" w:after="0"/>
      <w:outlineLvl w:val="7"/>
    </w:pPr>
    <w:rPr>
      <w:rFonts w:ascii="Calibri" w:eastAsia="MS Gothic" w:hAnsi="Calibri" w:cs="Times New Roman"/>
      <w:color w:val="4F81BD"/>
      <w:sz w:val="20"/>
      <w:szCs w:val="20"/>
      <w:lang w:val="en-US"/>
    </w:rPr>
  </w:style>
  <w:style w:type="paragraph" w:customStyle="1" w:styleId="91">
    <w:name w:val="Заголовок 91"/>
    <w:basedOn w:val="a1"/>
    <w:next w:val="a1"/>
    <w:uiPriority w:val="9"/>
    <w:semiHidden/>
    <w:unhideWhenUsed/>
    <w:qFormat/>
    <w:rsid w:val="00041EDA"/>
    <w:pPr>
      <w:keepNext/>
      <w:keepLines/>
      <w:spacing w:before="200" w:after="0"/>
      <w:outlineLvl w:val="8"/>
    </w:pPr>
    <w:rPr>
      <w:rFonts w:ascii="Calibri" w:eastAsia="MS Gothic" w:hAnsi="Calibri" w:cs="Times New Roman"/>
      <w:i/>
      <w:iCs/>
      <w:color w:val="404040"/>
      <w:sz w:val="20"/>
      <w:szCs w:val="20"/>
      <w:lang w:val="en-US"/>
    </w:rPr>
  </w:style>
  <w:style w:type="numbering" w:customStyle="1" w:styleId="12">
    <w:name w:val="Нет списка1"/>
    <w:next w:val="a4"/>
    <w:uiPriority w:val="99"/>
    <w:semiHidden/>
    <w:unhideWhenUsed/>
    <w:rsid w:val="00041EDA"/>
  </w:style>
  <w:style w:type="paragraph" w:styleId="a5">
    <w:name w:val="header"/>
    <w:basedOn w:val="a1"/>
    <w:link w:val="a6"/>
    <w:uiPriority w:val="99"/>
    <w:unhideWhenUsed/>
    <w:rsid w:val="00041EDA"/>
    <w:pPr>
      <w:tabs>
        <w:tab w:val="center" w:pos="4680"/>
        <w:tab w:val="right" w:pos="9360"/>
      </w:tabs>
      <w:spacing w:before="240" w:after="0" w:line="240" w:lineRule="auto"/>
    </w:pPr>
    <w:rPr>
      <w:rFonts w:eastAsia="MS Mincho"/>
      <w:lang w:val="en-US"/>
    </w:rPr>
  </w:style>
  <w:style w:type="character" w:customStyle="1" w:styleId="a6">
    <w:name w:val="Верхний колонтитул Знак"/>
    <w:basedOn w:val="a2"/>
    <w:link w:val="a5"/>
    <w:uiPriority w:val="99"/>
    <w:rsid w:val="00041EDA"/>
    <w:rPr>
      <w:rFonts w:eastAsia="MS Mincho"/>
      <w:lang w:val="en-US"/>
    </w:rPr>
  </w:style>
  <w:style w:type="paragraph" w:styleId="a7">
    <w:name w:val="footer"/>
    <w:basedOn w:val="a1"/>
    <w:link w:val="a8"/>
    <w:uiPriority w:val="99"/>
    <w:unhideWhenUsed/>
    <w:rsid w:val="00041EDA"/>
    <w:pPr>
      <w:tabs>
        <w:tab w:val="center" w:pos="4680"/>
        <w:tab w:val="right" w:pos="9360"/>
      </w:tabs>
      <w:spacing w:before="240" w:after="0" w:line="240" w:lineRule="auto"/>
    </w:pPr>
    <w:rPr>
      <w:rFonts w:eastAsia="MS Mincho"/>
      <w:lang w:val="en-US"/>
    </w:rPr>
  </w:style>
  <w:style w:type="character" w:customStyle="1" w:styleId="a8">
    <w:name w:val="Нижний колонтитул Знак"/>
    <w:basedOn w:val="a2"/>
    <w:link w:val="a7"/>
    <w:uiPriority w:val="99"/>
    <w:rsid w:val="00041EDA"/>
    <w:rPr>
      <w:rFonts w:eastAsia="MS Mincho"/>
      <w:lang w:val="en-US"/>
    </w:rPr>
  </w:style>
  <w:style w:type="paragraph" w:styleId="a9">
    <w:name w:val="No Spacing"/>
    <w:uiPriority w:val="1"/>
    <w:qFormat/>
    <w:rsid w:val="00041EDA"/>
    <w:pPr>
      <w:spacing w:after="0" w:line="240" w:lineRule="auto"/>
    </w:pPr>
    <w:rPr>
      <w:rFonts w:eastAsia="MS Mincho"/>
      <w:lang w:val="en-US"/>
    </w:rPr>
  </w:style>
  <w:style w:type="character" w:customStyle="1" w:styleId="10">
    <w:name w:val="Заголовок 1 Знак"/>
    <w:basedOn w:val="a2"/>
    <w:link w:val="110"/>
    <w:uiPriority w:val="9"/>
    <w:rsid w:val="00041EDA"/>
    <w:rPr>
      <w:rFonts w:ascii="Calibri" w:eastAsia="MS Gothic" w:hAnsi="Calibri" w:cs="Times New Roman"/>
      <w:b/>
      <w:bCs/>
      <w:color w:val="365F91"/>
      <w:sz w:val="28"/>
      <w:szCs w:val="28"/>
    </w:rPr>
  </w:style>
  <w:style w:type="character" w:customStyle="1" w:styleId="22">
    <w:name w:val="Заголовок 2 Знак"/>
    <w:basedOn w:val="a2"/>
    <w:link w:val="21"/>
    <w:uiPriority w:val="9"/>
    <w:rsid w:val="00041EDA"/>
    <w:rPr>
      <w:rFonts w:ascii="Calibri" w:eastAsia="MS Gothic" w:hAnsi="Calibri" w:cs="Times New Roman"/>
      <w:b/>
      <w:bCs/>
      <w:color w:val="4F81BD"/>
      <w:sz w:val="26"/>
      <w:szCs w:val="26"/>
    </w:rPr>
  </w:style>
  <w:style w:type="character" w:customStyle="1" w:styleId="32">
    <w:name w:val="Заголовок 3 Знак"/>
    <w:basedOn w:val="a2"/>
    <w:link w:val="31"/>
    <w:uiPriority w:val="9"/>
    <w:rsid w:val="00041EDA"/>
    <w:rPr>
      <w:rFonts w:ascii="Calibri" w:eastAsia="MS Gothic" w:hAnsi="Calibri" w:cs="Times New Roman"/>
      <w:b/>
      <w:bCs/>
      <w:color w:val="4F81BD"/>
    </w:rPr>
  </w:style>
  <w:style w:type="paragraph" w:customStyle="1" w:styleId="13">
    <w:name w:val="Название1"/>
    <w:basedOn w:val="a1"/>
    <w:next w:val="a1"/>
    <w:uiPriority w:val="10"/>
    <w:qFormat/>
    <w:rsid w:val="00041EDA"/>
    <w:pPr>
      <w:pBdr>
        <w:bottom w:val="single" w:sz="8" w:space="4" w:color="4F81BD"/>
      </w:pBdr>
      <w:spacing w:before="240" w:after="300" w:line="240" w:lineRule="auto"/>
      <w:contextualSpacing/>
    </w:pPr>
    <w:rPr>
      <w:rFonts w:ascii="Calibri" w:eastAsia="MS Gothic" w:hAnsi="Calibri" w:cs="Times New Roman"/>
      <w:color w:val="17365D"/>
      <w:spacing w:val="5"/>
      <w:kern w:val="28"/>
      <w:sz w:val="52"/>
      <w:szCs w:val="52"/>
      <w:lang w:val="en-US"/>
    </w:rPr>
  </w:style>
  <w:style w:type="character" w:customStyle="1" w:styleId="aa">
    <w:name w:val="Название Знак"/>
    <w:basedOn w:val="a2"/>
    <w:link w:val="ab"/>
    <w:uiPriority w:val="10"/>
    <w:rsid w:val="00041EDA"/>
    <w:rPr>
      <w:rFonts w:ascii="Calibri" w:eastAsia="MS Gothic" w:hAnsi="Calibri" w:cs="Times New Roman"/>
      <w:color w:val="17365D"/>
      <w:spacing w:val="5"/>
      <w:kern w:val="28"/>
      <w:sz w:val="52"/>
      <w:szCs w:val="52"/>
    </w:rPr>
  </w:style>
  <w:style w:type="paragraph" w:customStyle="1" w:styleId="14">
    <w:name w:val="Подзаголовок1"/>
    <w:basedOn w:val="a1"/>
    <w:next w:val="a1"/>
    <w:uiPriority w:val="11"/>
    <w:qFormat/>
    <w:rsid w:val="00041EDA"/>
    <w:pPr>
      <w:numPr>
        <w:ilvl w:val="1"/>
      </w:numPr>
      <w:spacing w:before="240"/>
    </w:pPr>
    <w:rPr>
      <w:rFonts w:ascii="Calibri" w:eastAsia="MS Gothic" w:hAnsi="Calibri" w:cs="Times New Roman"/>
      <w:i/>
      <w:iCs/>
      <w:color w:val="4F81BD"/>
      <w:spacing w:val="15"/>
      <w:sz w:val="24"/>
      <w:szCs w:val="24"/>
      <w:lang w:val="en-US"/>
    </w:rPr>
  </w:style>
  <w:style w:type="character" w:customStyle="1" w:styleId="ac">
    <w:name w:val="Подзаголовок Знак"/>
    <w:basedOn w:val="a2"/>
    <w:link w:val="ad"/>
    <w:uiPriority w:val="11"/>
    <w:rsid w:val="00041EDA"/>
    <w:rPr>
      <w:rFonts w:ascii="Calibri" w:eastAsia="MS Gothic" w:hAnsi="Calibri" w:cs="Times New Roman"/>
      <w:i/>
      <w:iCs/>
      <w:color w:val="4F81BD"/>
      <w:spacing w:val="15"/>
      <w:sz w:val="24"/>
      <w:szCs w:val="24"/>
    </w:rPr>
  </w:style>
  <w:style w:type="paragraph" w:styleId="ae">
    <w:name w:val="List Paragraph"/>
    <w:basedOn w:val="a1"/>
    <w:uiPriority w:val="34"/>
    <w:qFormat/>
    <w:rsid w:val="00041EDA"/>
    <w:pPr>
      <w:spacing w:before="240"/>
      <w:ind w:left="720"/>
      <w:contextualSpacing/>
    </w:pPr>
    <w:rPr>
      <w:rFonts w:eastAsia="MS Mincho"/>
      <w:lang w:val="en-US"/>
    </w:rPr>
  </w:style>
  <w:style w:type="paragraph" w:styleId="af">
    <w:name w:val="Body Text"/>
    <w:basedOn w:val="a1"/>
    <w:link w:val="af0"/>
    <w:uiPriority w:val="99"/>
    <w:unhideWhenUsed/>
    <w:rsid w:val="00041EDA"/>
    <w:pPr>
      <w:spacing w:before="240" w:after="120"/>
    </w:pPr>
    <w:rPr>
      <w:rFonts w:eastAsia="MS Mincho"/>
      <w:lang w:val="en-US"/>
    </w:rPr>
  </w:style>
  <w:style w:type="character" w:customStyle="1" w:styleId="af0">
    <w:name w:val="Основной текст Знак"/>
    <w:basedOn w:val="a2"/>
    <w:link w:val="af"/>
    <w:uiPriority w:val="99"/>
    <w:rsid w:val="00041EDA"/>
    <w:rPr>
      <w:rFonts w:eastAsia="MS Mincho"/>
      <w:lang w:val="en-US"/>
    </w:rPr>
  </w:style>
  <w:style w:type="paragraph" w:styleId="23">
    <w:name w:val="Body Text 2"/>
    <w:basedOn w:val="a1"/>
    <w:link w:val="24"/>
    <w:uiPriority w:val="99"/>
    <w:unhideWhenUsed/>
    <w:rsid w:val="00041EDA"/>
    <w:pPr>
      <w:spacing w:before="240" w:after="120" w:line="480" w:lineRule="auto"/>
    </w:pPr>
    <w:rPr>
      <w:rFonts w:eastAsia="MS Mincho"/>
      <w:lang w:val="en-US"/>
    </w:rPr>
  </w:style>
  <w:style w:type="character" w:customStyle="1" w:styleId="24">
    <w:name w:val="Основной текст 2 Знак"/>
    <w:basedOn w:val="a2"/>
    <w:link w:val="23"/>
    <w:uiPriority w:val="99"/>
    <w:rsid w:val="00041EDA"/>
    <w:rPr>
      <w:rFonts w:eastAsia="MS Mincho"/>
      <w:lang w:val="en-US"/>
    </w:rPr>
  </w:style>
  <w:style w:type="paragraph" w:styleId="33">
    <w:name w:val="Body Text 3"/>
    <w:basedOn w:val="a1"/>
    <w:link w:val="34"/>
    <w:uiPriority w:val="99"/>
    <w:unhideWhenUsed/>
    <w:rsid w:val="00041EDA"/>
    <w:pPr>
      <w:spacing w:before="240" w:after="120"/>
    </w:pPr>
    <w:rPr>
      <w:rFonts w:eastAsia="MS Mincho"/>
      <w:sz w:val="16"/>
      <w:szCs w:val="16"/>
      <w:lang w:val="en-US"/>
    </w:rPr>
  </w:style>
  <w:style w:type="character" w:customStyle="1" w:styleId="34">
    <w:name w:val="Основной текст 3 Знак"/>
    <w:basedOn w:val="a2"/>
    <w:link w:val="33"/>
    <w:uiPriority w:val="99"/>
    <w:rsid w:val="00041EDA"/>
    <w:rPr>
      <w:rFonts w:eastAsia="MS Mincho"/>
      <w:sz w:val="16"/>
      <w:szCs w:val="16"/>
      <w:lang w:val="en-US"/>
    </w:rPr>
  </w:style>
  <w:style w:type="paragraph" w:styleId="af1">
    <w:name w:val="List"/>
    <w:basedOn w:val="a1"/>
    <w:uiPriority w:val="99"/>
    <w:unhideWhenUsed/>
    <w:rsid w:val="00041EDA"/>
    <w:pPr>
      <w:spacing w:before="240"/>
      <w:ind w:left="360" w:hanging="360"/>
      <w:contextualSpacing/>
    </w:pPr>
    <w:rPr>
      <w:rFonts w:eastAsia="MS Mincho"/>
      <w:lang w:val="en-US"/>
    </w:rPr>
  </w:style>
  <w:style w:type="paragraph" w:styleId="25">
    <w:name w:val="List 2"/>
    <w:basedOn w:val="a1"/>
    <w:uiPriority w:val="99"/>
    <w:unhideWhenUsed/>
    <w:rsid w:val="00041EDA"/>
    <w:pPr>
      <w:spacing w:before="240"/>
      <w:ind w:left="720" w:hanging="360"/>
      <w:contextualSpacing/>
    </w:pPr>
    <w:rPr>
      <w:rFonts w:eastAsia="MS Mincho"/>
      <w:lang w:val="en-US"/>
    </w:rPr>
  </w:style>
  <w:style w:type="paragraph" w:styleId="35">
    <w:name w:val="List 3"/>
    <w:basedOn w:val="a1"/>
    <w:uiPriority w:val="99"/>
    <w:unhideWhenUsed/>
    <w:rsid w:val="00041EDA"/>
    <w:pPr>
      <w:spacing w:before="240"/>
      <w:ind w:left="1080" w:hanging="360"/>
      <w:contextualSpacing/>
    </w:pPr>
    <w:rPr>
      <w:rFonts w:eastAsia="MS Mincho"/>
      <w:lang w:val="en-US"/>
    </w:rPr>
  </w:style>
  <w:style w:type="paragraph" w:styleId="a0">
    <w:name w:val="List Bullet"/>
    <w:basedOn w:val="a1"/>
    <w:uiPriority w:val="99"/>
    <w:unhideWhenUsed/>
    <w:rsid w:val="00041EDA"/>
    <w:pPr>
      <w:numPr>
        <w:numId w:val="1"/>
      </w:numPr>
      <w:spacing w:before="240"/>
      <w:contextualSpacing/>
    </w:pPr>
    <w:rPr>
      <w:rFonts w:eastAsia="MS Mincho"/>
      <w:lang w:val="en-US"/>
    </w:rPr>
  </w:style>
  <w:style w:type="paragraph" w:styleId="20">
    <w:name w:val="List Bullet 2"/>
    <w:basedOn w:val="a1"/>
    <w:uiPriority w:val="99"/>
    <w:unhideWhenUsed/>
    <w:rsid w:val="00041EDA"/>
    <w:pPr>
      <w:numPr>
        <w:numId w:val="2"/>
      </w:numPr>
      <w:spacing w:before="240"/>
      <w:contextualSpacing/>
    </w:pPr>
    <w:rPr>
      <w:rFonts w:eastAsia="MS Mincho"/>
      <w:lang w:val="en-US"/>
    </w:rPr>
  </w:style>
  <w:style w:type="paragraph" w:styleId="30">
    <w:name w:val="List Bullet 3"/>
    <w:basedOn w:val="a1"/>
    <w:uiPriority w:val="99"/>
    <w:unhideWhenUsed/>
    <w:rsid w:val="00041EDA"/>
    <w:pPr>
      <w:numPr>
        <w:numId w:val="3"/>
      </w:numPr>
      <w:spacing w:before="240"/>
      <w:contextualSpacing/>
    </w:pPr>
    <w:rPr>
      <w:rFonts w:eastAsia="MS Mincho"/>
      <w:lang w:val="en-US"/>
    </w:rPr>
  </w:style>
  <w:style w:type="paragraph" w:styleId="a">
    <w:name w:val="List Number"/>
    <w:basedOn w:val="a1"/>
    <w:uiPriority w:val="99"/>
    <w:unhideWhenUsed/>
    <w:rsid w:val="00041EDA"/>
    <w:pPr>
      <w:numPr>
        <w:numId w:val="5"/>
      </w:numPr>
      <w:spacing w:before="240"/>
      <w:contextualSpacing/>
    </w:pPr>
    <w:rPr>
      <w:rFonts w:eastAsia="MS Mincho"/>
      <w:lang w:val="en-US"/>
    </w:rPr>
  </w:style>
  <w:style w:type="paragraph" w:styleId="2">
    <w:name w:val="List Number 2"/>
    <w:basedOn w:val="a1"/>
    <w:uiPriority w:val="99"/>
    <w:unhideWhenUsed/>
    <w:rsid w:val="00041EDA"/>
    <w:pPr>
      <w:numPr>
        <w:numId w:val="6"/>
      </w:numPr>
      <w:spacing w:before="240"/>
      <w:contextualSpacing/>
    </w:pPr>
    <w:rPr>
      <w:rFonts w:eastAsia="MS Mincho"/>
      <w:lang w:val="en-US"/>
    </w:rPr>
  </w:style>
  <w:style w:type="paragraph" w:styleId="3">
    <w:name w:val="List Number 3"/>
    <w:basedOn w:val="a1"/>
    <w:uiPriority w:val="99"/>
    <w:unhideWhenUsed/>
    <w:rsid w:val="00041EDA"/>
    <w:pPr>
      <w:numPr>
        <w:numId w:val="7"/>
      </w:numPr>
      <w:spacing w:before="240"/>
      <w:contextualSpacing/>
    </w:pPr>
    <w:rPr>
      <w:rFonts w:eastAsia="MS Mincho"/>
      <w:lang w:val="en-US"/>
    </w:rPr>
  </w:style>
  <w:style w:type="paragraph" w:styleId="af2">
    <w:name w:val="List Continue"/>
    <w:basedOn w:val="a1"/>
    <w:uiPriority w:val="99"/>
    <w:unhideWhenUsed/>
    <w:rsid w:val="00041EDA"/>
    <w:pPr>
      <w:spacing w:before="240" w:after="120"/>
      <w:ind w:left="360"/>
      <w:contextualSpacing/>
    </w:pPr>
    <w:rPr>
      <w:rFonts w:eastAsia="MS Mincho"/>
      <w:lang w:val="en-US"/>
    </w:rPr>
  </w:style>
  <w:style w:type="paragraph" w:styleId="26">
    <w:name w:val="List Continue 2"/>
    <w:basedOn w:val="a1"/>
    <w:uiPriority w:val="99"/>
    <w:unhideWhenUsed/>
    <w:rsid w:val="00041EDA"/>
    <w:pPr>
      <w:spacing w:before="240" w:after="120"/>
      <w:ind w:left="720"/>
      <w:contextualSpacing/>
    </w:pPr>
    <w:rPr>
      <w:rFonts w:eastAsia="MS Mincho"/>
      <w:lang w:val="en-US"/>
    </w:rPr>
  </w:style>
  <w:style w:type="paragraph" w:styleId="36">
    <w:name w:val="List Continue 3"/>
    <w:basedOn w:val="a1"/>
    <w:uiPriority w:val="99"/>
    <w:unhideWhenUsed/>
    <w:rsid w:val="00041EDA"/>
    <w:pPr>
      <w:spacing w:before="240" w:after="120"/>
      <w:ind w:left="1080"/>
      <w:contextualSpacing/>
    </w:pPr>
    <w:rPr>
      <w:rFonts w:eastAsia="MS Mincho"/>
      <w:lang w:val="en-US"/>
    </w:rPr>
  </w:style>
  <w:style w:type="paragraph" w:styleId="af3">
    <w:name w:val="macro"/>
    <w:link w:val="af4"/>
    <w:uiPriority w:val="99"/>
    <w:unhideWhenUsed/>
    <w:rsid w:val="00041EDA"/>
    <w:pPr>
      <w:tabs>
        <w:tab w:val="left" w:pos="576"/>
        <w:tab w:val="left" w:pos="1152"/>
        <w:tab w:val="left" w:pos="1728"/>
        <w:tab w:val="left" w:pos="2304"/>
        <w:tab w:val="left" w:pos="2880"/>
        <w:tab w:val="left" w:pos="3456"/>
        <w:tab w:val="left" w:pos="4032"/>
      </w:tabs>
    </w:pPr>
    <w:rPr>
      <w:rFonts w:ascii="Courier" w:eastAsia="MS Mincho" w:hAnsi="Courier"/>
      <w:sz w:val="20"/>
      <w:szCs w:val="20"/>
      <w:lang w:val="en-US"/>
    </w:rPr>
  </w:style>
  <w:style w:type="character" w:customStyle="1" w:styleId="af4">
    <w:name w:val="Текст макроса Знак"/>
    <w:basedOn w:val="a2"/>
    <w:link w:val="af3"/>
    <w:uiPriority w:val="99"/>
    <w:rsid w:val="00041EDA"/>
    <w:rPr>
      <w:rFonts w:ascii="Courier" w:eastAsia="MS Mincho" w:hAnsi="Courier"/>
      <w:sz w:val="20"/>
      <w:szCs w:val="20"/>
      <w:lang w:val="en-US"/>
    </w:rPr>
  </w:style>
  <w:style w:type="paragraph" w:customStyle="1" w:styleId="211">
    <w:name w:val="Цитата 21"/>
    <w:basedOn w:val="a1"/>
    <w:next w:val="a1"/>
    <w:uiPriority w:val="29"/>
    <w:qFormat/>
    <w:rsid w:val="00041EDA"/>
    <w:pPr>
      <w:spacing w:before="240"/>
    </w:pPr>
    <w:rPr>
      <w:rFonts w:eastAsia="MS Mincho"/>
      <w:i/>
      <w:iCs/>
      <w:color w:val="000000"/>
      <w:lang w:val="en-US"/>
    </w:rPr>
  </w:style>
  <w:style w:type="character" w:customStyle="1" w:styleId="27">
    <w:name w:val="Цитата 2 Знак"/>
    <w:basedOn w:val="a2"/>
    <w:link w:val="28"/>
    <w:uiPriority w:val="29"/>
    <w:rsid w:val="00041EDA"/>
    <w:rPr>
      <w:i/>
      <w:iCs/>
      <w:color w:val="000000"/>
    </w:rPr>
  </w:style>
  <w:style w:type="character" w:customStyle="1" w:styleId="40">
    <w:name w:val="Заголовок 4 Знак"/>
    <w:basedOn w:val="a2"/>
    <w:link w:val="4"/>
    <w:uiPriority w:val="9"/>
    <w:semiHidden/>
    <w:rsid w:val="00041EDA"/>
    <w:rPr>
      <w:rFonts w:ascii="Calibri" w:eastAsia="MS Gothic" w:hAnsi="Calibri" w:cs="Times New Roman"/>
      <w:b/>
      <w:bCs/>
      <w:i/>
      <w:iCs/>
      <w:color w:val="4F81BD"/>
    </w:rPr>
  </w:style>
  <w:style w:type="character" w:customStyle="1" w:styleId="50">
    <w:name w:val="Заголовок 5 Знак"/>
    <w:basedOn w:val="a2"/>
    <w:link w:val="5"/>
    <w:uiPriority w:val="9"/>
    <w:semiHidden/>
    <w:rsid w:val="00041EDA"/>
    <w:rPr>
      <w:rFonts w:ascii="Calibri" w:eastAsia="MS Gothic" w:hAnsi="Calibri" w:cs="Times New Roman"/>
      <w:color w:val="243F60"/>
    </w:rPr>
  </w:style>
  <w:style w:type="character" w:customStyle="1" w:styleId="60">
    <w:name w:val="Заголовок 6 Знак"/>
    <w:basedOn w:val="a2"/>
    <w:link w:val="6"/>
    <w:uiPriority w:val="9"/>
    <w:semiHidden/>
    <w:rsid w:val="00041EDA"/>
    <w:rPr>
      <w:rFonts w:ascii="Calibri" w:eastAsia="MS Gothic" w:hAnsi="Calibri" w:cs="Times New Roman"/>
      <w:i/>
      <w:iCs/>
      <w:color w:val="243F60"/>
    </w:rPr>
  </w:style>
  <w:style w:type="character" w:customStyle="1" w:styleId="70">
    <w:name w:val="Заголовок 7 Знак"/>
    <w:basedOn w:val="a2"/>
    <w:link w:val="7"/>
    <w:uiPriority w:val="9"/>
    <w:semiHidden/>
    <w:rsid w:val="00041EDA"/>
    <w:rPr>
      <w:rFonts w:ascii="Calibri" w:eastAsia="MS Gothic" w:hAnsi="Calibri" w:cs="Times New Roman"/>
      <w:i/>
      <w:iCs/>
      <w:color w:val="404040"/>
    </w:rPr>
  </w:style>
  <w:style w:type="character" w:customStyle="1" w:styleId="80">
    <w:name w:val="Заголовок 8 Знак"/>
    <w:basedOn w:val="a2"/>
    <w:link w:val="8"/>
    <w:uiPriority w:val="9"/>
    <w:semiHidden/>
    <w:rsid w:val="00041EDA"/>
    <w:rPr>
      <w:rFonts w:ascii="Calibri" w:eastAsia="MS Gothic" w:hAnsi="Calibri" w:cs="Times New Roman"/>
      <w:color w:val="4F81BD"/>
      <w:sz w:val="20"/>
      <w:szCs w:val="20"/>
    </w:rPr>
  </w:style>
  <w:style w:type="character" w:customStyle="1" w:styleId="90">
    <w:name w:val="Заголовок 9 Знак"/>
    <w:basedOn w:val="a2"/>
    <w:link w:val="9"/>
    <w:uiPriority w:val="9"/>
    <w:semiHidden/>
    <w:rsid w:val="00041EDA"/>
    <w:rPr>
      <w:rFonts w:ascii="Calibri" w:eastAsia="MS Gothic" w:hAnsi="Calibri" w:cs="Times New Roman"/>
      <w:i/>
      <w:iCs/>
      <w:color w:val="404040"/>
      <w:sz w:val="20"/>
      <w:szCs w:val="20"/>
    </w:rPr>
  </w:style>
  <w:style w:type="paragraph" w:customStyle="1" w:styleId="15">
    <w:name w:val="Название объекта1"/>
    <w:basedOn w:val="a1"/>
    <w:next w:val="a1"/>
    <w:uiPriority w:val="35"/>
    <w:semiHidden/>
    <w:unhideWhenUsed/>
    <w:qFormat/>
    <w:rsid w:val="00041EDA"/>
    <w:pPr>
      <w:spacing w:before="240" w:line="240" w:lineRule="auto"/>
    </w:pPr>
    <w:rPr>
      <w:rFonts w:eastAsia="MS Mincho"/>
      <w:b/>
      <w:bCs/>
      <w:color w:val="4F81BD"/>
      <w:sz w:val="18"/>
      <w:szCs w:val="18"/>
      <w:lang w:val="en-US"/>
    </w:rPr>
  </w:style>
  <w:style w:type="character" w:styleId="af5">
    <w:name w:val="Strong"/>
    <w:basedOn w:val="a2"/>
    <w:uiPriority w:val="22"/>
    <w:qFormat/>
    <w:rsid w:val="00041EDA"/>
    <w:rPr>
      <w:b/>
      <w:bCs/>
    </w:rPr>
  </w:style>
  <w:style w:type="character" w:styleId="af6">
    <w:name w:val="Emphasis"/>
    <w:basedOn w:val="a2"/>
    <w:uiPriority w:val="20"/>
    <w:qFormat/>
    <w:rsid w:val="00041EDA"/>
    <w:rPr>
      <w:i/>
      <w:iCs/>
    </w:rPr>
  </w:style>
  <w:style w:type="paragraph" w:customStyle="1" w:styleId="16">
    <w:name w:val="Выделенная цитата1"/>
    <w:basedOn w:val="a1"/>
    <w:next w:val="a1"/>
    <w:uiPriority w:val="30"/>
    <w:qFormat/>
    <w:rsid w:val="00041EDA"/>
    <w:pPr>
      <w:pBdr>
        <w:bottom w:val="single" w:sz="4" w:space="4" w:color="4F81BD"/>
      </w:pBdr>
      <w:spacing w:before="200" w:after="280"/>
      <w:ind w:left="936" w:right="936"/>
    </w:pPr>
    <w:rPr>
      <w:rFonts w:eastAsia="MS Mincho"/>
      <w:b/>
      <w:bCs/>
      <w:i/>
      <w:iCs/>
      <w:color w:val="4F81BD"/>
      <w:lang w:val="en-US"/>
    </w:rPr>
  </w:style>
  <w:style w:type="character" w:customStyle="1" w:styleId="af7">
    <w:name w:val="Выделенная цитата Знак"/>
    <w:basedOn w:val="a2"/>
    <w:link w:val="af8"/>
    <w:uiPriority w:val="30"/>
    <w:rsid w:val="00041EDA"/>
    <w:rPr>
      <w:b/>
      <w:bCs/>
      <w:i/>
      <w:iCs/>
      <w:color w:val="4F81BD"/>
    </w:rPr>
  </w:style>
  <w:style w:type="character" w:customStyle="1" w:styleId="17">
    <w:name w:val="Слабое выделение1"/>
    <w:basedOn w:val="a2"/>
    <w:uiPriority w:val="19"/>
    <w:qFormat/>
    <w:rsid w:val="00041EDA"/>
    <w:rPr>
      <w:i/>
      <w:iCs/>
      <w:color w:val="808080"/>
    </w:rPr>
  </w:style>
  <w:style w:type="character" w:customStyle="1" w:styleId="18">
    <w:name w:val="Сильное выделение1"/>
    <w:basedOn w:val="a2"/>
    <w:uiPriority w:val="21"/>
    <w:qFormat/>
    <w:rsid w:val="00041EDA"/>
    <w:rPr>
      <w:b/>
      <w:bCs/>
      <w:i/>
      <w:iCs/>
      <w:color w:val="4F81BD"/>
    </w:rPr>
  </w:style>
  <w:style w:type="character" w:customStyle="1" w:styleId="19">
    <w:name w:val="Слабая ссылка1"/>
    <w:basedOn w:val="a2"/>
    <w:uiPriority w:val="31"/>
    <w:qFormat/>
    <w:rsid w:val="00041EDA"/>
    <w:rPr>
      <w:smallCaps/>
      <w:color w:val="C0504D"/>
      <w:u w:val="single"/>
    </w:rPr>
  </w:style>
  <w:style w:type="character" w:customStyle="1" w:styleId="1a">
    <w:name w:val="Сильная ссылка1"/>
    <w:basedOn w:val="a2"/>
    <w:uiPriority w:val="32"/>
    <w:qFormat/>
    <w:rsid w:val="00041EDA"/>
    <w:rPr>
      <w:b/>
      <w:bCs/>
      <w:smallCaps/>
      <w:color w:val="C0504D"/>
      <w:spacing w:val="5"/>
      <w:u w:val="single"/>
    </w:rPr>
  </w:style>
  <w:style w:type="character" w:styleId="af9">
    <w:name w:val="Book Title"/>
    <w:basedOn w:val="a2"/>
    <w:uiPriority w:val="33"/>
    <w:qFormat/>
    <w:rsid w:val="00041EDA"/>
    <w:rPr>
      <w:b/>
      <w:bCs/>
      <w:smallCaps/>
      <w:spacing w:val="5"/>
    </w:rPr>
  </w:style>
  <w:style w:type="character" w:customStyle="1" w:styleId="11">
    <w:name w:val="Заголовок 1 Знак1"/>
    <w:basedOn w:val="a2"/>
    <w:link w:val="1"/>
    <w:uiPriority w:val="9"/>
    <w:rsid w:val="00041EDA"/>
    <w:rPr>
      <w:rFonts w:asciiTheme="majorHAnsi" w:eastAsiaTheme="majorEastAsia" w:hAnsiTheme="majorHAnsi" w:cstheme="majorBidi"/>
      <w:b/>
      <w:bCs/>
      <w:color w:val="365F91" w:themeColor="accent1" w:themeShade="BF"/>
      <w:sz w:val="28"/>
      <w:szCs w:val="28"/>
    </w:rPr>
  </w:style>
  <w:style w:type="paragraph" w:styleId="afa">
    <w:name w:val="TOC Heading"/>
    <w:basedOn w:val="1"/>
    <w:next w:val="a1"/>
    <w:uiPriority w:val="39"/>
    <w:semiHidden/>
    <w:unhideWhenUsed/>
    <w:qFormat/>
    <w:rsid w:val="00041EDA"/>
    <w:pPr>
      <w:outlineLvl w:val="9"/>
    </w:pPr>
    <w:rPr>
      <w:lang w:val="en-US"/>
    </w:rPr>
  </w:style>
  <w:style w:type="table" w:styleId="afb">
    <w:name w:val="Table Grid"/>
    <w:basedOn w:val="a3"/>
    <w:uiPriority w:val="59"/>
    <w:rsid w:val="00041EDA"/>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ветлая заливка1"/>
    <w:basedOn w:val="a3"/>
    <w:next w:val="afc"/>
    <w:uiPriority w:val="60"/>
    <w:rsid w:val="00041EDA"/>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next w:val="-1"/>
    <w:uiPriority w:val="60"/>
    <w:rsid w:val="00041EDA"/>
    <w:pPr>
      <w:spacing w:after="0" w:line="240" w:lineRule="auto"/>
    </w:pPr>
    <w:rPr>
      <w:rFonts w:eastAsia="MS Mincho"/>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3"/>
    <w:next w:val="-2"/>
    <w:uiPriority w:val="60"/>
    <w:rsid w:val="00041EDA"/>
    <w:pPr>
      <w:spacing w:after="0" w:line="240" w:lineRule="auto"/>
    </w:pPr>
    <w:rPr>
      <w:rFonts w:eastAsia="MS Mincho"/>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3"/>
    <w:next w:val="-3"/>
    <w:uiPriority w:val="60"/>
    <w:rsid w:val="00041EDA"/>
    <w:pPr>
      <w:spacing w:after="0" w:line="240" w:lineRule="auto"/>
    </w:pPr>
    <w:rPr>
      <w:rFonts w:eastAsia="MS Mincho"/>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3"/>
    <w:next w:val="-4"/>
    <w:uiPriority w:val="60"/>
    <w:rsid w:val="00041EDA"/>
    <w:pPr>
      <w:spacing w:after="0" w:line="240" w:lineRule="auto"/>
    </w:pPr>
    <w:rPr>
      <w:rFonts w:eastAsia="MS Mincho"/>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3"/>
    <w:next w:val="-5"/>
    <w:uiPriority w:val="60"/>
    <w:rsid w:val="00041EDA"/>
    <w:pPr>
      <w:spacing w:after="0" w:line="240" w:lineRule="auto"/>
    </w:pPr>
    <w:rPr>
      <w:rFonts w:eastAsia="MS Mincho"/>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3"/>
    <w:next w:val="-6"/>
    <w:uiPriority w:val="60"/>
    <w:rsid w:val="00041EDA"/>
    <w:pPr>
      <w:spacing w:after="0" w:line="240" w:lineRule="auto"/>
    </w:pPr>
    <w:rPr>
      <w:rFonts w:eastAsia="MS Mincho"/>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c">
    <w:name w:val="Светлый список1"/>
    <w:basedOn w:val="a3"/>
    <w:next w:val="afd"/>
    <w:uiPriority w:val="61"/>
    <w:rsid w:val="00041EDA"/>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next w:val="-10"/>
    <w:uiPriority w:val="61"/>
    <w:rsid w:val="00041EDA"/>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3"/>
    <w:next w:val="-20"/>
    <w:uiPriority w:val="61"/>
    <w:rsid w:val="00041EDA"/>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3"/>
    <w:next w:val="-30"/>
    <w:uiPriority w:val="61"/>
    <w:rsid w:val="00041EDA"/>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3"/>
    <w:next w:val="-40"/>
    <w:uiPriority w:val="61"/>
    <w:rsid w:val="00041EDA"/>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3"/>
    <w:next w:val="-50"/>
    <w:uiPriority w:val="61"/>
    <w:rsid w:val="00041EDA"/>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3"/>
    <w:next w:val="-60"/>
    <w:uiPriority w:val="61"/>
    <w:rsid w:val="00041EDA"/>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d">
    <w:name w:val="Светлая сетка1"/>
    <w:basedOn w:val="a3"/>
    <w:next w:val="afe"/>
    <w:uiPriority w:val="62"/>
    <w:rsid w:val="00041EDA"/>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next w:val="-12"/>
    <w:uiPriority w:val="62"/>
    <w:rsid w:val="00041EDA"/>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3"/>
    <w:next w:val="-22"/>
    <w:uiPriority w:val="62"/>
    <w:rsid w:val="00041EDA"/>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3"/>
    <w:next w:val="-32"/>
    <w:uiPriority w:val="62"/>
    <w:rsid w:val="00041EDA"/>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3"/>
    <w:next w:val="-42"/>
    <w:uiPriority w:val="62"/>
    <w:rsid w:val="00041EDA"/>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3"/>
    <w:next w:val="-52"/>
    <w:uiPriority w:val="62"/>
    <w:rsid w:val="00041EDA"/>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3"/>
    <w:next w:val="-62"/>
    <w:uiPriority w:val="62"/>
    <w:rsid w:val="00041EDA"/>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1">
    <w:name w:val="Средняя заливка 11"/>
    <w:basedOn w:val="a3"/>
    <w:next w:val="1e"/>
    <w:uiPriority w:val="63"/>
    <w:rsid w:val="00041EDA"/>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3"/>
    <w:next w:val="1-1"/>
    <w:uiPriority w:val="63"/>
    <w:rsid w:val="00041EDA"/>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3"/>
    <w:next w:val="1-2"/>
    <w:uiPriority w:val="63"/>
    <w:rsid w:val="00041EDA"/>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3"/>
    <w:next w:val="1-3"/>
    <w:uiPriority w:val="63"/>
    <w:rsid w:val="00041EDA"/>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3"/>
    <w:next w:val="1-4"/>
    <w:uiPriority w:val="63"/>
    <w:rsid w:val="00041EDA"/>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3"/>
    <w:next w:val="1-5"/>
    <w:uiPriority w:val="63"/>
    <w:rsid w:val="00041EDA"/>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3"/>
    <w:next w:val="1-6"/>
    <w:uiPriority w:val="63"/>
    <w:rsid w:val="00041EDA"/>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2">
    <w:name w:val="Средняя заливка 21"/>
    <w:basedOn w:val="a3"/>
    <w:next w:val="29"/>
    <w:uiPriority w:val="64"/>
    <w:rsid w:val="00041ED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next w:val="2-1"/>
    <w:uiPriority w:val="64"/>
    <w:rsid w:val="00041ED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3"/>
    <w:next w:val="2-2"/>
    <w:uiPriority w:val="64"/>
    <w:rsid w:val="00041ED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3"/>
    <w:next w:val="2-3"/>
    <w:uiPriority w:val="64"/>
    <w:rsid w:val="00041ED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3"/>
    <w:next w:val="2-4"/>
    <w:uiPriority w:val="64"/>
    <w:rsid w:val="00041ED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3"/>
    <w:next w:val="2-5"/>
    <w:uiPriority w:val="64"/>
    <w:rsid w:val="00041ED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3"/>
    <w:next w:val="2-6"/>
    <w:uiPriority w:val="64"/>
    <w:rsid w:val="00041ED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Средний список 11"/>
    <w:basedOn w:val="a3"/>
    <w:next w:val="1f"/>
    <w:uiPriority w:val="65"/>
    <w:rsid w:val="00041EDA"/>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3"/>
    <w:next w:val="1-10"/>
    <w:uiPriority w:val="65"/>
    <w:rsid w:val="00041EDA"/>
    <w:pPr>
      <w:spacing w:after="0" w:line="240" w:lineRule="auto"/>
    </w:pPr>
    <w:rPr>
      <w:rFonts w:eastAsia="MS Mincho"/>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3"/>
    <w:next w:val="1-20"/>
    <w:uiPriority w:val="65"/>
    <w:rsid w:val="00041EDA"/>
    <w:pPr>
      <w:spacing w:after="0" w:line="240" w:lineRule="auto"/>
    </w:pPr>
    <w:rPr>
      <w:rFonts w:eastAsia="MS Mincho"/>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3"/>
    <w:next w:val="1-30"/>
    <w:uiPriority w:val="65"/>
    <w:rsid w:val="00041EDA"/>
    <w:pPr>
      <w:spacing w:after="0" w:line="240" w:lineRule="auto"/>
    </w:pPr>
    <w:rPr>
      <w:rFonts w:eastAsia="MS Mincho"/>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3"/>
    <w:next w:val="1-40"/>
    <w:uiPriority w:val="65"/>
    <w:rsid w:val="00041EDA"/>
    <w:pPr>
      <w:spacing w:after="0" w:line="240" w:lineRule="auto"/>
    </w:pPr>
    <w:rPr>
      <w:rFonts w:eastAsia="MS Mincho"/>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3"/>
    <w:next w:val="1-50"/>
    <w:uiPriority w:val="65"/>
    <w:rsid w:val="00041EDA"/>
    <w:pPr>
      <w:spacing w:after="0" w:line="240" w:lineRule="auto"/>
    </w:pPr>
    <w:rPr>
      <w:rFonts w:eastAsia="MS Mincho"/>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3"/>
    <w:next w:val="1-60"/>
    <w:uiPriority w:val="65"/>
    <w:rsid w:val="00041EDA"/>
    <w:pPr>
      <w:spacing w:after="0" w:line="240" w:lineRule="auto"/>
    </w:pPr>
    <w:rPr>
      <w:rFonts w:eastAsia="MS Mincho"/>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3">
    <w:name w:val="Средний список 21"/>
    <w:basedOn w:val="a3"/>
    <w:next w:val="2a"/>
    <w:uiPriority w:val="66"/>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3"/>
    <w:next w:val="2-10"/>
    <w:uiPriority w:val="66"/>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3"/>
    <w:next w:val="2-20"/>
    <w:uiPriority w:val="66"/>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3"/>
    <w:next w:val="2-30"/>
    <w:uiPriority w:val="66"/>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3"/>
    <w:next w:val="2-40"/>
    <w:uiPriority w:val="66"/>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3"/>
    <w:next w:val="2-50"/>
    <w:uiPriority w:val="66"/>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3"/>
    <w:next w:val="2-60"/>
    <w:uiPriority w:val="66"/>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3">
    <w:name w:val="Средняя сетка 11"/>
    <w:basedOn w:val="a3"/>
    <w:next w:val="1f0"/>
    <w:uiPriority w:val="67"/>
    <w:rsid w:val="00041EDA"/>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3"/>
    <w:next w:val="1-12"/>
    <w:uiPriority w:val="67"/>
    <w:rsid w:val="00041EDA"/>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3"/>
    <w:next w:val="1-22"/>
    <w:uiPriority w:val="67"/>
    <w:rsid w:val="00041EDA"/>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3"/>
    <w:next w:val="1-32"/>
    <w:uiPriority w:val="67"/>
    <w:rsid w:val="00041EDA"/>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3"/>
    <w:next w:val="1-42"/>
    <w:uiPriority w:val="67"/>
    <w:rsid w:val="00041EDA"/>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3"/>
    <w:next w:val="1-52"/>
    <w:uiPriority w:val="67"/>
    <w:rsid w:val="00041EDA"/>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3"/>
    <w:next w:val="1-62"/>
    <w:uiPriority w:val="67"/>
    <w:rsid w:val="00041EDA"/>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4">
    <w:name w:val="Средняя сетка 21"/>
    <w:basedOn w:val="a3"/>
    <w:next w:val="2b"/>
    <w:uiPriority w:val="68"/>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3"/>
    <w:next w:val="2-12"/>
    <w:uiPriority w:val="68"/>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3"/>
    <w:next w:val="2-22"/>
    <w:uiPriority w:val="68"/>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3"/>
    <w:next w:val="2-32"/>
    <w:uiPriority w:val="68"/>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3"/>
    <w:next w:val="2-42"/>
    <w:uiPriority w:val="68"/>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3"/>
    <w:next w:val="2-52"/>
    <w:uiPriority w:val="68"/>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3"/>
    <w:next w:val="2-62"/>
    <w:uiPriority w:val="68"/>
    <w:rsid w:val="00041EDA"/>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
    <w:name w:val="Средняя сетка 31"/>
    <w:basedOn w:val="a3"/>
    <w:next w:val="37"/>
    <w:uiPriority w:val="69"/>
    <w:rsid w:val="00041ED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3"/>
    <w:next w:val="3-1"/>
    <w:uiPriority w:val="69"/>
    <w:rsid w:val="00041ED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3"/>
    <w:next w:val="3-2"/>
    <w:uiPriority w:val="69"/>
    <w:rsid w:val="00041ED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3"/>
    <w:next w:val="3-3"/>
    <w:uiPriority w:val="69"/>
    <w:rsid w:val="00041ED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3"/>
    <w:next w:val="3-4"/>
    <w:uiPriority w:val="69"/>
    <w:rsid w:val="00041ED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3"/>
    <w:next w:val="3-5"/>
    <w:uiPriority w:val="69"/>
    <w:rsid w:val="00041ED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3"/>
    <w:next w:val="3-6"/>
    <w:uiPriority w:val="69"/>
    <w:rsid w:val="00041ED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1">
    <w:name w:val="Темный список1"/>
    <w:basedOn w:val="a3"/>
    <w:next w:val="aff"/>
    <w:uiPriority w:val="70"/>
    <w:rsid w:val="00041EDA"/>
    <w:pPr>
      <w:spacing w:after="0" w:line="240" w:lineRule="auto"/>
    </w:pPr>
    <w:rPr>
      <w:rFonts w:eastAsia="MS Mincho"/>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3"/>
    <w:next w:val="-13"/>
    <w:uiPriority w:val="70"/>
    <w:rsid w:val="00041EDA"/>
    <w:pPr>
      <w:spacing w:after="0" w:line="240" w:lineRule="auto"/>
    </w:pPr>
    <w:rPr>
      <w:rFonts w:eastAsia="MS Mincho"/>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3"/>
    <w:next w:val="-23"/>
    <w:uiPriority w:val="70"/>
    <w:rsid w:val="00041EDA"/>
    <w:pPr>
      <w:spacing w:after="0" w:line="240" w:lineRule="auto"/>
    </w:pPr>
    <w:rPr>
      <w:rFonts w:eastAsia="MS Mincho"/>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3"/>
    <w:next w:val="-33"/>
    <w:uiPriority w:val="70"/>
    <w:rsid w:val="00041EDA"/>
    <w:pPr>
      <w:spacing w:after="0" w:line="240" w:lineRule="auto"/>
    </w:pPr>
    <w:rPr>
      <w:rFonts w:eastAsia="MS Mincho"/>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3"/>
    <w:next w:val="-43"/>
    <w:uiPriority w:val="70"/>
    <w:rsid w:val="00041EDA"/>
    <w:pPr>
      <w:spacing w:after="0" w:line="240" w:lineRule="auto"/>
    </w:pPr>
    <w:rPr>
      <w:rFonts w:eastAsia="MS Mincho"/>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3"/>
    <w:next w:val="-53"/>
    <w:uiPriority w:val="70"/>
    <w:rsid w:val="00041EDA"/>
    <w:pPr>
      <w:spacing w:after="0" w:line="240" w:lineRule="auto"/>
    </w:pPr>
    <w:rPr>
      <w:rFonts w:eastAsia="MS Mincho"/>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3"/>
    <w:next w:val="-63"/>
    <w:uiPriority w:val="70"/>
    <w:rsid w:val="00041EDA"/>
    <w:pPr>
      <w:spacing w:after="0" w:line="240" w:lineRule="auto"/>
    </w:pPr>
    <w:rPr>
      <w:rFonts w:eastAsia="MS Mincho"/>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2">
    <w:name w:val="Цветная заливка1"/>
    <w:basedOn w:val="a3"/>
    <w:next w:val="aff0"/>
    <w:uiPriority w:val="71"/>
    <w:rsid w:val="00041EDA"/>
    <w:pPr>
      <w:spacing w:after="0" w:line="240" w:lineRule="auto"/>
    </w:pPr>
    <w:rPr>
      <w:rFonts w:eastAsia="MS Mincho"/>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3"/>
    <w:next w:val="-14"/>
    <w:uiPriority w:val="71"/>
    <w:rsid w:val="00041EDA"/>
    <w:pPr>
      <w:spacing w:after="0" w:line="240" w:lineRule="auto"/>
    </w:pPr>
    <w:rPr>
      <w:rFonts w:eastAsia="MS Mincho"/>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3"/>
    <w:next w:val="-24"/>
    <w:uiPriority w:val="71"/>
    <w:rsid w:val="00041EDA"/>
    <w:pPr>
      <w:spacing w:after="0" w:line="240" w:lineRule="auto"/>
    </w:pPr>
    <w:rPr>
      <w:rFonts w:eastAsia="MS Mincho"/>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3"/>
    <w:next w:val="-34"/>
    <w:uiPriority w:val="71"/>
    <w:rsid w:val="00041EDA"/>
    <w:pPr>
      <w:spacing w:after="0" w:line="240" w:lineRule="auto"/>
    </w:pPr>
    <w:rPr>
      <w:rFonts w:eastAsia="MS Mincho"/>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3"/>
    <w:next w:val="-44"/>
    <w:uiPriority w:val="71"/>
    <w:rsid w:val="00041EDA"/>
    <w:pPr>
      <w:spacing w:after="0" w:line="240" w:lineRule="auto"/>
    </w:pPr>
    <w:rPr>
      <w:rFonts w:eastAsia="MS Mincho"/>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3"/>
    <w:next w:val="-54"/>
    <w:uiPriority w:val="71"/>
    <w:rsid w:val="00041EDA"/>
    <w:pPr>
      <w:spacing w:after="0" w:line="240" w:lineRule="auto"/>
    </w:pPr>
    <w:rPr>
      <w:rFonts w:eastAsia="MS Mincho"/>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3"/>
    <w:next w:val="-64"/>
    <w:uiPriority w:val="71"/>
    <w:rsid w:val="00041EDA"/>
    <w:pPr>
      <w:spacing w:after="0" w:line="240" w:lineRule="auto"/>
    </w:pPr>
    <w:rPr>
      <w:rFonts w:eastAsia="MS Mincho"/>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3">
    <w:name w:val="Цветной список1"/>
    <w:basedOn w:val="a3"/>
    <w:next w:val="aff1"/>
    <w:uiPriority w:val="72"/>
    <w:rsid w:val="00041EDA"/>
    <w:pPr>
      <w:spacing w:after="0" w:line="240" w:lineRule="auto"/>
    </w:pPr>
    <w:rPr>
      <w:rFonts w:eastAsia="MS Mincho"/>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3"/>
    <w:next w:val="-15"/>
    <w:uiPriority w:val="72"/>
    <w:rsid w:val="00041EDA"/>
    <w:pPr>
      <w:spacing w:after="0" w:line="240" w:lineRule="auto"/>
    </w:pPr>
    <w:rPr>
      <w:rFonts w:eastAsia="MS Mincho"/>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3"/>
    <w:next w:val="-25"/>
    <w:uiPriority w:val="72"/>
    <w:rsid w:val="00041EDA"/>
    <w:pPr>
      <w:spacing w:after="0" w:line="240" w:lineRule="auto"/>
    </w:pPr>
    <w:rPr>
      <w:rFonts w:eastAsia="MS Mincho"/>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3"/>
    <w:next w:val="-35"/>
    <w:uiPriority w:val="72"/>
    <w:rsid w:val="00041EDA"/>
    <w:pPr>
      <w:spacing w:after="0" w:line="240" w:lineRule="auto"/>
    </w:pPr>
    <w:rPr>
      <w:rFonts w:eastAsia="MS Mincho"/>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3"/>
    <w:next w:val="-45"/>
    <w:uiPriority w:val="72"/>
    <w:rsid w:val="00041EDA"/>
    <w:pPr>
      <w:spacing w:after="0" w:line="240" w:lineRule="auto"/>
    </w:pPr>
    <w:rPr>
      <w:rFonts w:eastAsia="MS Mincho"/>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3"/>
    <w:next w:val="-55"/>
    <w:uiPriority w:val="72"/>
    <w:rsid w:val="00041EDA"/>
    <w:pPr>
      <w:spacing w:after="0" w:line="240" w:lineRule="auto"/>
    </w:pPr>
    <w:rPr>
      <w:rFonts w:eastAsia="MS Mincho"/>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3"/>
    <w:next w:val="-65"/>
    <w:uiPriority w:val="72"/>
    <w:rsid w:val="00041EDA"/>
    <w:pPr>
      <w:spacing w:after="0" w:line="240" w:lineRule="auto"/>
    </w:pPr>
    <w:rPr>
      <w:rFonts w:eastAsia="MS Mincho"/>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4">
    <w:name w:val="Цветная сетка1"/>
    <w:basedOn w:val="a3"/>
    <w:next w:val="aff2"/>
    <w:uiPriority w:val="73"/>
    <w:rsid w:val="00041ED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3"/>
    <w:next w:val="-16"/>
    <w:uiPriority w:val="73"/>
    <w:rsid w:val="00041ED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3"/>
    <w:next w:val="-26"/>
    <w:uiPriority w:val="73"/>
    <w:rsid w:val="00041ED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3"/>
    <w:next w:val="-36"/>
    <w:uiPriority w:val="73"/>
    <w:rsid w:val="00041ED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3"/>
    <w:next w:val="-46"/>
    <w:uiPriority w:val="73"/>
    <w:rsid w:val="00041ED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3"/>
    <w:next w:val="-56"/>
    <w:uiPriority w:val="73"/>
    <w:rsid w:val="00041ED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3"/>
    <w:next w:val="-66"/>
    <w:uiPriority w:val="73"/>
    <w:rsid w:val="00041ED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15">
    <w:name w:val="Заголовок 2 Знак1"/>
    <w:basedOn w:val="a2"/>
    <w:link w:val="21"/>
    <w:uiPriority w:val="9"/>
    <w:semiHidden/>
    <w:rsid w:val="00041EDA"/>
    <w:rPr>
      <w:rFonts w:asciiTheme="majorHAnsi" w:eastAsiaTheme="majorEastAsia" w:hAnsiTheme="majorHAnsi" w:cstheme="majorBidi"/>
      <w:b/>
      <w:bCs/>
      <w:color w:val="4F81BD" w:themeColor="accent1"/>
      <w:sz w:val="26"/>
      <w:szCs w:val="26"/>
    </w:rPr>
  </w:style>
  <w:style w:type="character" w:customStyle="1" w:styleId="312">
    <w:name w:val="Заголовок 3 Знак1"/>
    <w:basedOn w:val="a2"/>
    <w:link w:val="31"/>
    <w:uiPriority w:val="9"/>
    <w:semiHidden/>
    <w:rsid w:val="00041EDA"/>
    <w:rPr>
      <w:rFonts w:asciiTheme="majorHAnsi" w:eastAsiaTheme="majorEastAsia" w:hAnsiTheme="majorHAnsi" w:cstheme="majorBidi"/>
      <w:b/>
      <w:bCs/>
      <w:color w:val="4F81BD" w:themeColor="accent1"/>
    </w:rPr>
  </w:style>
  <w:style w:type="paragraph" w:styleId="ab">
    <w:name w:val="Title"/>
    <w:basedOn w:val="a1"/>
    <w:next w:val="a1"/>
    <w:link w:val="aa"/>
    <w:uiPriority w:val="10"/>
    <w:qFormat/>
    <w:rsid w:val="00041EDA"/>
    <w:pPr>
      <w:pBdr>
        <w:bottom w:val="single" w:sz="8" w:space="4" w:color="4F81BD" w:themeColor="accent1"/>
      </w:pBdr>
      <w:spacing w:after="300" w:line="240" w:lineRule="auto"/>
      <w:contextualSpacing/>
    </w:pPr>
    <w:rPr>
      <w:rFonts w:ascii="Calibri" w:eastAsia="MS Gothic" w:hAnsi="Calibri" w:cs="Times New Roman"/>
      <w:color w:val="17365D"/>
      <w:spacing w:val="5"/>
      <w:kern w:val="28"/>
      <w:sz w:val="52"/>
      <w:szCs w:val="52"/>
    </w:rPr>
  </w:style>
  <w:style w:type="character" w:customStyle="1" w:styleId="1f5">
    <w:name w:val="Название Знак1"/>
    <w:basedOn w:val="a2"/>
    <w:link w:val="ab"/>
    <w:uiPriority w:val="10"/>
    <w:rsid w:val="00041EDA"/>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1"/>
    <w:next w:val="a1"/>
    <w:link w:val="ac"/>
    <w:uiPriority w:val="11"/>
    <w:qFormat/>
    <w:rsid w:val="00041EDA"/>
    <w:pPr>
      <w:numPr>
        <w:ilvl w:val="1"/>
      </w:numPr>
    </w:pPr>
    <w:rPr>
      <w:rFonts w:ascii="Calibri" w:eastAsia="MS Gothic" w:hAnsi="Calibri" w:cs="Times New Roman"/>
      <w:i/>
      <w:iCs/>
      <w:color w:val="4F81BD"/>
      <w:spacing w:val="15"/>
      <w:sz w:val="24"/>
      <w:szCs w:val="24"/>
    </w:rPr>
  </w:style>
  <w:style w:type="character" w:customStyle="1" w:styleId="1f6">
    <w:name w:val="Подзаголовок Знак1"/>
    <w:basedOn w:val="a2"/>
    <w:link w:val="ad"/>
    <w:uiPriority w:val="11"/>
    <w:rsid w:val="00041EDA"/>
    <w:rPr>
      <w:rFonts w:asciiTheme="majorHAnsi" w:eastAsiaTheme="majorEastAsia" w:hAnsiTheme="majorHAnsi" w:cstheme="majorBidi"/>
      <w:i/>
      <w:iCs/>
      <w:color w:val="4F81BD" w:themeColor="accent1"/>
      <w:spacing w:val="15"/>
      <w:sz w:val="24"/>
      <w:szCs w:val="24"/>
    </w:rPr>
  </w:style>
  <w:style w:type="paragraph" w:styleId="28">
    <w:name w:val="Quote"/>
    <w:basedOn w:val="a1"/>
    <w:next w:val="a1"/>
    <w:link w:val="27"/>
    <w:uiPriority w:val="29"/>
    <w:qFormat/>
    <w:rsid w:val="00041EDA"/>
    <w:rPr>
      <w:i/>
      <w:iCs/>
      <w:color w:val="000000"/>
    </w:rPr>
  </w:style>
  <w:style w:type="character" w:customStyle="1" w:styleId="216">
    <w:name w:val="Цитата 2 Знак1"/>
    <w:basedOn w:val="a2"/>
    <w:link w:val="28"/>
    <w:uiPriority w:val="29"/>
    <w:rsid w:val="00041EDA"/>
    <w:rPr>
      <w:i/>
      <w:iCs/>
      <w:color w:val="000000" w:themeColor="text1"/>
    </w:rPr>
  </w:style>
  <w:style w:type="character" w:customStyle="1" w:styleId="410">
    <w:name w:val="Заголовок 4 Знак1"/>
    <w:basedOn w:val="a2"/>
    <w:link w:val="4"/>
    <w:uiPriority w:val="9"/>
    <w:semiHidden/>
    <w:rsid w:val="00041EDA"/>
    <w:rPr>
      <w:rFonts w:asciiTheme="majorHAnsi" w:eastAsiaTheme="majorEastAsia" w:hAnsiTheme="majorHAnsi" w:cstheme="majorBidi"/>
      <w:b/>
      <w:bCs/>
      <w:i/>
      <w:iCs/>
      <w:color w:val="4F81BD" w:themeColor="accent1"/>
    </w:rPr>
  </w:style>
  <w:style w:type="character" w:customStyle="1" w:styleId="510">
    <w:name w:val="Заголовок 5 Знак1"/>
    <w:basedOn w:val="a2"/>
    <w:link w:val="5"/>
    <w:uiPriority w:val="9"/>
    <w:semiHidden/>
    <w:rsid w:val="00041EDA"/>
    <w:rPr>
      <w:rFonts w:asciiTheme="majorHAnsi" w:eastAsiaTheme="majorEastAsia" w:hAnsiTheme="majorHAnsi" w:cstheme="majorBidi"/>
      <w:color w:val="243F60" w:themeColor="accent1" w:themeShade="7F"/>
    </w:rPr>
  </w:style>
  <w:style w:type="character" w:customStyle="1" w:styleId="610">
    <w:name w:val="Заголовок 6 Знак1"/>
    <w:basedOn w:val="a2"/>
    <w:link w:val="6"/>
    <w:uiPriority w:val="9"/>
    <w:semiHidden/>
    <w:rsid w:val="00041EDA"/>
    <w:rPr>
      <w:rFonts w:asciiTheme="majorHAnsi" w:eastAsiaTheme="majorEastAsia" w:hAnsiTheme="majorHAnsi" w:cstheme="majorBidi"/>
      <w:i/>
      <w:iCs/>
      <w:color w:val="243F60" w:themeColor="accent1" w:themeShade="7F"/>
    </w:rPr>
  </w:style>
  <w:style w:type="character" w:customStyle="1" w:styleId="710">
    <w:name w:val="Заголовок 7 Знак1"/>
    <w:basedOn w:val="a2"/>
    <w:link w:val="7"/>
    <w:uiPriority w:val="9"/>
    <w:semiHidden/>
    <w:rsid w:val="00041EDA"/>
    <w:rPr>
      <w:rFonts w:asciiTheme="majorHAnsi" w:eastAsiaTheme="majorEastAsia" w:hAnsiTheme="majorHAnsi" w:cstheme="majorBidi"/>
      <w:i/>
      <w:iCs/>
      <w:color w:val="404040" w:themeColor="text1" w:themeTint="BF"/>
    </w:rPr>
  </w:style>
  <w:style w:type="character" w:customStyle="1" w:styleId="810">
    <w:name w:val="Заголовок 8 Знак1"/>
    <w:basedOn w:val="a2"/>
    <w:link w:val="8"/>
    <w:uiPriority w:val="9"/>
    <w:semiHidden/>
    <w:rsid w:val="00041EDA"/>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2"/>
    <w:link w:val="9"/>
    <w:uiPriority w:val="9"/>
    <w:semiHidden/>
    <w:rsid w:val="00041EDA"/>
    <w:rPr>
      <w:rFonts w:asciiTheme="majorHAnsi" w:eastAsiaTheme="majorEastAsia" w:hAnsiTheme="majorHAnsi" w:cstheme="majorBidi"/>
      <w:i/>
      <w:iCs/>
      <w:color w:val="404040" w:themeColor="text1" w:themeTint="BF"/>
      <w:sz w:val="20"/>
      <w:szCs w:val="20"/>
    </w:rPr>
  </w:style>
  <w:style w:type="paragraph" w:styleId="af8">
    <w:name w:val="Intense Quote"/>
    <w:basedOn w:val="a1"/>
    <w:next w:val="a1"/>
    <w:link w:val="af7"/>
    <w:uiPriority w:val="30"/>
    <w:qFormat/>
    <w:rsid w:val="00041EDA"/>
    <w:pPr>
      <w:pBdr>
        <w:bottom w:val="single" w:sz="4" w:space="4" w:color="4F81BD" w:themeColor="accent1"/>
      </w:pBdr>
      <w:spacing w:before="200" w:after="280"/>
      <w:ind w:left="936" w:right="936"/>
    </w:pPr>
    <w:rPr>
      <w:b/>
      <w:bCs/>
      <w:i/>
      <w:iCs/>
      <w:color w:val="4F81BD"/>
    </w:rPr>
  </w:style>
  <w:style w:type="character" w:customStyle="1" w:styleId="1f7">
    <w:name w:val="Выделенная цитата Знак1"/>
    <w:basedOn w:val="a2"/>
    <w:link w:val="af8"/>
    <w:uiPriority w:val="30"/>
    <w:rsid w:val="00041EDA"/>
    <w:rPr>
      <w:b/>
      <w:bCs/>
      <w:i/>
      <w:iCs/>
      <w:color w:val="4F81BD" w:themeColor="accent1"/>
    </w:rPr>
  </w:style>
  <w:style w:type="character" w:styleId="aff3">
    <w:name w:val="Subtle Emphasis"/>
    <w:basedOn w:val="a2"/>
    <w:uiPriority w:val="19"/>
    <w:qFormat/>
    <w:rsid w:val="00041EDA"/>
    <w:rPr>
      <w:i/>
      <w:iCs/>
      <w:color w:val="808080" w:themeColor="text1" w:themeTint="7F"/>
    </w:rPr>
  </w:style>
  <w:style w:type="character" w:styleId="aff4">
    <w:name w:val="Intense Emphasis"/>
    <w:basedOn w:val="a2"/>
    <w:uiPriority w:val="21"/>
    <w:qFormat/>
    <w:rsid w:val="00041EDA"/>
    <w:rPr>
      <w:b/>
      <w:bCs/>
      <w:i/>
      <w:iCs/>
      <w:color w:val="4F81BD" w:themeColor="accent1"/>
    </w:rPr>
  </w:style>
  <w:style w:type="character" w:styleId="aff5">
    <w:name w:val="Subtle Reference"/>
    <w:basedOn w:val="a2"/>
    <w:uiPriority w:val="31"/>
    <w:qFormat/>
    <w:rsid w:val="00041EDA"/>
    <w:rPr>
      <w:smallCaps/>
      <w:color w:val="C0504D" w:themeColor="accent2"/>
      <w:u w:val="single"/>
    </w:rPr>
  </w:style>
  <w:style w:type="character" w:styleId="aff6">
    <w:name w:val="Intense Reference"/>
    <w:basedOn w:val="a2"/>
    <w:uiPriority w:val="32"/>
    <w:qFormat/>
    <w:rsid w:val="00041EDA"/>
    <w:rPr>
      <w:b/>
      <w:bCs/>
      <w:smallCaps/>
      <w:color w:val="C0504D" w:themeColor="accent2"/>
      <w:spacing w:val="5"/>
      <w:u w:val="single"/>
    </w:rPr>
  </w:style>
  <w:style w:type="table" w:styleId="afc">
    <w:name w:val="Light Shading"/>
    <w:basedOn w:val="a3"/>
    <w:uiPriority w:val="60"/>
    <w:rsid w:val="00041E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041ED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041ED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041ED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041EDA"/>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041ED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041EDA"/>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d">
    <w:name w:val="Light List"/>
    <w:basedOn w:val="a3"/>
    <w:uiPriority w:val="61"/>
    <w:rsid w:val="00041ED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041ED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041ED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041ED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041ED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041ED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041ED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e">
    <w:name w:val="Light Grid"/>
    <w:basedOn w:val="a3"/>
    <w:uiPriority w:val="62"/>
    <w:rsid w:val="00041ED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3"/>
    <w:uiPriority w:val="62"/>
    <w:rsid w:val="00041ED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
    <w:name w:val="Light Grid Accent 2"/>
    <w:basedOn w:val="a3"/>
    <w:uiPriority w:val="62"/>
    <w:rsid w:val="00041ED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2">
    <w:name w:val="Light Grid Accent 3"/>
    <w:basedOn w:val="a3"/>
    <w:uiPriority w:val="62"/>
    <w:rsid w:val="00041ED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2">
    <w:name w:val="Light Grid Accent 4"/>
    <w:basedOn w:val="a3"/>
    <w:uiPriority w:val="62"/>
    <w:rsid w:val="00041ED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2">
    <w:name w:val="Light Grid Accent 5"/>
    <w:basedOn w:val="a3"/>
    <w:uiPriority w:val="62"/>
    <w:rsid w:val="00041ED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2">
    <w:name w:val="Light Grid Accent 6"/>
    <w:basedOn w:val="a3"/>
    <w:uiPriority w:val="62"/>
    <w:rsid w:val="00041ED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e">
    <w:name w:val="Medium Shading 1"/>
    <w:basedOn w:val="a3"/>
    <w:uiPriority w:val="63"/>
    <w:rsid w:val="00041ED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041ED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041ED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041ED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041ED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041ED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041ED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041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041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041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041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041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041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041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
    <w:name w:val="Medium List 1"/>
    <w:basedOn w:val="a3"/>
    <w:uiPriority w:val="65"/>
    <w:rsid w:val="00041ED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041EDA"/>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041EDA"/>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041EDA"/>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041EDA"/>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041EDA"/>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041EDA"/>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0">
    <w:name w:val="Medium Grid 1"/>
    <w:basedOn w:val="a3"/>
    <w:uiPriority w:val="67"/>
    <w:rsid w:val="00041ED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rsid w:val="00041ED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3"/>
    <w:uiPriority w:val="67"/>
    <w:rsid w:val="00041ED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3"/>
    <w:uiPriority w:val="67"/>
    <w:rsid w:val="00041ED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3"/>
    <w:uiPriority w:val="67"/>
    <w:rsid w:val="00041ED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2">
    <w:name w:val="Medium Grid 1 Accent 5"/>
    <w:basedOn w:val="a3"/>
    <w:uiPriority w:val="67"/>
    <w:rsid w:val="00041ED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2">
    <w:name w:val="Medium Grid 1 Accent 6"/>
    <w:basedOn w:val="a3"/>
    <w:uiPriority w:val="67"/>
    <w:rsid w:val="00041ED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3"/>
    <w:uiPriority w:val="68"/>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3"/>
    <w:uiPriority w:val="68"/>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3"/>
    <w:uiPriority w:val="68"/>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3"/>
    <w:uiPriority w:val="68"/>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3"/>
    <w:uiPriority w:val="68"/>
    <w:rsid w:val="00041E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041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041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041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041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041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041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041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
    <w:name w:val="Dark List"/>
    <w:basedOn w:val="a3"/>
    <w:uiPriority w:val="70"/>
    <w:rsid w:val="00041ED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rsid w:val="00041EDA"/>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3">
    <w:name w:val="Dark List Accent 2"/>
    <w:basedOn w:val="a3"/>
    <w:uiPriority w:val="70"/>
    <w:rsid w:val="00041EDA"/>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3">
    <w:name w:val="Dark List Accent 3"/>
    <w:basedOn w:val="a3"/>
    <w:uiPriority w:val="70"/>
    <w:rsid w:val="00041EDA"/>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3"/>
    <w:uiPriority w:val="70"/>
    <w:rsid w:val="00041EDA"/>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3"/>
    <w:uiPriority w:val="70"/>
    <w:rsid w:val="00041EDA"/>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3"/>
    <w:uiPriority w:val="70"/>
    <w:rsid w:val="00041EDA"/>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0">
    <w:name w:val="Colorful Shading"/>
    <w:basedOn w:val="a3"/>
    <w:uiPriority w:val="71"/>
    <w:rsid w:val="00041EDA"/>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rsid w:val="00041EDA"/>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rsid w:val="00041EDA"/>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3"/>
    <w:uiPriority w:val="71"/>
    <w:rsid w:val="00041EDA"/>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3"/>
    <w:uiPriority w:val="71"/>
    <w:rsid w:val="00041EDA"/>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3"/>
    <w:uiPriority w:val="71"/>
    <w:rsid w:val="00041EDA"/>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3"/>
    <w:uiPriority w:val="71"/>
    <w:rsid w:val="00041EDA"/>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1">
    <w:name w:val="Colorful List"/>
    <w:basedOn w:val="a3"/>
    <w:uiPriority w:val="72"/>
    <w:rsid w:val="00041ED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3"/>
    <w:uiPriority w:val="72"/>
    <w:rsid w:val="00041EDA"/>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3"/>
    <w:uiPriority w:val="72"/>
    <w:rsid w:val="00041EDA"/>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5">
    <w:name w:val="Colorful List Accent 3"/>
    <w:basedOn w:val="a3"/>
    <w:uiPriority w:val="72"/>
    <w:rsid w:val="00041EDA"/>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3"/>
    <w:uiPriority w:val="72"/>
    <w:rsid w:val="00041EDA"/>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5">
    <w:name w:val="Colorful List Accent 5"/>
    <w:basedOn w:val="a3"/>
    <w:uiPriority w:val="72"/>
    <w:rsid w:val="00041EDA"/>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5">
    <w:name w:val="Colorful List Accent 6"/>
    <w:basedOn w:val="a3"/>
    <w:uiPriority w:val="72"/>
    <w:rsid w:val="00041EDA"/>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2">
    <w:name w:val="Colorful Grid"/>
    <w:basedOn w:val="a3"/>
    <w:uiPriority w:val="73"/>
    <w:rsid w:val="00041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3"/>
    <w:uiPriority w:val="73"/>
    <w:rsid w:val="00041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3"/>
    <w:uiPriority w:val="73"/>
    <w:rsid w:val="00041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3"/>
    <w:uiPriority w:val="73"/>
    <w:rsid w:val="00041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6">
    <w:name w:val="Colorful Grid Accent 4"/>
    <w:basedOn w:val="a3"/>
    <w:uiPriority w:val="73"/>
    <w:rsid w:val="00041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3"/>
    <w:uiPriority w:val="73"/>
    <w:rsid w:val="00041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3"/>
    <w:uiPriority w:val="73"/>
    <w:rsid w:val="00041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1014</Pages>
  <Words>242232</Words>
  <Characters>1380725</Characters>
  <Application>Microsoft Office Word</Application>
  <DocSecurity>0</DocSecurity>
  <Lines>11506</Lines>
  <Paragraphs>3239</Paragraphs>
  <ScaleCrop>false</ScaleCrop>
  <Company>МКОУ "СОШ ст. Исправной им. Д.И.Панченко"</Company>
  <LinksUpToDate>false</LinksUpToDate>
  <CharactersWithSpaces>1619718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Левченко Любовь Михайловна</dc:creator>
  <cp:keywords/>
  <dc:description/>
  <cp:lastModifiedBy>Левченко Любовь Михайловна</cp:lastModifiedBy>
  <cp:revision>2</cp:revision>
  <dcterms:created xsi:type="dcterms:W3CDTF">2022-04-12T07:18:00Z</dcterms:created>
  <dcterms:modified xsi:type="dcterms:W3CDTF">2022-04-12T07:20:00Z</dcterms:modified>
</cp:coreProperties>
</file>